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царя Салтана</w:t>
      </w:r>
    </w:p>
    <w:p>
      <w:r>
        <w:br/>
        <w:t xml:space="preserve"> Про царя Салтана, про сина його славного й&lt;br /&gt;</w:t>
        <w:br/>
        <w:t>могутнього богатиря князя Гвідона Салтановича&lt;br /&gt;</w:t>
        <w:br/>
        <w:t>та про прекрасну царівну Лебедицю</w:t>
      </w:r>
    </w:p>
    <w:p>
      <w:r>
        <w:br/>
        <w:t>Під віконцем три сестри&lt;br /&gt;</w:t>
        <w:br/>
        <w:t>Пряли пізньої пори.&lt;br /&gt;</w:t>
        <w:br/>
        <w:t>"Якби я була цариця, —&lt;br /&gt;</w:t>
        <w:br/>
        <w:t>Каже так одна дівиця, —&lt;br /&gt;</w:t>
        <w:br/>
        <w:t>То сама на цілий світ&lt;br /&gt;</w:t>
        <w:br/>
        <w:t>Наварила б я обід".&lt;br /&gt;</w:t>
        <w:br/>
        <w:t>"Якби я була цариця, —&lt;br /&gt;</w:t>
        <w:br/>
        <w:t>Каже так її сестриця, —&lt;br /&gt;</w:t>
        <w:br/>
        <w:t>На весь світ сама-одна&lt;br /&gt;</w:t>
        <w:br/>
        <w:t>Я б наткала полотна".&lt;br /&gt;</w:t>
        <w:br/>
        <w:t>"Якби я була цариця, —&lt;br /&gt;</w:t>
        <w:br/>
        <w:t>Третя мовила сестриця, —&lt;br /&gt;</w:t>
        <w:br/>
        <w:t>Я б родила для царя&lt;br /&gt;</w:t>
        <w:br/>
        <w:t>Молодця-богатиря".&lt;br /&gt;</w:t>
        <w:br/>
        <w:t>Тільки вимовити вспіли —&lt;br /&gt;</w:t>
        <w:br/>
        <w:t>Двері тихо зарипіли,&lt;br /&gt;</w:t>
        <w:br/>
        <w:t>І до них заходить цар,&lt;br /&gt;</w:t>
        <w:br/>
        <w:t>Того краю володар,&lt;br /&gt;</w:t>
        <w:br/>
        <w:t>Бо якраз у ту хвилину&lt;br /&gt;</w:t>
        <w:br/>
        <w:t>Він стояв побіля тину&lt;br /&gt;</w:t>
        <w:br/>
        <w:t>І охоче слухав їх,&lt;br /&gt;</w:t>
        <w:br/>
        <w:t>А молодшу — над усіх.&lt;br /&gt;</w:t>
        <w:br/>
        <w:t>"Здрастуй, красная дівице, —&lt;br /&gt;</w:t>
        <w:br/>
        <w:t>Він говорить, — будь цариця&lt;br /&gt;</w:t>
        <w:br/>
        <w:t>І роди богатиря&lt;br /&gt;</w:t>
        <w:br/>
        <w:t>Ти для мене, для царя!&lt;br /&gt;</w:t>
        <w:br/>
        <w:t>Ви ж, голубоньки-сестриці,&lt;br /&gt;</w:t>
        <w:br/>
        <w:t>Вибирайтеся з світлиці,&lt;br /&gt;</w:t>
        <w:br/>
        <w:t>Їдьте з нами заразом&lt;br /&gt;</w:t>
        <w:br/>
        <w:t>До царських моїх хором;&lt;br /&gt;</w:t>
        <w:br/>
        <w:t>Буде з вас одна ткачиха,&lt;br /&gt;</w:t>
        <w:br/>
        <w:t>Друга буде повариха".&lt;br /&gt;</w:t>
        <w:br/>
        <w:t>В сіни вийшов цар-отець.&lt;br /&gt;</w:t>
        <w:br/>
        <w:t>Всі поїхали в дворець.&lt;br /&gt;</w:t>
        <w:br/>
        <w:t>Цар недовгий час збирався:&lt;br /&gt;</w:t>
        <w:br/>
        <w:t>В той же вечір повінчався.&lt;br /&gt;</w:t>
        <w:br/>
        <w:t>Бучно справили бенкет,&lt;br /&gt;</w:t>
        <w:br/>
        <w:t>Випивали пиво й мед;&lt;br /&gt;</w:t>
        <w:br/>
        <w:t>А потому чесні гості&lt;br /&gt;</w:t>
        <w:br/>
        <w:t>На різьблене ліжко з кості&lt;br /&gt;</w:t>
        <w:br/>
        <w:t>Вклали спати молодих&lt;br /&gt;</w:t>
        <w:br/>
        <w:t>І лишили їх самих.&lt;br /&gt;</w:t>
        <w:br/>
        <w:t>Плаче в кухні повариха,&lt;br /&gt;</w:t>
        <w:br/>
        <w:t>А над кроснами ткачиха —&lt;br /&gt;</w:t>
        <w:br/>
        <w:t>І нашіптують біду&lt;br /&gt;</w:t>
        <w:br/>
        <w:t>На царицю молоду.&lt;br /&gt;</w:t>
        <w:br/>
        <w:t>А цариця до світанку,&lt;br /&gt;</w:t>
        <w:br/>
        <w:t>Справджуючи обіцянку,&lt;br /&gt;</w:t>
        <w:br/>
        <w:t>З тої ночі понесла.&lt;br /&gt;</w:t>
        <w:br/>
        <w:t>На той час війна була.&lt;br /&gt;</w:t>
        <w:br/>
        <w:t>Цар надів військове вбрання&lt;br /&gt;</w:t>
        <w:br/>
        <w:t>І цариці на прощання&lt;br /&gt;</w:t>
        <w:br/>
        <w:t>Наказав поберегтись,&lt;br /&gt;</w:t>
        <w:br/>
        <w:t>Злого лиха стерегтись.&lt;br /&gt;</w:t>
        <w:br/>
        <w:t>Поки він в чужій країні&lt;br /&gt;</w:t>
        <w:br/>
        <w:t>Вів походи безупинні,&lt;br /&gt;</w:t>
        <w:br/>
        <w:t>Надійшов і час родин.&lt;br /&gt;</w:t>
        <w:br/>
        <w:t>Сина Бог їм дав в аршин,&lt;br /&gt;</w:t>
        <w:br/>
        <w:t>І цариця над малятком —&lt;br /&gt;</w:t>
        <w:br/>
        <w:t>Мов орлиця над орлятком!&lt;br /&gt;</w:t>
        <w:br/>
        <w:t>Шле з листом вона гінця,&lt;br /&gt;</w:t>
        <w:br/>
        <w:t>Щоб потішити отця.&lt;br /&gt;</w:t>
        <w:br/>
        <w:t>А ткачиха й повариха,&lt;br /&gt;</w:t>
        <w:br/>
        <w:t>Й сваха баба Бабариха&lt;br /&gt;</w:t>
        <w:br/>
        <w:t>Загубить царицю хтять,&lt;br /&gt;</w:t>
        <w:br/>
        <w:t>Перейнять гінця велять;&lt;br /&gt;</w:t>
        <w:br/>
        <w:t>Шлють царю вони обмову –&lt;br /&gt;</w:t>
        <w:br/>
        <w:t>Отаке брехливе слово:&lt;br /&gt;</w:t>
        <w:br/>
        <w:t>"Народилось дитинча –&lt;br /&gt;</w:t>
        <w:br/>
        <w:t>Не дівчатко, не хлопча,&lt;br /&gt;</w:t>
        <w:br/>
        <w:t>Не пацюк, не жабенятко,&lt;br /&gt;</w:t>
        <w:br/>
        <w:t>А невидане звірятко".&lt;br /&gt;</w:t>
        <w:br/>
        <w:t>Як почув же цар-отець,&lt;br /&gt;</w:t>
        <w:br/>
        <w:t>Що сказав йому гонець,&lt;br /&gt;</w:t>
        <w:br/>
        <w:t>В гніві став він мудрувати&lt;br /&gt;</w:t>
        <w:br/>
        <w:t>І гінця хотів скарати,&lt;br /&gt;</w:t>
        <w:br/>
        <w:t>Та, отямившися враз,&lt;br /&gt;</w:t>
        <w:br/>
        <w:t>Надіслав такий наказ:&lt;br /&gt;</w:t>
        <w:br/>
        <w:t>"Ждать повернення мойого,&lt;br /&gt;</w:t>
        <w:br/>
        <w:t>Не рішаючи нічого".&lt;br /&gt;</w:t>
        <w:br/>
        <w:t>Їде царський посланець,&lt;br /&gt;</w:t>
        <w:br/>
        <w:t>Приїжджає під кінець.&lt;br /&gt;</w:t>
        <w:br/>
        <w:t>А ткачиха й повариха,&lt;br /&gt;</w:t>
        <w:br/>
        <w:t>Й сваха баба Бабариха&lt;br /&gt;</w:t>
        <w:br/>
        <w:t>Переймають посланця,&lt;br /&gt;</w:t>
        <w:br/>
        <w:t>Подають йому винця&lt;br /&gt;</w:t>
        <w:br/>
        <w:t>І кладуть в його торбину&lt;br /&gt;</w:t>
        <w:br/>
        <w:t>Зовсім іншу писанину.&lt;br /&gt;</w:t>
        <w:br/>
        <w:t>І привіз гінець хмільний&lt;br /&gt;</w:t>
        <w:br/>
        <w:t>В той же день наказ такий:&lt;br /&gt;</w:t>
        <w:br/>
        <w:t>"Цар наказує негайно&lt;br /&gt;</w:t>
        <w:br/>
        <w:t>В море кинути потайно,&lt;br /&gt;</w:t>
        <w:br/>
        <w:t>Щоб про це не відав світ,&lt;br /&gt;</w:t>
        <w:br/>
        <w:t>І царицю і приплід".&lt;br /&gt;</w:t>
        <w:br/>
        <w:t>Що ж робити? До світлиці,&lt;br /&gt;</w:t>
        <w:br/>
        <w:t>Пожурившись по цариці,&lt;br /&gt;</w:t>
        <w:br/>
        <w:t>Царедворці всі ввійшли,&lt;br /&gt;</w:t>
        <w:br/>
        <w:t>Шанування віддали,&lt;br /&gt;</w:t>
        <w:br/>
        <w:t>Об'явили царську волю —&lt;br /&gt;</w:t>
        <w:br/>
        <w:t>Їй та сину злую долю, —&lt;br /&gt;</w:t>
        <w:br/>
        <w:t>Прочитали їй наказ,&lt;br /&gt;</w:t>
        <w:br/>
        <w:t>І царицю в той же час&lt;br /&gt;</w:t>
        <w:br/>
        <w:t>В бочку з сином посадили,&lt;br /&gt;</w:t>
        <w:br/>
        <w:t>Засмолили, покотили&lt;br /&gt;</w:t>
        <w:br/>
        <w:t>І пустили в окіян —&lt;br /&gt;</w:t>
        <w:br/>
        <w:t>Так звелів, мов, цар Салтан.</w:t>
      </w:r>
    </w:p>
    <w:p>
      <w:r>
        <w:br/>
        <w:t>В синім небі сяють зорі,&lt;br /&gt;</w:t>
        <w:br/>
        <w:t>Плещуть хвилі в синім морі,&lt;br /&gt;</w:t>
        <w:br/>
        <w:t>В небі темні хмари йдуть,&lt;br /&gt;</w:t>
        <w:br/>
        <w:t>В морі бочку хвилі б'ють.&lt;br /&gt;</w:t>
        <w:br/>
        <w:t>Наче бідна удовиця,&lt;br /&gt;</w:t>
        <w:br/>
        <w:t>Плаче, б'ється в ній цариця,&lt;br /&gt;</w:t>
        <w:br/>
        <w:t>І росте там цареня&lt;br /&gt;</w:t>
        <w:br/>
        <w:t>Щогодини — не щодня.&lt;br /&gt;</w:t>
        <w:br/>
        <w:t>Мати плаче та голосить...&lt;br /&gt;</w:t>
        <w:br/>
        <w:t>А дитина хвилю просить:&lt;br /&gt;</w:t>
        <w:br/>
        <w:t>"Хвиле, хвиленько морська!&lt;br /&gt;</w:t>
        <w:br/>
        <w:t>Ти гульлива та швидка,&lt;br /&gt;</w:t>
        <w:br/>
        <w:t>Ти хлюпочеш, де захочеш,&lt;br /&gt;</w:t>
        <w:br/>
        <w:t>Ти морське каміння точиш,&lt;br /&gt;</w:t>
        <w:br/>
        <w:t>Топиш берег ти землі,&lt;br /&gt;</w:t>
        <w:br/>
        <w:t>Підіймаєш кораблі –&lt;br /&gt;</w:t>
        <w:br/>
        <w:t>Не губи ти нашу долю,&lt;br /&gt;</w:t>
        <w:br/>
        <w:t>Викинь нас на суходолі!"&lt;br /&gt;</w:t>
        <w:br/>
        <w:t>І послухалась вона,&lt;br /&gt;</w:t>
        <w:br/>
        <w:t>Хвиля вільна водяна, —&lt;br /&gt;</w:t>
        <w:br/>
        <w:t>Бочку винесла легенько&lt;br /&gt;</w:t>
        <w:br/>
        <w:t>І відлинула тихенько.&lt;br /&gt;</w:t>
        <w:br/>
        <w:t>Чують мати й немовля,&lt;br /&gt;</w:t>
        <w:br/>
        <w:t>Що під бочкою земля.&lt;br /&gt;</w:t>
        <w:br/>
        <w:t>Хто ж із бочки їх дістане?&lt;br /&gt;</w:t>
        <w:br/>
        <w:t>Бог невже на них не гляне?&lt;br /&gt;</w:t>
        <w:br/>
        <w:t>Тут на ніжки звівся син,&lt;br /&gt;</w:t>
        <w:br/>
        <w:t>В дно уперся тім'ям він&lt;br /&gt;</w:t>
        <w:br/>
        <w:t>І напружив трохи м'язи.&lt;br /&gt;</w:t>
        <w:br/>
        <w:t>"Як би нам отут відразу&lt;br /&gt;</w:t>
        <w:br/>
        <w:t>Проробить собі вікно?"&lt;br /&gt;</w:t>
        <w:br/>
        <w:t>Він сказав — і вибив дно.</w:t>
      </w:r>
    </w:p>
    <w:p>
      <w:r>
        <w:br/>
        <w:t>Мати й син тепер на волі.&lt;br /&gt;</w:t>
        <w:br/>
        <w:t>Бачать — горб в широкім полі,&lt;br /&gt;</w:t>
        <w:br/>
        <w:t>Море синєє кругом,&lt;br /&gt;</w:t>
        <w:br/>
        <w:t>Дуб зелений над горбом.&lt;br /&gt;</w:t>
        <w:br/>
        <w:t>Син сказав: "Смачна вечеря&lt;br /&gt;</w:t>
        <w:br/>
        <w:t>Нам згодилася б тепера".&lt;br /&gt;</w:t>
        <w:br/>
        <w:t>Ломить він од дуба сук,&lt;br /&gt;</w:t>
        <w:br/>
        <w:t>У тугий згинає лук,&lt;br /&gt;</w:t>
        <w:br/>
        <w:t>Від хреста шнурок шовковий&lt;br /&gt;</w:t>
        <w:br/>
        <w:t>Натягнув на лук дубовий,&lt;br /&gt;</w:t>
        <w:br/>
        <w:t>Рівну гілочку зломив,&lt;br /&gt;</w:t>
        <w:br/>
        <w:t>Стрілку легку загострив&lt;br /&gt;</w:t>
        <w:br/>
        <w:t>І пішов пополювати,&lt;br /&gt;</w:t>
        <w:br/>
        <w:t>Дичину роздобувати.</w:t>
      </w:r>
    </w:p>
    <w:p>
      <w:r>
        <w:br/>
        <w:t>Лиш до моря підійшов —&lt;br /&gt;</w:t>
        <w:br/>
        <w:t>Чує стогін... знов і знов...&lt;br /&gt;</w:t>
        <w:br/>
        <w:t>Біля моря, бач, не тихо.&lt;br /&gt;</w:t>
        <w:br/>
        <w:t>Глянув — бачить, в морі лихо:&lt;br /&gt;</w:t>
        <w:br/>
        <w:t>Лебедиця в бурунах,&lt;br /&gt;</w:t>
        <w:br/>
        <w:t>А над нею хижий птах.&lt;br /&gt;</w:t>
        <w:br/>
        <w:t>Лебедиця знай хлюпоче,&lt;br /&gt;</w:t>
        <w:br/>
        <w:t>Коршака прогнати хоче.&lt;br /&gt;</w:t>
        <w:br/>
        <w:t>Він же кігті нагострив,&lt;br /&gt;</w:t>
        <w:br/>
        <w:t>Дзьоб кривавий розтулив...&lt;br /&gt;</w:t>
        <w:br/>
        <w:t>Та стріла як задзвеніла,&lt;br /&gt;</w:t>
        <w:br/>
        <w:t>В шию птаха зачепила,&lt;br /&gt;</w:t>
        <w:br/>
        <w:t>Він у море кров пролляв,&lt;br /&gt;</w:t>
        <w:br/>
        <w:t>Диким криком заволав.&lt;br /&gt;</w:t>
        <w:br/>
        <w:t>Лук царевич долі ронить,&lt;br /&gt;</w:t>
        <w:br/>
        <w:t>А коршак у морі тоне,&lt;br /&gt;</w:t>
        <w:br/>
        <w:t>Лебедиця дзьобом б'є,&lt;br /&gt;</w:t>
        <w:br/>
        <w:t>Птаха хижого клює,&lt;br /&gt;</w:t>
        <w:br/>
        <w:t>Розправляє білі крила,&lt;br /&gt;</w:t>
        <w:br/>
        <w:t>Добиває злую силу —&lt;br /&gt;</w:t>
        <w:br/>
        <w:t>Юнакові опісля&lt;br /&gt;</w:t>
        <w:br/>
        <w:t>Так по-руськи промовля:&lt;br /&gt;</w:t>
        <w:br/>
        <w:t>"Ой, царевичу вродливий,&lt;br /&gt;</w:t>
        <w:br/>
        <w:t>Рятівниче мій сміливий!&lt;br /&gt;</w:t>
        <w:br/>
        <w:t>Хоч з моєї ти вини&lt;br /&gt;</w:t>
        <w:br/>
        <w:t>І лишивсь без дичини,&lt;br /&gt;</w:t>
        <w:br/>
        <w:t>Хоч стрілу згубив ти в морі –&lt;br /&gt;</w:t>
        <w:br/>
        <w:t>Не тужи, то все не горе.&lt;br /&gt;</w:t>
        <w:br/>
        <w:t>Я за все це відслужу&lt;br /&gt;</w:t>
        <w:br/>
        <w:t>І в біді допоможу.&lt;br /&gt;</w:t>
        <w:br/>
        <w:t>Ти ж звільнив не лебедицю, —&lt;br /&gt;</w:t>
        <w:br/>
        <w:t>Врятував з біди дівицю,&lt;br /&gt;</w:t>
        <w:br/>
        <w:t>Не шуліку ти убив —&lt;br /&gt;</w:t>
        <w:br/>
        <w:t>Чародія загубив.&lt;br /&gt;</w:t>
        <w:br/>
        <w:t>Вік тебе я не забуду,&lt;br /&gt;</w:t>
        <w:br/>
        <w:t>Знайдеш ти мене усюди.&lt;br /&gt;</w:t>
        <w:br/>
        <w:t>А тепер назад вертай,&lt;br /&gt;</w:t>
        <w:br/>
        <w:t>Не сумуй і спать лягай".</w:t>
      </w:r>
    </w:p>
    <w:p>
      <w:r>
        <w:br/>
        <w:t>Полетіла лебедиця,&lt;br /&gt;</w:t>
        <w:br/>
        <w:t>А царевич і цариця&lt;br /&gt;</w:t>
        <w:br/>
        <w:t>День до ночі провели&lt;br /&gt;</w:t>
        <w:br/>
        <w:t>Й натщесерце спать лягли.&lt;br /&gt;</w:t>
        <w:br/>
        <w:t>Розімкнув царевич очі,&lt;br /&gt;</w:t>
        <w:br/>
        <w:t>Відігнав примари ночі&lt;br /&gt;</w:t>
        <w:br/>
        <w:t>І, не вірячи собі,&lt;br /&gt;</w:t>
        <w:br/>
        <w:t>Бачить город на горбі,&lt;br /&gt;</w:t>
        <w:br/>
        <w:t>Стіни з гострими зубцями,&lt;br /&gt;</w:t>
        <w:br/>
        <w:t>А за стінами — все храми,&lt;br /&gt;</w:t>
        <w:br/>
        <w:t>Світлі бані теремів&lt;br /&gt;</w:t>
        <w:br/>
        <w:t>І святих монастирів.&lt;br /&gt;</w:t>
        <w:br/>
        <w:t>Він мерщій царицю будить.&lt;br /&gt;</w:t>
        <w:br/>
        <w:t>"Та хіба таке ще буде? —&lt;br /&gt;</w:t>
        <w:br/>
        <w:t>Каже, — бач, які дива&lt;br /&gt;</w:t>
        <w:br/>
        <w:t>Лебедиця витіва!"&lt;br /&gt;</w:t>
        <w:br/>
        <w:t>Мати й син ідуть до міста.&lt;br /&gt;</w:t>
        <w:br/>
        <w:t>Раптом дзвони урочисто&lt;br /&gt;</w:t>
        <w:br/>
        <w:t>Їм назустріч загули,&lt;br /&gt;</w:t>
        <w:br/>
        <w:t>Як вони лиш підійшли.&lt;br /&gt;</w:t>
        <w:br/>
        <w:t>А кругом — народу повно;&lt;br /&gt;</w:t>
        <w:br/>
        <w:t>Бога славить хор церковний;&lt;br /&gt;</w:t>
        <w:br/>
        <w:t>В колимагах золотих&lt;br /&gt;</w:t>
        <w:br/>
        <w:t>Пишний двір стрічає їх.&lt;br /&gt;</w:t>
        <w:br/>
        <w:t>Всі їх голосно вітають&lt;br /&gt;</w:t>
        <w:br/>
        <w:t>І царевича вінчають,&lt;br /&gt;</w:t>
        <w:br/>
        <w:t>Щоб над містом славним тим&lt;br /&gt;</w:t>
        <w:br/>
        <w:t>Був він князем молодим.&lt;br /&gt;</w:t>
        <w:br/>
        <w:t>Серед города-столиці,&lt;br /&gt;</w:t>
        <w:br/>
        <w:t>За порадою цариці,&lt;br /&gt;</w:t>
        <w:br/>
        <w:t>Княжу шапку він прийняв&lt;br /&gt;</w:t>
        <w:br/>
        <w:t>І Гвідоном зваться став.</w:t>
      </w:r>
    </w:p>
    <w:p>
      <w:r>
        <w:br/>
        <w:t>Вітер в морі повіває&lt;br /&gt;</w:t>
        <w:br/>
        <w:t>І кораблик підганяє;&lt;br /&gt;</w:t>
        <w:br/>
        <w:t>Він біжить по бурунах&lt;br /&gt;</w:t>
        <w:br/>
        <w:t>На роздутих парусах.&lt;br /&gt;</w:t>
        <w:br/>
        <w:t>Корабельники юрбою&lt;br /&gt;</w:t>
        <w:br/>
        <w:t>Гомонять поміж собою.&lt;br /&gt;</w:t>
        <w:br/>
        <w:t>Що за диво? Острівець&lt;br /&gt;</w:t>
        <w:br/>
        <w:t>Був пустий з кінця в кінець,&lt;br /&gt;</w:t>
        <w:br/>
        <w:t>А тепер на ньому місто,&lt;br /&gt;</w:t>
        <w:br/>
        <w:t>Біля моря — добра пристань,&lt;br /&gt;</w:t>
        <w:br/>
        <w:t>Вартові з гармат гримлять,&lt;br /&gt;</w:t>
        <w:br/>
        <w:t>Кораблю пристать велять.&lt;br /&gt;</w:t>
        <w:br/>
        <w:t>Пристають до міста гості;&lt;br /&gt;</w:t>
        <w:br/>
        <w:t>Князь Гвідон їх кличе в гості,&lt;br /&gt;</w:t>
        <w:br/>
        <w:t>Їх годує й напува,&lt;br /&gt;</w:t>
        <w:br/>
        <w:t>Каже їм такі слова:&lt;br /&gt;</w:t>
        <w:br/>
        <w:t>"Чим ви, гості, торгували?&lt;br /&gt;</w:t>
        <w:br/>
        <w:t>І куди ви прямували?"&lt;br /&gt;</w:t>
        <w:br/>
        <w:t>"Ми були по всіх краях,&lt;br /&gt;</w:t>
        <w:br/>
        <w:t>Пропливли по всіх морях,&lt;br /&gt;</w:t>
        <w:br/>
        <w:t>Торгували соболями,&lt;br /&gt;</w:t>
        <w:br/>
        <w:t>Чорнобурими лисами,&lt;br /&gt;</w:t>
        <w:br/>
        <w:t>Сторгувалися як слід,&lt;br /&gt;</w:t>
        <w:br/>
        <w:t>А тепер пливем на схід,&lt;br /&gt;</w:t>
        <w:br/>
        <w:t>Мимо острова Буяна,&lt;br /&gt;</w:t>
        <w:br/>
        <w:t>В царство славного Салтана..."&lt;br /&gt;</w:t>
        <w:br/>
        <w:t>Відмовляє князь купцям:&lt;br /&gt;</w:t>
        <w:br/>
        <w:t>"Добра путь, панове, вам&lt;br /&gt;</w:t>
        <w:br/>
        <w:t>По морях, по окіяну!&lt;br /&gt;</w:t>
        <w:br/>
        <w:t>Славному царю Салтану&lt;br /&gt;</w:t>
        <w:br/>
        <w:t>Передайте мій поклін".&lt;br /&gt;</w:t>
        <w:br/>
        <w:t>Гості — далі в путь, а він&lt;br /&gt;</w:t>
        <w:br/>
        <w:t>З берега услід за ними&lt;br /&gt;</w:t>
        <w:br/>
        <w:t>Лине думами смутними.&lt;br /&gt;</w:t>
        <w:br/>
        <w:t>З моря вітер повіва,&lt;br /&gt;</w:t>
        <w:br/>
        <w:t>Лебедиця підплива.&lt;br /&gt;</w:t>
        <w:br/>
        <w:t>"Здрастуй, князю мій вродливий!&lt;br /&gt;</w:t>
        <w:br/>
        <w:t>Чом задумався журливо?&lt;br /&gt;</w:t>
        <w:br/>
        <w:t>В море дивишся чому?" —&lt;br /&gt;</w:t>
        <w:br/>
        <w:t>Каже так вона йому.&lt;br /&gt;</w:t>
        <w:br/>
        <w:t>Сумно князь відповідає:&lt;br /&gt;</w:t>
        <w:br/>
        <w:t>"Туга серце обіймає,&lt;br /&gt;</w:t>
        <w:br/>
        <w:t>Бо до батька хочу я&lt;br /&gt;</w:t>
        <w:br/>
        <w:t>Полетіти за моря".&lt;br /&gt;</w:t>
        <w:br/>
        <w:t>Лебедиця каже біла:&lt;br /&gt;</w:t>
        <w:br/>
        <w:t>"Що ж, коли вже закортіло&lt;br /&gt;</w:t>
        <w:br/>
        <w:t>Полетіти за моря —&lt;br /&gt;</w:t>
        <w:br/>
        <w:t>Обернись на комара".&lt;br /&gt;</w:t>
        <w:br/>
        <w:t>Враз вона заплюскотіла,&lt;br /&gt;</w:t>
        <w:br/>
        <w:t>Крильми воду шумно збила&lt;br /&gt;</w:t>
        <w:br/>
        <w:t>І оббризкала його&lt;br /&gt;</w:t>
        <w:br/>
        <w:t>З голови до ніг всього.&lt;br /&gt;</w:t>
        <w:br/>
        <w:t>Він тут зменшився, стулився&lt;br /&gt;</w:t>
        <w:br/>
        <w:t>І комариком зробився,&lt;br /&gt;</w:t>
        <w:br/>
        <w:t>Полетів і задзинчав,&lt;br /&gt;</w:t>
        <w:br/>
        <w:t>Корабель умить догнав&lt;br /&gt;</w:t>
        <w:br/>
        <w:t>І спустився в ту ж хвилину&lt;br /&gt;</w:t>
        <w:br/>
        <w:t>Та й забився у щілину.</w:t>
      </w:r>
    </w:p>
    <w:p>
      <w:r>
        <w:br/>
        <w:t>Вітер весело шумить,&lt;br /&gt;</w:t>
        <w:br/>
        <w:t>Корабель собі летить&lt;br /&gt;</w:t>
        <w:br/>
        <w:t>Мимо острова Буяна&lt;br /&gt;</w:t>
        <w:br/>
        <w:t>В царство славного Салтана,&lt;br /&gt;</w:t>
        <w:br/>
        <w:t>І на березі вогні&lt;br /&gt;</w:t>
        <w:br/>
        <w:t>Вже мигтять у далині.&lt;br /&gt;</w:t>
        <w:br/>
        <w:t>От на берег вийшли гості;&lt;br /&gt;</w:t>
        <w:br/>
        <w:t>Цар Салтан їх кличе в гості,&lt;br /&gt;</w:t>
        <w:br/>
        <w:t>І за ними навпростець&lt;br /&gt;</w:t>
        <w:br/>
        <w:t>Полетів наш молодець.&lt;br /&gt;</w:t>
        <w:br/>
        <w:t>Бачить: весь у сріблі й златі&lt;br /&gt;</w:t>
        <w:br/>
        <w:t>Наш Салтан сидить в палаті&lt;br /&gt;</w:t>
        <w:br/>
        <w:t>На престолі, у вінці,&lt;br /&gt;</w:t>
        <w:br/>
        <w:t>З тихим смутком на лиці.&lt;br /&gt;</w:t>
        <w:br/>
        <w:t>А ткачиха й повариха,&lt;br /&gt;</w:t>
        <w:br/>
        <w:t>Й сваха баба Бабариха&lt;br /&gt;</w:t>
        <w:br/>
        <w:t>Коло нього теж сидять&lt;br /&gt;</w:t>
        <w:br/>
        <w:t>І в лице йому зорять.&lt;br /&gt;</w:t>
        <w:br/>
        <w:t>Цар Салтан гостей вітає,&lt;br /&gt;</w:t>
        <w:br/>
        <w:t>І частує, і питає:&lt;br /&gt;</w:t>
        <w:br/>
        <w:t>"Звідки, гості, припливли?&lt;br /&gt;</w:t>
        <w:br/>
        <w:t>У яких краях були?&lt;br /&gt;</w:t>
        <w:br/>
        <w:t>Чи за морем все щасливо?&lt;br /&gt;</w:t>
        <w:br/>
        <w:t>І яке на світі диво?"&lt;br /&gt;</w:t>
        <w:br/>
        <w:t>Корабельники в одвіт:&lt;br /&gt;</w:t>
        <w:br/>
        <w:t>"Ми об'їздили весь світ;&lt;br /&gt;</w:t>
        <w:br/>
        <w:t>За морями все щасливо,&lt;br /&gt;</w:t>
        <w:br/>
        <w:t>В світі ж ось яке є диво:&lt;br /&gt;</w:t>
        <w:br/>
        <w:t>В морі острів був пустий,&lt;br /&gt;</w:t>
        <w:br/>
        <w:t>Не причальний, не жилий;&lt;br /&gt;</w:t>
        <w:br/>
        <w:t>Він здавен лежав пустинний;&lt;br /&gt;</w:t>
        <w:br/>
        <w:t>Ріс на ньому дуб єдиний;&lt;br /&gt;</w:t>
        <w:br/>
        <w:t>А тепер, на диво нам,&lt;br /&gt;</w:t>
        <w:br/>
        <w:t>Народилось місто там,&lt;br /&gt;</w:t>
        <w:br/>
        <w:t>З злотоверхими церквами,&lt;br /&gt;</w:t>
        <w:br/>
        <w:t>З теремами та садами.&lt;br /&gt;</w:t>
        <w:br/>
        <w:t>Князь Гвідон там княжить. Він&lt;br /&gt;</w:t>
        <w:br/>
        <w:t>Передав тобі поклін".&lt;br /&gt;</w:t>
        <w:br/>
        <w:t>Цар, дивуючися чуду,&lt;br /&gt;</w:t>
        <w:br/>
        <w:t>Каже: "Як живий я буду,&lt;br /&gt;</w:t>
        <w:br/>
        <w:t>То на острів той зберусь&lt;br /&gt;</w:t>
        <w:br/>
        <w:t>Із Гвідоном обіймусь".&lt;br /&gt;</w:t>
        <w:br/>
        <w:t>А ткачиха, й повариха,&lt;br /&gt;</w:t>
        <w:br/>
        <w:t>Й сваха баба Бабариха&lt;br /&gt;</w:t>
        <w:br/>
        <w:t>Відпустить царя не хтять&lt;br /&gt;</w:t>
        <w:br/>
        <w:t>В дивне місто завітать.&lt;br /&gt;</w:t>
        <w:br/>
        <w:t>"Далебі, що дивне диво! —&lt;br /&gt;</w:t>
        <w:br/>
        <w:t>Усміхнувшися злостиво,&lt;br /&gt;</w:t>
        <w:br/>
        <w:t>Повариха мовить так, —&lt;br /&gt;</w:t>
        <w:br/>
        <w:t>Справедливо скаже всяк —&lt;br /&gt;</w:t>
        <w:br/>
        <w:t>В світі справжня є дивинка:&lt;br /&gt;</w:t>
        <w:br/>
        <w:t>Ліс, а в лісі тім ялинка,&lt;br /&gt;</w:t>
        <w:br/>
        <w:t>Білка там у гущині&lt;br /&gt;</w:t>
        <w:br/>
        <w:t>Знай співа дзвінкі пісні&lt;br /&gt;</w:t>
        <w:br/>
        <w:t>Та горішки розгризає —&lt;br /&gt;</w:t>
        <w:br/>
        <w:t>В них шкарлупка золотая&lt;br /&gt;</w:t>
        <w:br/>
        <w:t>Й смарагдове зеренце.&lt;br /&gt;</w:t>
        <w:br/>
        <w:t>Найдивніше диво це!"&lt;br /&gt;</w:t>
        <w:br/>
        <w:t>Цар повірив небилиці,&lt;br /&gt;</w:t>
        <w:br/>
        <w:t>А комарик злиться, злиться,&lt;br /&gt;</w:t>
        <w:br/>
        <w:t>Та до тітки як майне!&lt;br /&gt;</w:t>
        <w:br/>
        <w:t>В праве око як кусне!&lt;br /&gt;</w:t>
        <w:br/>
        <w:t>І вона в ту мить жорстоку&lt;br /&gt;</w:t>
        <w:br/>
        <w:t>На одне осліпла око.&lt;br /&gt;</w:t>
        <w:br/>
        <w:t>Слуги, сваха та сестра&lt;br /&gt;</w:t>
        <w:br/>
        <w:t>З криком ловлять комара.&lt;br /&gt;</w:t>
        <w:br/>
        <w:t>"Почекай, комашко клята!&lt;br /&gt;</w:t>
        <w:br/>
        <w:t>Ми ж тебе!.." А він за ґрати,&lt;br /&gt;</w:t>
        <w:br/>
        <w:t>У віконце, загудів&lt;br /&gt;</w:t>
        <w:br/>
        <w:t>І за море полетів.</w:t>
      </w:r>
    </w:p>
    <w:p>
      <w:r>
        <w:br/>
        <w:t>Знову князь над морем ходить,&lt;br /&gt;</w:t>
        <w:br/>
        <w:t>З синіх хвиль очей не зводить;&lt;br /&gt;</w:t>
        <w:br/>
        <w:t>З моря вітер повіва –&lt;br /&gt;</w:t>
        <w:br/>
        <w:t>Лебедиця підплива.&lt;br /&gt;</w:t>
        <w:br/>
        <w:t>"Здрастуй, князю мій вродливий!&lt;br /&gt;</w:t>
        <w:br/>
        <w:t>Чом задумався журливо?&lt;br /&gt;</w:t>
        <w:br/>
        <w:t>В море дивишся чому?" —&lt;br /&gt;</w:t>
        <w:br/>
        <w:t>Каже так вона йому.&lt;br /&gt;</w:t>
        <w:br/>
        <w:t>Князь Гвідон відповідає:&lt;br /&gt;</w:t>
        <w:br/>
        <w:t>"Туга серце обіймає!&lt;br /&gt;</w:t>
        <w:br/>
        <w:t>Диво дивне завести&lt;br /&gt;</w:t>
        <w:br/>
        <w:t>Я б хотів. Чи знаєш ти,&lt;br /&gt;</w:t>
        <w:br/>
        <w:t>Що на світі є дивинка:&lt;br /&gt;</w:t>
        <w:br/>
        <w:t>В лісі білка та ялинка,&lt;br /&gt;</w:t>
        <w:br/>
        <w:t>Білка там у гущині&lt;br /&gt;</w:t>
        <w:br/>
        <w:t>Все співа дзвінкі пісні,&lt;br /&gt;</w:t>
        <w:br/>
        <w:t>Та горішки розгризає;&lt;br /&gt;</w:t>
        <w:br/>
        <w:t>В них шкарлупка золотая,&lt;br /&gt;</w:t>
        <w:br/>
        <w:t>Смарагдове в них зерно.&lt;br /&gt;</w:t>
        <w:br/>
        <w:t>Та чи правда ж то воно?"&lt;br /&gt;</w:t>
        <w:br/>
        <w:t>А вона відповідає:&lt;br /&gt;</w:t>
        <w:br/>
        <w:t>"Так, про це я диво знаю.&lt;br /&gt;</w:t>
        <w:br/>
        <w:t>Все це правда — не брехня.&lt;br /&gt;</w:t>
        <w:br/>
        <w:t>Не журися. Рада я&lt;br /&gt;</w:t>
        <w:br/>
        <w:t>Відслужити ще раз службу&lt;br /&gt;</w:t>
        <w:br/>
        <w:t>За твою хорошу дружбу".&lt;br /&gt;</w:t>
        <w:br/>
        <w:t>Князь душею звеселів&lt;br /&gt;</w:t>
        <w:br/>
        <w:t>І додому поспішив.&lt;br /&gt;</w:t>
        <w:br/>
        <w:t>Липі ступив у двір широкий, —&lt;br /&gt;</w:t>
        <w:br/>
        <w:t>На ялинці там високій,&lt;br /&gt;</w:t>
        <w:br/>
        <w:t>Бачить, білочка при всіх&lt;br /&gt;</w:t>
        <w:br/>
        <w:t>Золотий гризе горіх,&lt;br /&gt;</w:t>
        <w:br/>
        <w:t>З нього зернятко виймає&lt;br /&gt;</w:t>
        <w:br/>
        <w:t>І шкарлупки всі збирає,&lt;br /&gt;</w:t>
        <w:br/>
        <w:t>В рівні купки їх кладе,&lt;br /&gt;</w:t>
        <w:br/>
        <w:t>Та ще й пісеньку веде&lt;br /&gt;</w:t>
        <w:br/>
        <w:t>При усьому при народі:&lt;br /&gt;</w:t>
        <w:br/>
        <w:t>Ой в садочку, на городі!&lt;br /&gt;</w:t>
        <w:br/>
        <w:t>Князь Гвідон тут здивувавсь.&lt;br /&gt;</w:t>
        <w:br/>
        <w:t>"От спасибі! — Він озвавсь. —&lt;br /&gt;</w:t>
        <w:br/>
        <w:t>Ну й лебідка! — каже стиха, —&lt;br /&gt;</w:t>
        <w:br/>
        <w:t>Хай не знає горя й лиха!"&lt;br /&gt;</w:t>
        <w:br/>
        <w:t>Князь для білки дав наказ&lt;br /&gt;</w:t>
        <w:br/>
        <w:t>Збудувати терем враз,&lt;br /&gt;</w:t>
        <w:br/>
        <w:t>Білку пильно вартувати,&lt;br /&gt;</w:t>
        <w:br/>
        <w:t>Самоцвіти рахувати&lt;br /&gt;</w:t>
        <w:br/>
        <w:t>Й зберігати скарб увесь, —&lt;br /&gt;</w:t>
        <w:br/>
        <w:t>Князю зиск, а білці честь.</w:t>
      </w:r>
    </w:p>
    <w:p>
      <w:r>
        <w:br/>
        <w:t>Вітер в морі повіває&lt;br /&gt;</w:t>
        <w:br/>
        <w:t>І кораблик підганяє;&lt;br /&gt;</w:t>
        <w:br/>
        <w:t>Він біжить по бурунах&lt;br /&gt;</w:t>
        <w:br/>
        <w:t>На роздутих парусах&lt;br /&gt;</w:t>
        <w:br/>
        <w:t>Мимо острова крутого,&lt;br /&gt;</w:t>
        <w:br/>
        <w:t>Мимо города нового;&lt;br /&gt;</w:t>
        <w:br/>
        <w:t>Вартові з гармат гримлять,&lt;br /&gt;</w:t>
        <w:br/>
        <w:t>Кораблю пристать велять.&lt;br /&gt;</w:t>
        <w:br/>
        <w:t>Пристають до міста гості;&lt;br /&gt;</w:t>
        <w:br/>
        <w:t>Князь Гвідон їх кличе в гості,&lt;br /&gt;</w:t>
        <w:br/>
        <w:t>Їх годує, напува&lt;br /&gt;</w:t>
        <w:br/>
        <w:t>Й каже їм такі слова:&lt;br /&gt;</w:t>
        <w:br/>
        <w:t>"Чим ви, гості, торгували?&lt;br /&gt;</w:t>
        <w:br/>
        <w:t>І куди ви прямували?"&lt;br /&gt;</w:t>
        <w:br/>
        <w:t>Корабельники в одвіт:&lt;br /&gt;</w:t>
        <w:br/>
        <w:t>"Ми об'їздили весь світ;&lt;br /&gt;</w:t>
        <w:br/>
        <w:t>Торгували табунами,&lt;br /&gt;</w:t>
        <w:br/>
        <w:t>Все донськими жеребцями.&lt;br /&gt;</w:t>
        <w:br/>
        <w:t>Весь товар ми продали,&lt;br /&gt;</w:t>
        <w:br/>
        <w:t>А тепер собі пливли&lt;br /&gt;</w:t>
        <w:br/>
        <w:t>Мимо острова Буяна&lt;br /&gt;</w:t>
        <w:br/>
        <w:t>В царство славного Салтана..."&lt;br /&gt;</w:t>
        <w:br/>
        <w:t>І говорить князь купцям:&lt;br /&gt;</w:t>
        <w:br/>
        <w:t>"Добра путь, панове, вам&lt;br /&gt;</w:t>
        <w:br/>
        <w:t>По морях, по окіяну!&lt;br /&gt;</w:t>
        <w:br/>
        <w:t>Та скажіть царю Салтану:&lt;br /&gt;</w:t>
        <w:br/>
        <w:t>Князь Гвідон йому, мовляв,&lt;br /&gt;</w:t>
        <w:br/>
        <w:t>Привітання передав".</w:t>
      </w:r>
    </w:p>
    <w:p>
      <w:r>
        <w:br/>
        <w:t>Гості князеві вклонились&lt;br /&gt;</w:t>
        <w:br/>
        <w:t>І в дорогу відрядились.&lt;br /&gt;</w:t>
        <w:br/>
        <w:t>Князь до моря йде, і знов&lt;br /&gt;</w:t>
        <w:br/>
        <w:t>Лебедицю там знайшов.&lt;br /&gt;</w:t>
        <w:br/>
        <w:t>Князь благає: "Серце просить,&lt;br /&gt;</w:t>
        <w:br/>
        <w:t>Так і тягне, і підносить..."&lt;br /&gt;</w:t>
        <w:br/>
        <w:t>От ізнов вона його&lt;br /&gt;</w:t>
        <w:br/>
        <w:t>Вмить оббризкала всього:&lt;br /&gt;</w:t>
        <w:br/>
        <w:t>Обернувся князь на муху&lt;br /&gt;</w:t>
        <w:br/>
        <w:t>І над морем що є духу&lt;br /&gt;</w:t>
        <w:br/>
        <w:t>За корабликом погнавсь&lt;br /&gt;</w:t>
        <w:br/>
        <w:t>І в щілинку заховавсь.</w:t>
      </w:r>
    </w:p>
    <w:p>
      <w:r>
        <w:br/>
        <w:t>Вітер весело шумить,&lt;br /&gt;</w:t>
        <w:br/>
        <w:t>Корабель собі летить&lt;br /&gt;</w:t>
        <w:br/>
        <w:t>Мимо острова Буяна&lt;br /&gt;</w:t>
        <w:br/>
        <w:t>В царство славного Салтана,&lt;br /&gt;</w:t>
        <w:br/>
        <w:t>І на березі вогні&lt;br /&gt;</w:t>
        <w:br/>
        <w:t>Вже мигтять у далині.&lt;br /&gt;</w:t>
        <w:br/>
        <w:t>От на берег вийшли гості;&lt;br /&gt;</w:t>
        <w:br/>
        <w:t>Цар Салтан їх кличе в гості,&lt;br /&gt;</w:t>
        <w:br/>
        <w:t>А за ними навпростець&lt;br /&gt;</w:t>
        <w:br/>
        <w:t>Полетів наш молодець,&lt;br /&gt;</w:t>
        <w:br/>
        <w:t>Бачить: весь у сріблі й златі&lt;br /&gt;</w:t>
        <w:br/>
        <w:t>Цар Салтан сидить в палаті&lt;br /&gt;</w:t>
        <w:br/>
        <w:t>На престолі, у вінці,&lt;br /&gt;</w:t>
        <w:br/>
        <w:t>З тихим смутком на лиці.&lt;br /&gt;</w:t>
        <w:br/>
        <w:t>А ткачиха, й Бабариха,&lt;br /&gt;</w:t>
        <w:br/>
        <w:t>Й одноока повариха&lt;br /&gt;</w:t>
        <w:br/>
        <w:t>Біля нього знов сидять,&lt;br /&gt;</w:t>
        <w:br/>
        <w:t>Наче злі жаби зорять.&lt;br /&gt;</w:t>
        <w:br/>
        <w:t>Цар Салтан гостей вітає,&lt;br /&gt;</w:t>
        <w:br/>
        <w:t>І частує, і питає:&lt;br /&gt;</w:t>
        <w:br/>
        <w:t>"Звідки, гості, припливли?&lt;br /&gt;</w:t>
        <w:br/>
        <w:t>У яких краях були?&lt;br /&gt;</w:t>
        <w:br/>
        <w:t>Чи за морем все щасливо?&lt;br /&gt;</w:t>
        <w:br/>
        <w:t>І яке на світі диво?"&lt;br /&gt;</w:t>
        <w:br/>
        <w:t>Корабельники в одвіт:&lt;br /&gt;</w:t>
        <w:br/>
        <w:t>"Ми об'їздили весь світ;&lt;br /&gt;</w:t>
        <w:br/>
        <w:t>За морями все щасливо;&lt;br /&gt;</w:t>
        <w:br/>
        <w:t>В світі ж ось яке є диво:&lt;br /&gt;</w:t>
        <w:br/>
        <w:t>Острів серед хвиль лежить,&lt;br /&gt;</w:t>
        <w:br/>
        <w:t>Місто там нове стоїть&lt;br /&gt;</w:t>
        <w:br/>
        <w:t>З злотоверхими церквами,&lt;br /&gt;</w:t>
        <w:br/>
        <w:t>З теремами та садами;&lt;br /&gt;</w:t>
        <w:br/>
        <w:t>Там ялинка є густа,&lt;br /&gt;</w:t>
        <w:br/>
        <w:t>Дім з кришталю огорта,&lt;br /&gt;</w:t>
        <w:br/>
        <w:t>В домі білочка міститься,&lt;br /&gt;</w:t>
        <w:br/>
        <w:t>Та така вже витівниця:&lt;br /&gt;</w:t>
        <w:br/>
        <w:t>Все пісні вона співа&lt;br /&gt;</w:t>
        <w:br/>
        <w:t>Та горішки розбива,&lt;br /&gt;</w:t>
        <w:br/>
        <w:t>А горішки не простенькі —&lt;br /&gt;</w:t>
        <w:br/>
        <w:t>В них шкарлупки золотенькі&lt;br /&gt;</w:t>
        <w:br/>
        <w:t>Й смарагдове зеренце.&lt;br /&gt;</w:t>
        <w:br/>
        <w:t>Честь і шана їй за це;&lt;br /&gt;</w:t>
        <w:br/>
        <w:t>Варта білку доглядає,&lt;br /&gt;</w:t>
        <w:br/>
        <w:t>А приказний дяк збирає&lt;br /&gt;</w:t>
        <w:br/>
        <w:t>Та рахує скарб увесь,&lt;br /&gt;</w:t>
        <w:br/>
        <w:t>Віддає їй військо честь;&lt;br /&gt;</w:t>
        <w:br/>
        <w:t>Із шкарлупок ллють дукати&lt;br /&gt;</w:t>
        <w:br/>
        <w:t>Та пускають в світ гуляти,&lt;br /&gt;</w:t>
        <w:br/>
        <w:t>А зерно кладуть дівки&lt;br /&gt;</w:t>
        <w:br/>
        <w:t>У комори під замки.&lt;br /&gt;</w:t>
        <w:br/>
        <w:t>Там живуть усі багато —&lt;br /&gt;</w:t>
        <w:br/>
        <w:t>Скрізь палаци, а не хати.&lt;br /&gt;</w:t>
        <w:br/>
        <w:t>Князь Гвідон там княжить. Він&lt;br /&gt;</w:t>
        <w:br/>
        <w:t>Передав тобі поклін".&lt;br /&gt;</w:t>
        <w:br/>
        <w:t>Цар, дивуючися чуду,&lt;br /&gt;</w:t>
        <w:br/>
        <w:t>Каже: "Як живий я буду,&lt;br /&gt;</w:t>
        <w:br/>
        <w:t>То на острів той зберусь&lt;br /&gt;</w:t>
        <w:br/>
        <w:t>І з Гвідоном обіймусь".&lt;br /&gt;</w:t>
        <w:br/>
        <w:t>А ткачиха, й повариха,&lt;br /&gt;</w:t>
        <w:br/>
        <w:t>Й сваха баба Бабариха&lt;br /&gt;</w:t>
        <w:br/>
        <w:t>Відпустить царя не хтять&lt;br /&gt;</w:t>
        <w:br/>
        <w:t>В дивне місто завітать.&lt;br /&gt;</w:t>
        <w:br/>
        <w:t>Посміхаючися стиха,&lt;br /&gt;</w:t>
        <w:br/>
        <w:t>Каже так царю ткачиха:&lt;br /&gt;</w:t>
        <w:br/>
        <w:t>"Ну й дивинка, просто сміх!&lt;br /&gt;</w:t>
        <w:br/>
        <w:t>Білка там гризе горіх&lt;br /&gt;</w:t>
        <w:br/>
        <w:t>І складає в рівні купки&lt;br /&gt;</w:t>
        <w:br/>
        <w:t>Самоцвіти й шкаралупки!&lt;br /&gt;</w:t>
        <w:br/>
        <w:t>Що ж тут дивного? Пусте!&lt;br /&gt;</w:t>
        <w:br/>
        <w:t>Невелике диво те.&lt;br /&gt;</w:t>
        <w:br/>
        <w:t>Є на світі справжнє диво:&lt;br /&gt;</w:t>
        <w:br/>
        <w:t>Море збуриться бурхливо,&lt;br /&gt;</w:t>
        <w:br/>
        <w:t>Закипить та зареве,&lt;br /&gt;</w:t>
        <w:br/>
        <w:t>Та на берег напливе,&lt;br /&gt;</w:t>
        <w:br/>
        <w:t>Розіллється в шумовинні —&lt;br /&gt;</w:t>
        <w:br/>
        <w:t>І лишаться на камінні,&lt;br /&gt;</w:t>
        <w:br/>
        <w:t>В панцирах, мов жар зорі,&lt;br /&gt;</w:t>
        <w:br/>
        <w:t>Тридцять три богатирі,&lt;br /&gt;</w:t>
        <w:br/>
        <w:t>Та все велетні вродливі,&lt;br /&gt;</w:t>
        <w:br/>
        <w:t>Добрі лицарі сміливі,&lt;br /&gt;</w:t>
        <w:br/>
        <w:t>Йдуть дозором по землі&lt;br /&gt;</w:t>
        <w:br/>
        <w:t>З Черномором на чолі.&lt;br /&gt;</w:t>
        <w:br/>
        <w:t>Це вже диво — справжнє диво&lt;br /&gt;</w:t>
        <w:br/>
        <w:t>Кожен скаже справедливо!"&lt;br /&gt;</w:t>
        <w:br/>
        <w:t>Гості слухають, мовчать,&lt;br /&gt;</w:t>
        <w:br/>
        <w:t>Сперечатись не котять.&lt;br /&gt;</w:t>
        <w:br/>
        <w:t>Цар повірив небилиці,&lt;br /&gt;</w:t>
        <w:br/>
        <w:t>А Гвідон все злиться, злиться,&lt;br /&gt;</w:t>
        <w:br/>
        <w:t>Та до тітки як майне!&lt;br /&gt;</w:t>
        <w:br/>
        <w:t>В ліве око як кусне!&lt;br /&gt;</w:t>
        <w:br/>
        <w:t>Помертвіла тут ткачиха.&lt;br /&gt;</w:t>
        <w:br/>
        <w:t>"Ой!" Та скоїлося лихо...&lt;br /&gt;</w:t>
        <w:br/>
        <w:t>Всі кричать: "Лови, лови!&lt;br /&gt;</w:t>
        <w:br/>
        <w:t>Та дави її, дави!&lt;br /&gt;</w:t>
        <w:br/>
        <w:t>Ми ж тебе! Зажди хоч трішки!&lt;br /&gt;</w:t>
        <w:br/>
        <w:t>Стій!" А він у двері нишком,&lt;br /&gt;</w:t>
        <w:br/>
        <w:t>Та над морем загудів&lt;br /&gt;</w:t>
        <w:br/>
        <w:t>І додому полетів.</w:t>
      </w:r>
    </w:p>
    <w:p>
      <w:r>
        <w:br/>
        <w:t>Князь над синім морем ходить,&lt;br /&gt;</w:t>
        <w:br/>
        <w:t>З хвиль очей ясних не зводить;&lt;br /&gt;</w:t>
        <w:br/>
        <w:t>З моря вітер повіва —&lt;br /&gt;</w:t>
        <w:br/>
        <w:t>Лебедиця підплива.&lt;br /&gt;</w:t>
        <w:br/>
        <w:t>"Здрастуй, князю мій вродливий!&lt;br /&gt;</w:t>
        <w:br/>
        <w:t>Чом задумався журливо?&lt;br /&gt;</w:t>
        <w:br/>
        <w:t>В море дивишся чому?" —&lt;br /&gt;</w:t>
        <w:br/>
        <w:t>Каже так вона йому.&lt;br /&gt;</w:t>
        <w:br/>
        <w:t>Князь Гвідон од нові дає:&lt;br /&gt;</w:t>
        <w:br/>
        <w:t>"Туга серце обіймає —&lt;br /&gt;</w:t>
        <w:br/>
        <w:t>Диво дивне я б хотів&lt;br /&gt;</w:t>
        <w:br/>
        <w:t>Роздобуть з чужих країв".&lt;br /&gt;</w:t>
        <w:br/>
        <w:t>"А яке ж те дивне диво?"&lt;br /&gt;</w:t>
        <w:br/>
        <w:t>"Десь як збуриться бурхливо&lt;br /&gt;</w:t>
        <w:br/>
        <w:t>Окіян, та зареве,&lt;br /&gt;</w:t>
        <w:br/>
        <w:t>Та на берег напливе,&lt;br /&gt;</w:t>
        <w:br/>
        <w:t>Розіллється в шумовинні —&lt;br /&gt;</w:t>
        <w:br/>
        <w:t>І лишаться на камінні,&lt;br /&gt;</w:t>
        <w:br/>
        <w:t>В панцирах, як жар зорі,&lt;br /&gt;</w:t>
        <w:br/>
        <w:t>Тридцять три богатирі,&lt;br /&gt;</w:t>
        <w:br/>
        <w:t>Та все велетні вродливі,&lt;br /&gt;</w:t>
        <w:br/>
        <w:t>Добрі лицарі сміливі,&lt;br /&gt;</w:t>
        <w:br/>
        <w:t>Йдуть дозором по землі&lt;br /&gt;</w:t>
        <w:br/>
        <w:t>З Черномором на чолі".&lt;br /&gt;</w:t>
        <w:br/>
        <w:t>А вона відповідає:&lt;br /&gt;</w:t>
        <w:br/>
        <w:t>"Що ж, про це я диво знаю.&lt;br /&gt;</w:t>
        <w:br/>
        <w:t>Ці ж бо лицарі ясні —&lt;br /&gt;</w:t>
        <w:br/>
        <w:t>Рідні братики мені.&lt;br /&gt;</w:t>
        <w:br/>
        <w:t>Ти, мій князю, не журися,&lt;br /&gt;</w:t>
        <w:br/>
        <w:t>А додому повернися&lt;br /&gt;</w:t>
        <w:br/>
        <w:t>І чекай моїх братів,&lt;br /&gt;</w:t>
        <w:br/>
        <w:t>Тих морських богатирів".</w:t>
      </w:r>
    </w:p>
    <w:p>
      <w:r>
        <w:br/>
        <w:t>Князь пішов, забувши горе,&lt;br /&gt;</w:t>
        <w:br/>
        <w:t>Сів на башті і на море&lt;br /&gt;</w:t>
        <w:br/>
        <w:t>Став дивитись. Море вмить&lt;br /&gt;</w:t>
        <w:br/>
        <w:t>Як надметься й закипить —&lt;br /&gt;</w:t>
        <w:br/>
        <w:t>Розіллялось в шумовинні,&lt;br /&gt;</w:t>
        <w:br/>
        <w:t>І лишились на камінні&lt;br /&gt;</w:t>
        <w:br/>
        <w:t>Тридцять три богатирі,&lt;br /&gt;</w:t>
        <w:br/>
        <w:t>В панцирах, як жар зорі,&lt;br /&gt;</w:t>
        <w:br/>
        <w:t>Струнко йдуть вони по двоє.&lt;br /&gt;</w:t>
        <w:br/>
        <w:t>Сивий дядько з бородою&lt;br /&gt;</w:t>
        <w:br/>
        <w:t>Поперед усіх іде&lt;br /&gt;</w:t>
        <w:br/>
        <w:t>Та до міста їх веде.&lt;br /&gt;</w:t>
        <w:br/>
        <w:t>З башти князь Гвідон збігає,&lt;br /&gt;</w:t>
        <w:br/>
        <w:t>Дорогих гостей стрічає;&lt;br /&gt;</w:t>
        <w:br/>
        <w:t>Збіглись люди звідусіль.&lt;br /&gt;</w:t>
        <w:br/>
        <w:t>Дядько каже: "З синіх хвиль&lt;br /&gt;</w:t>
        <w:br/>
        <w:t>Нас сестриця наша біла&lt;br /&gt;</w:t>
        <w:br/>
        <w:t>Надіслала і звеліла&lt;br /&gt;</w:t>
        <w:br/>
        <w:t>Славне місто стерегти,&lt;br /&gt;</w:t>
        <w:br/>
        <w:t>Варту пильную нести.&lt;br /&gt;</w:t>
        <w:br/>
        <w:t>Отже, разом ми віднині&lt;br /&gt;</w:t>
        <w:br/>
        <w:t>Будем о нічній годині,&lt;br /&gt;</w:t>
        <w:br/>
        <w:t>Біля стін твоїх міських&lt;br /&gt;</w:t>
        <w:br/>
        <w:t>З хвиль виходити морських&lt;br /&gt;</w:t>
        <w:br/>
        <w:t>І стоятимем в дозорі.&lt;br /&gt;</w:t>
        <w:br/>
        <w:t>А тепер нам час до моря,&lt;br /&gt;</w:t>
        <w:br/>
        <w:t>Бо тяжкий нам дух землі!"&lt;br /&gt;</w:t>
        <w:br/>
        <w:t>І сховалися в імлі.</w:t>
      </w:r>
    </w:p>
    <w:p>
      <w:r>
        <w:br/>
        <w:t>Вітер в морі повіває&lt;br /&gt;</w:t>
        <w:br/>
        <w:t>І кораблик підганяє,&lt;br /&gt;</w:t>
        <w:br/>
        <w:t>Він біжить по бурунах&lt;br /&gt;</w:t>
        <w:br/>
        <w:t>На роздутих парусах&lt;br /&gt;</w:t>
        <w:br/>
        <w:t>Повз той острів кам'янистий,&lt;br /&gt;</w:t>
        <w:br/>
        <w:t>Повз велике пишне місто;&lt;br /&gt;</w:t>
        <w:br/>
        <w:t>Вартові з гармат гримлять,&lt;br /&gt;</w:t>
        <w:br/>
        <w:t>Кораблю пристать велять.&lt;br /&gt;</w:t>
        <w:br/>
        <w:t>Пристають до міста гості;&lt;br /&gt;</w:t>
        <w:br/>
        <w:t>Князь Гвідон їх кличе в гості,&lt;br /&gt;</w:t>
        <w:br/>
        <w:t>Їх годує, напува&lt;br /&gt;</w:t>
        <w:br/>
        <w:t>Й каже їм такі слова:&lt;br /&gt;</w:t>
        <w:br/>
        <w:t>"Чим ви, гості, торгували?&lt;br /&gt;</w:t>
        <w:br/>
        <w:t>І куди ви прямували?"&lt;br /&gt;</w:t>
        <w:br/>
        <w:t>Корабельники в одвіт:&lt;br /&gt;</w:t>
        <w:br/>
        <w:t>"Ми об'їздили весь світ:&lt;br /&gt;</w:t>
        <w:br/>
        <w:t>Торгували ми булатом,&lt;br /&gt;</w:t>
        <w:br/>
        <w:t>І сріблом, і щирим златом,&lt;br /&gt;</w:t>
        <w:br/>
        <w:t>І тепер лежить нам шлях&lt;br /&gt;</w:t>
        <w:br/>
        <w:t>В окіянах та морях&lt;br /&gt;</w:t>
        <w:br/>
        <w:t>Мимо острова Буяна&lt;br /&gt;</w:t>
        <w:br/>
        <w:t>В царство славного Салтана".&lt;br /&gt;</w:t>
        <w:br/>
        <w:t>Відмовляє князь купцям:&lt;br /&gt;</w:t>
        <w:br/>
        <w:t>"Добра путь, панове, вам&lt;br /&gt;</w:t>
        <w:br/>
        <w:t>По морях, по окіяну.&lt;br /&gt;</w:t>
        <w:br/>
        <w:t>Та скажіть царю Салтану:&lt;br /&gt;</w:t>
        <w:br/>
        <w:t>Свій поклін йому, мовляв,&lt;br /&gt;</w:t>
        <w:br/>
        <w:t>Князь Гвідон переказав".</w:t>
      </w:r>
    </w:p>
    <w:p>
      <w:r>
        <w:br/>
        <w:t>Гості князеві вклонились&lt;br /&gt;</w:t>
        <w:br/>
        <w:t>І в дорогу відрядились.&lt;br /&gt;</w:t>
        <w:br/>
        <w:t>Князь до моря йде і знов&lt;br /&gt;</w:t>
        <w:br/>
        <w:t>Лебедицю там знайшов.&lt;br /&gt;</w:t>
        <w:br/>
        <w:t>Князь їй знову: "Серце просить,&lt;br /&gt;</w:t>
        <w:br/>
        <w:t>Так і тягне, і підносить..."&lt;br /&gt;</w:t>
        <w:br/>
        <w:t>І вона ізнов його&lt;br /&gt;</w:t>
        <w:br/>
        <w:t>Вмить оббризкала всього.&lt;br /&gt;</w:t>
        <w:br/>
        <w:t>Князь тут зменшився, стулився, —&lt;br /&gt;</w:t>
        <w:br/>
        <w:t>І. джмелем умить зробився.&lt;br /&gt;</w:t>
        <w:br/>
        <w:t>Полетів щодуху джміль&lt;br /&gt;</w:t>
        <w:br/>
        <w:t>І кораблик серед хвиль&lt;br /&gt;</w:t>
        <w:br/>
        <w:t>Наздогнав в одну хвилинку&lt;br /&gt;</w:t>
        <w:br/>
        <w:t>Та й забився у щілинку.</w:t>
      </w:r>
    </w:p>
    <w:p>
      <w:r>
        <w:br/>
        <w:t>Вітер весело шумить,&lt;br /&gt;</w:t>
        <w:br/>
        <w:t>Корабель собі летить&lt;br /&gt;</w:t>
        <w:br/>
        <w:t>Мимо острова Буяна&lt;br /&gt;</w:t>
        <w:br/>
        <w:t>В царство славного Салтана,&lt;br /&gt;</w:t>
        <w:br/>
        <w:t>І на березі вогні&lt;br /&gt;</w:t>
        <w:br/>
        <w:t>Вже мигтять у далині.&lt;br /&gt;</w:t>
        <w:br/>
        <w:t>Ось на берег вийшли гості;&lt;br /&gt;</w:t>
        <w:br/>
        <w:t>Цар Салтан їх кличе в гості,&lt;br /&gt;</w:t>
        <w:br/>
        <w:t>А за ними навпростець&lt;br /&gt;</w:t>
        <w:br/>
        <w:t>Полетів наш молодець.&lt;br /&gt;</w:t>
        <w:br/>
        <w:t>Бачить: весь у сріблі й златі&lt;br /&gt;</w:t>
        <w:br/>
        <w:t>Цар Салтан сидить в палаті&lt;br /&gt;</w:t>
        <w:br/>
        <w:t>На престолі, у вінці,&lt;br /&gt;</w:t>
        <w:br/>
        <w:t>З тихим смутком на лиці.&lt;br /&gt;</w:t>
        <w:br/>
        <w:t>А ткачиха, й повариха,&lt;br /&gt;</w:t>
        <w:br/>
        <w:t>Й сваха баба Бабариха&lt;br /&gt;</w:t>
        <w:br/>
        <w:t>Біля нього знов сидять,&lt;br /&gt;</w:t>
        <w:br/>
        <w:t>Чотирма всі три глядять.&lt;br /&gt;</w:t>
        <w:br/>
        <w:t>Цар Салтан гостей вітає,&lt;br /&gt;</w:t>
        <w:br/>
        <w:t>І частує, і питає:&lt;br /&gt;</w:t>
        <w:br/>
        <w:t>"Звідки, гості, припливли?&lt;br /&gt;</w:t>
        <w:br/>
        <w:t>У яких краях були?&lt;br /&gt;</w:t>
        <w:br/>
        <w:t>Чи за морем все щасливо?&lt;br /&gt;</w:t>
        <w:br/>
        <w:t>І яке на світі диво?"&lt;br /&gt;</w:t>
        <w:br/>
        <w:t>Корабельники в одвіт:&lt;br /&gt;</w:t>
        <w:br/>
        <w:t>"Ми об'їздили весь світ;&lt;br /&gt;</w:t>
        <w:br/>
        <w:t>За морями все щасливо;&lt;br /&gt;</w:t>
        <w:br/>
        <w:t>В світі ж ось яке є диво:&lt;br /&gt;</w:t>
        <w:br/>
        <w:t>Острів серед хвиль лежить,&lt;br /&gt;</w:t>
        <w:br/>
        <w:t>Місто там нове стоїть,&lt;br /&gt;</w:t>
        <w:br/>
        <w:t>І щодня там дивне диво:&lt;br /&gt;</w:t>
        <w:br/>
        <w:t>Море збуриться бурхливо,&lt;br /&gt;</w:t>
        <w:br/>
        <w:t>Закипить, та зареве,&lt;br /&gt;</w:t>
        <w:br/>
        <w:t>Та на берег напливе,&lt;br /&gt;</w:t>
        <w:br/>
        <w:t>Розіллється в шумовинні —&lt;br /&gt;</w:t>
        <w:br/>
        <w:t>І лишаться на камінні&lt;br /&gt;</w:t>
        <w:br/>
        <w:t>В панцирах, як жар зорі,&lt;br /&gt;</w:t>
        <w:br/>
        <w:t>Тридцять три богатирі,&lt;br /&gt;</w:t>
        <w:br/>
        <w:t>Та все велетні вродливі,&lt;br /&gt;</w:t>
        <w:br/>
        <w:t>Добрі лицарі сміливі,&lt;br /&gt;</w:t>
        <w:br/>
        <w:t>Всі однакі, як один;&lt;br /&gt;</w:t>
        <w:br/>
        <w:t>До міських підходять стін&lt;br /&gt;</w:t>
        <w:br/>
        <w:t>З сивим дядьком Чорномором,&lt;br /&gt;</w:t>
        <w:br/>
        <w:t>Щоб ходити там дозором,&lt;br /&gt;</w:t>
        <w:br/>
        <w:t>Острів дивний стерегти&lt;br /&gt;</w:t>
        <w:br/>
        <w:t>І навкруг нього нести&lt;br /&gt;</w:t>
        <w:br/>
        <w:t>Варту добру, найпильнішу,&lt;br /&gt;</w:t>
        <w:br/>
        <w:t>І надійну, й найвірнішу.&lt;br /&gt;</w:t>
        <w:br/>
        <w:t>Князь Гвідон там княжить. Він&lt;br /&gt;</w:t>
        <w:br/>
        <w:t>Передав тобі поклін".&lt;br /&gt;</w:t>
        <w:br/>
        <w:t>Цар Салтан тут здивувався&lt;br /&gt;</w:t>
        <w:br/>
        <w:t>Й каже: "Я давно збирався&lt;br /&gt;</w:t>
        <w:br/>
        <w:t>В тому місті побувать&lt;br /&gt;</w:t>
        <w:br/>
        <w:t>І Гвідона обійнять".&lt;br /&gt;</w:t>
        <w:br/>
        <w:t>Повариха та ткачиха —&lt;br /&gt;</w:t>
        <w:br/>
        <w:t>Ні мур-мур! А Бабариха,&lt;br /&gt;</w:t>
        <w:br/>
        <w:t>Посміхнувшися на те,&lt;br /&gt;</w:t>
        <w:br/>
        <w:t>Вимовляє: "Це пусте!&lt;br /&gt;</w:t>
        <w:br/>
        <w:t>З моря лицарі виходять&lt;br /&gt;</w:t>
        <w:br/>
        <w:t>І собі дозором бродять!&lt;br /&gt;</w:t>
        <w:br/>
        <w:t>Чи це правда, чи брехня —&lt;br /&gt;</w:t>
        <w:br/>
        <w:t>Дива тут не бачу я.&lt;br /&gt;</w:t>
        <w:br/>
        <w:t>От насправді диво дивне:&lt;br /&gt;</w:t>
        <w:br/>
        <w:t>Десь на світі є царівна,&lt;br /&gt;</w:t>
        <w:br/>
        <w:t>Та такої красоти,&lt;br /&gt;</w:t>
        <w:br/>
        <w:t>Що й очей не відвести:&lt;br /&gt;</w:t>
        <w:br/>
        <w:t>Денне світло затіняє,&lt;br /&gt;</w:t>
        <w:br/>
        <w:t>А вночі, як сонце, сяє,&lt;br /&gt;</w:t>
        <w:br/>
        <w:t>Місяць у косі блищить,&lt;br /&gt;</w:t>
        <w:br/>
        <w:t>На чолі зоря горить.&lt;br /&gt;</w:t>
        <w:br/>
        <w:t>А сама вона, як пава,&lt;br /&gt;</w:t>
        <w:br/>
        <w:t>Походжає величаво,&lt;br /&gt;</w:t>
        <w:br/>
        <w:t>Як розмову поведе —&lt;br /&gt;</w:t>
        <w:br/>
        <w:t>Наче горлиця гуде.&lt;br /&gt;</w:t>
        <w:br/>
        <w:t>Кожен скаже справедливо:&lt;br /&gt;</w:t>
        <w:br/>
        <w:t>Це вже диво — справжнє диво".&lt;br /&gt;</w:t>
        <w:br/>
        <w:t>Гості слухають, мовчать,&lt;br /&gt;</w:t>
        <w:br/>
        <w:t>Сперечатись не хотять.&lt;br /&gt;</w:t>
        <w:br/>
        <w:t>Цар повірив небилиці,&lt;br /&gt;</w:t>
        <w:br/>
        <w:t>А царевич, хоч і злиться,&lt;br /&gt;</w:t>
        <w:br/>
        <w:t>Та не хоче зло вчинить,&lt;br /&gt;</w:t>
        <w:br/>
        <w:t>Бабку рідну осліпить.&lt;br /&gt;</w:t>
        <w:br/>
        <w:t>Він над бабою кружляє,&lt;br /&gt;</w:t>
        <w:br/>
        <w:t>Просто їй на ніс сідає,&lt;br /&gt;</w:t>
        <w:br/>
        <w:t>Та як вжалить богатир —&lt;br /&gt;</w:t>
        <w:br/>
        <w:t>Так і вискочив пухир!&lt;br /&gt;</w:t>
        <w:br/>
        <w:t>Тут ізнов пішла тривога:&lt;br /&gt;</w:t>
        <w:br/>
        <w:t>"Ой, рятуйте, ради Бога!&lt;br /&gt;</w:t>
        <w:br/>
        <w:t>Пробі! Ґвалт! Лови, лови!&lt;br /&gt;</w:t>
        <w:br/>
        <w:t>Та дави його, дави!..&lt;br /&gt;</w:t>
        <w:br/>
        <w:t>Ми ж тебе... Зажди хоч трішки!&lt;br /&gt;</w:t>
        <w:br/>
        <w:t>Стій!.." А джміль — в віконце&lt;br /&gt;</w:t>
        <w:br/>
        <w:t>нишком&lt;br /&gt;</w:t>
        <w:br/>
        <w:t>Та над морем загудів&lt;br /&gt;</w:t>
        <w:br/>
        <w:t>І додому полетів.</w:t>
      </w:r>
    </w:p>
    <w:p>
      <w:r>
        <w:br/>
        <w:t>Князь над синім морем ходить,&lt;br /&gt;</w:t>
        <w:br/>
        <w:t>З моря він очей не зводить,&lt;br /&gt;</w:t>
        <w:br/>
        <w:t>Вітер тихий повіва, —&lt;br /&gt;</w:t>
        <w:br/>
        <w:t>Лебедиця підплива.&lt;br /&gt;</w:t>
        <w:br/>
        <w:t>"Здрастуй, князю мій вродливий!&lt;br /&gt;</w:t>
        <w:br/>
        <w:t>Чом задумався журливо?&lt;br /&gt;</w:t>
        <w:br/>
        <w:t>Засмутився ти чому?" —&lt;br /&gt;</w:t>
        <w:br/>
        <w:t>Каже так вона йому.&lt;br /&gt;</w:t>
        <w:br/>
        <w:t>Князь Гвідон відповідає:&lt;br /&gt;</w:t>
        <w:br/>
        <w:t>"Туга серце обіймає:&lt;br /&gt;</w:t>
        <w:br/>
        <w:t>Скрізь одружується всяк,&lt;br /&gt;</w:t>
        <w:br/>
        <w:t>Тільки я липі одинак!"&lt;br /&gt;</w:t>
        <w:br/>
        <w:t>"Хто ж у тебе на приміті?"&lt;br /&gt;</w:t>
        <w:br/>
        <w:t>"Десь царівна є на світі,&lt;br /&gt;</w:t>
        <w:br/>
        <w:t>Та такої красоти,&lt;br /&gt;</w:t>
        <w:br/>
        <w:t>Що й очей не відвести;&lt;br /&gt;</w:t>
        <w:br/>
        <w:t>Денне світло затіняє,&lt;br /&gt;</w:t>
        <w:br/>
        <w:t>А вночі, як сонце, сяє —&lt;br /&gt;</w:t>
        <w:br/>
        <w:t>Місяць у косі блищить,&lt;br /&gt;</w:t>
        <w:br/>
        <w:t>На чолі зоря горить.&lt;br /&gt;</w:t>
        <w:br/>
        <w:t>А сама вона, як пава,&lt;br /&gt;</w:t>
        <w:br/>
        <w:t>Походжає величаво,&lt;br /&gt;</w:t>
        <w:br/>
        <w:t>Як розмову поведе —&lt;br /&gt;</w:t>
        <w:br/>
        <w:t>Наче горлиця гуде.&lt;br /&gt;</w:t>
        <w:br/>
        <w:t>Чи правдива чутка тая?" —&lt;br /&gt;</w:t>
        <w:br/>
        <w:t>Князь із острахом питає.&lt;br /&gt;</w:t>
        <w:br/>
        <w:t>Помовчавши мить одну,&lt;br /&gt;</w:t>
        <w:br/>
        <w:t>Каже так вона йому:&lt;br /&gt;</w:t>
        <w:br/>
        <w:t>"Справді, є така дівиця.&lt;br /&gt;</w:t>
        <w:br/>
        <w:t>Тільки ж це не рукавиця —&lt;br /&gt;</w:t>
        <w:br/>
        <w:t>З ручки жінку не змахнеш&lt;br /&gt;</w:t>
        <w:br/>
        <w:t>Та за пояс не заткнеш.&lt;br /&gt;</w:t>
        <w:br/>
        <w:t>Дам тобі таку пораду:&lt;br /&gt;</w:t>
        <w:br/>
        <w:t>Ти ще поладом та ладом&lt;br /&gt;</w:t>
        <w:br/>
        <w:t>Розміркуй це до пуття,&lt;br /&gt;</w:t>
        <w:br/>
        <w:t>Не зазнати б каяття".&lt;br /&gt;</w:t>
        <w:br/>
        <w:t>Князь Гвідон почав божитись,&lt;br /&gt;</w:t>
        <w:br/>
        <w:t>Що пора уже женитись,&lt;br /&gt;</w:t>
        <w:br/>
        <w:t>Що поклав він рішенець —&lt;br /&gt;</w:t>
        <w:br/>
        <w:t>Швидше стати під вінець,&lt;br /&gt;</w:t>
        <w:br/>
        <w:t>Що давно вже він готовий&lt;br /&gt;</w:t>
        <w:br/>
        <w:t>По царівну ту чудову&lt;br /&gt;</w:t>
        <w:br/>
        <w:t>Безперестанку іти&lt;br /&gt;</w:t>
        <w:br/>
        <w:t>Хоч в які чужі світи.&lt;br /&gt;</w:t>
        <w:br/>
        <w:t>Тут вона, зітхнувши злегка,&lt;br /&gt;</w:t>
        <w:br/>
        <w:t>Каже: "Нащо так далеко?&lt;br /&gt;</w:t>
        <w:br/>
        <w:t>Ця обраниця твоя&lt;br /&gt;</w:t>
        <w:br/>
        <w:t>Біля тебе — це ж бо я!"&lt;br /&gt;</w:t>
        <w:br/>
        <w:t>Розіп'явши білі крила,&lt;br /&gt;</w:t>
        <w:br/>
        <w:t>Лебедиця полетіла&lt;br /&gt;</w:t>
        <w:br/>
        <w:t>І на берег в той же час&lt;br /&gt;</w:t>
        <w:br/>
        <w:t>З висоти упала враз.&lt;br /&gt;</w:t>
        <w:br/>
        <w:t>Стрепенулась, обмахнулась —&lt;br /&gt;</w:t>
        <w:br/>
        <w:t>На царівну обернулась:&lt;br /&gt;</w:t>
        <w:br/>
        <w:t>Місяць у косі блищить,&lt;br /&gt;</w:t>
        <w:br/>
        <w:t>На чолі зоря горить,&lt;br /&gt;</w:t>
        <w:br/>
        <w:t>А сама вона, як пава,&lt;br /&gt;</w:t>
        <w:br/>
        <w:t>Виступає величаво,&lt;br /&gt;</w:t>
        <w:br/>
        <w:t>Як розмову поведе —&lt;br /&gt;</w:t>
        <w:br/>
        <w:t>Наче горлиця гуде.&lt;br /&gt;</w:t>
        <w:br/>
        <w:t>Князь царівну обіймає&lt;br /&gt;</w:t>
        <w:br/>
        <w:t>Та до серця пригортає&lt;br /&gt;</w:t>
        <w:br/>
        <w:t>І до матері мерщій&lt;br /&gt;</w:t>
        <w:br/>
        <w:t>З нею йде у терем свій,&lt;br /&gt;</w:t>
        <w:br/>
        <w:t>Та з поклоном, як годиться,&lt;br /&gt;</w:t>
        <w:br/>
        <w:t>Каже: "Матінко-царице!&lt;br /&gt;</w:t>
        <w:br/>
        <w:t>Я дочку обрав тобі,&lt;br /&gt;</w:t>
        <w:br/>
        <w:t>Вірну подругу собі.&lt;br /&gt;</w:t>
        <w:br/>
        <w:t>Просим в тебе дозволення,&lt;br /&gt;</w:t>
        <w:br/>
        <w:t>І твого благословення,&lt;br /&gt;</w:t>
        <w:br/>
        <w:t>Щоб у згоді вік нам жить,&lt;br /&gt;</w:t>
        <w:br/>
        <w:t>Одне одного любить".&lt;br /&gt;</w:t>
        <w:br/>
        <w:t>І з іконою над ними&lt;br /&gt;</w:t>
        <w:br/>
        <w:t>Та з молитвами святими&lt;br /&gt;</w:t>
        <w:br/>
        <w:t>Мати щирі сльози ллє:&lt;br /&gt;</w:t>
        <w:br/>
        <w:t>"Хай вам щастя Бог дає!"&lt;br /&gt;</w:t>
        <w:br/>
        <w:t>Князь тут довго не збирався,&lt;br /&gt;</w:t>
        <w:br/>
        <w:t>Із царівною побрався,&lt;br /&gt;</w:t>
        <w:br/>
        <w:t>Стали жить та поживать&lt;br /&gt;</w:t>
        <w:br/>
        <w:t>І приплоду дожидать.</w:t>
      </w:r>
    </w:p>
    <w:p>
      <w:r>
        <w:br/>
        <w:t>Вітер в морі повіває&lt;br /&gt;</w:t>
        <w:br/>
        <w:t>І кораблик підганяє;&lt;br /&gt;</w:t>
        <w:br/>
        <w:t>Він біжить по бурунах&lt;br /&gt;</w:t>
        <w:br/>
        <w:t>На роздутих парусах&lt;br /&gt;</w:t>
        <w:br/>
        <w:t>Повз той острів кам'янистий,&lt;br /&gt;</w:t>
        <w:br/>
        <w:t>Повз велике пишне місто.&lt;br /&gt;</w:t>
        <w:br/>
        <w:t>Вартові з гармат гримлять,&lt;br /&gt;</w:t>
        <w:br/>
        <w:t>Кораблю пристать велять.&lt;br /&gt;</w:t>
        <w:br/>
        <w:t>Пристають до міста гості;&lt;br /&gt;</w:t>
        <w:br/>
        <w:t>Князь Гвідон їх кличе в гості,&lt;br /&gt;</w:t>
        <w:br/>
        <w:t>Їх годує, напува&lt;br /&gt;</w:t>
        <w:br/>
        <w:t>Й каже їм такі слова:&lt;br /&gt;</w:t>
        <w:br/>
        <w:t>"Чим ви, гості, торгували?&lt;br /&gt;</w:t>
        <w:br/>
        <w:t>І куди ви прямували?"&lt;br /&gt;</w:t>
        <w:br/>
        <w:t>Корабельники в одвіт:&lt;br /&gt;</w:t>
        <w:br/>
        <w:t>"Ми об'їздили весь світ;&lt;br /&gt;</w:t>
        <w:br/>
        <w:t>Ми недурно торгували,&lt;br /&gt;</w:t>
        <w:br/>
        <w:t>Крам усякий продавали,&lt;br /&gt;</w:t>
        <w:br/>
        <w:t>Сторгувалися як слід,&lt;br /&gt;</w:t>
        <w:br/>
        <w:t>А тепер пливем на схід,&lt;br /&gt;</w:t>
        <w:br/>
        <w:t>Мимо острова Буяна,&lt;br /&gt;</w:t>
        <w:br/>
        <w:t>В царство славного Салтана".&lt;br /&gt;</w:t>
        <w:br/>
        <w:t>Відмовляє князь купцям:&lt;br /&gt;</w:t>
        <w:br/>
        <w:t>"Добра путь, панове, вам&lt;br /&gt;</w:t>
        <w:br/>
        <w:t>По морях, по окіяну&lt;br /&gt;</w:t>
        <w:br/>
        <w:t>До того царя Салтана;&lt;br /&gt;</w:t>
        <w:br/>
        <w:t>Нагадайте ж ви йому,&lt;br /&gt;</w:t>
        <w:br/>
        <w:t>Володарю свойому,&lt;br /&gt;</w:t>
        <w:br/>
        <w:t>Що до нас він виряджався,&lt;br /&gt;</w:t>
        <w:br/>
        <w:t>Та й понині не зібрався.&lt;br /&gt;</w:t>
        <w:br/>
        <w:t>Передайте мій поклін".&lt;br /&gt;</w:t>
        <w:br/>
        <w:t>Гості — далі в путь, а він&lt;br /&gt;</w:t>
        <w:br/>
        <w:t>Вже за ними не полинув&lt;br /&gt;</w:t>
        <w:br/>
        <w:t>І дружину не покинув.</w:t>
      </w:r>
    </w:p>
    <w:p>
      <w:r>
        <w:br/>
        <w:t>Вітер весело шумить,&lt;br /&gt;</w:t>
        <w:br/>
        <w:t>Корабель на схід летить&lt;br /&gt;</w:t>
        <w:br/>
        <w:t>Мимо острова Буяна&lt;br /&gt;</w:t>
        <w:br/>
        <w:t>В царство славного Салтана.&lt;br /&gt;</w:t>
        <w:br/>
        <w:t>І на березі вогні&lt;br /&gt;</w:t>
        <w:br/>
        <w:t>Вже мигтять у далині.&lt;br /&gt;</w:t>
        <w:br/>
        <w:t>Ось на берег вийшли гості;&lt;br /&gt;</w:t>
        <w:br/>
        <w:t>Цар Салтан їх кличе в гості.&lt;br /&gt;</w:t>
        <w:br/>
        <w:t>Бачать: цар сидить в вінці,&lt;br /&gt;</w:t>
        <w:br/>
        <w:t>Із журбою на лиці,&lt;br /&gt;</w:t>
        <w:br/>
        <w:t>А ткачиха, й повариха,&lt;br /&gt;</w:t>
        <w:br/>
        <w:t>Й сваха баба Бабариха&lt;br /&gt;</w:t>
        <w:br/>
        <w:t>Біля нього теж сидять,&lt;br /&gt;</w:t>
        <w:br/>
        <w:t>Чотирма всі три зорять.&lt;br /&gt;</w:t>
        <w:br/>
        <w:t>Цар Салтан гостей вітає,&lt;br /&gt;</w:t>
        <w:br/>
        <w:t>І частує, і питає:&lt;br /&gt;</w:t>
        <w:br/>
        <w:t>"Звідки, гості, припливли?&lt;br /&gt;</w:t>
        <w:br/>
        <w:t>У яких краях були?&lt;br /&gt;</w:t>
        <w:br/>
        <w:t>Чи за морем все щасливо?&lt;br /&gt;</w:t>
        <w:br/>
        <w:t>І яке на світі диво?"&lt;br /&gt;</w:t>
        <w:br/>
        <w:t>Корабельники в одвіт:&lt;br /&gt;</w:t>
        <w:br/>
        <w:t>"Ми об'їздили весь світ;&lt;br /&gt;</w:t>
        <w:br/>
        <w:t>За морями все щасливо;&lt;br /&gt;</w:t>
        <w:br/>
        <w:t>В світі ж ось яке є диво:&lt;br /&gt;</w:t>
        <w:br/>
        <w:t>Острів серед хвиль лежить,&lt;br /&gt;</w:t>
        <w:br/>
        <w:t>Місто там нове стоїть,&lt;br /&gt;</w:t>
        <w:br/>
        <w:t>З злотоверхими церквами,&lt;br /&gt;</w:t>
        <w:br/>
        <w:t>З теремами та садами.&lt;br /&gt;</w:t>
        <w:br/>
        <w:t>Єсть ялина там густа,&lt;br /&gt;</w:t>
        <w:br/>
        <w:t>Дім з кришталю огорта –&lt;br /&gt;</w:t>
        <w:br/>
        <w:t>В ньому білочка міститься,&lt;br /&gt;</w:t>
        <w:br/>
        <w:t>Та така вже витівниця!&lt;br /&gt;</w:t>
        <w:br/>
        <w:t>Білка пісеньку співа&lt;br /&gt;</w:t>
        <w:br/>
        <w:t>Та горішки розбива,&lt;br /&gt;</w:t>
        <w:br/>
        <w:t>А горішки не простенькі –&lt;br /&gt;</w:t>
        <w:br/>
        <w:t>В них шкаралупки золотенькі&lt;br /&gt;</w:t>
        <w:br/>
        <w:t>Й самоцвітне зеренце.&lt;br /&gt;</w:t>
        <w:br/>
        <w:t>Білці шана й честь за це.&lt;br /&gt;</w:t>
        <w:br/>
        <w:t>Там іще є друге диво:&lt;br /&gt;</w:t>
        <w:br/>
        <w:t>Море збуриться бурхливо,&lt;br /&gt;</w:t>
        <w:br/>
        <w:t>Закипить та зареве,&lt;br /&gt;</w:t>
        <w:br/>
        <w:t>Та на берег напливе,&lt;br /&gt;</w:t>
        <w:br/>
        <w:t>Розіллється в шумовинні —&lt;br /&gt;</w:t>
        <w:br/>
        <w:t>І лишаться на камінні,&lt;br /&gt;</w:t>
        <w:br/>
        <w:t>В панцирах, як жар зорі,&lt;br /&gt;</w:t>
        <w:br/>
        <w:t>Тридцять три богатирі,&lt;br /&gt;</w:t>
        <w:br/>
        <w:t>Та все велетні вродливі,&lt;br /&gt;</w:t>
        <w:br/>
        <w:t>Добрі лицарі сміливі,&lt;br /&gt;</w:t>
        <w:br/>
        <w:t>Йдуть дозором по землі&lt;br /&gt;</w:t>
        <w:br/>
        <w:t>З Чорномором на чолі.&lt;br /&gt;</w:t>
        <w:br/>
        <w:t>Має жінку князь на славу —&lt;br /&gt;</w:t>
        <w:br/>
        <w:t>І розумну, і ласкаву,&lt;br /&gt;</w:t>
        <w:br/>
        <w:t>Та такої красоти,&lt;br /&gt;</w:t>
        <w:br/>
        <w:t>Що й очей не відвести:&lt;br /&gt;</w:t>
        <w:br/>
        <w:t>Денне світло затіняє,&lt;br /&gt;</w:t>
        <w:br/>
        <w:t>А вночі, як сонце, сяє,&lt;br /&gt;</w:t>
        <w:br/>
        <w:t>Місяць у косі блищить,&lt;br /&gt;</w:t>
        <w:br/>
        <w:t>На чолі зоря горить.&lt;br /&gt;</w:t>
        <w:br/>
        <w:t>Князь Гвідон тим містом править,&lt;br /&gt;</w:t>
        <w:br/>
        <w:t>І його там кожен славить;&lt;br /&gt;</w:t>
        <w:br/>
        <w:t>Він прислав тобі поклін,&lt;br /&gt;</w:t>
        <w:br/>
        <w:t>Та на тебе скарживсь він:&lt;br /&gt;</w:t>
        <w:br/>
        <w:t>В гості, каже, виряджався,&lt;br /&gt;</w:t>
        <w:br/>
        <w:t>Та й понині не зібрався".</w:t>
      </w:r>
    </w:p>
    <w:p>
      <w:r>
        <w:br/>
        <w:t>Тут Салтан не утерпів,&lt;br /&gt;</w:t>
        <w:br/>
        <w:t>Спорядити флот звелів.&lt;br /&gt;</w:t>
        <w:br/>
        <w:t>А ткачиха, й повариха,&lt;br /&gt;</w:t>
        <w:br/>
        <w:t>Й сваха баба Бабариха&lt;br /&gt;</w:t>
        <w:br/>
        <w:t>Відпустить царя не хтять&lt;br /&gt;</w:t>
        <w:br/>
        <w:t>В дивне місто завітать.&lt;br /&gt;</w:t>
        <w:br/>
        <w:t>Та Салтан не згоден з ними;&lt;br /&gt;</w:t>
        <w:br/>
        <w:t>Грізно блиснувши очима, —&lt;br /&gt;</w:t>
        <w:br/>
        <w:t>"Що я — цар чи немовля?&lt;br /&gt;</w:t>
        <w:br/>
        <w:t>Він із гнівом вимовля. —&lt;br /&gt;</w:t>
        <w:br/>
        <w:t>Нині ж їду!" — Тут він тупнув,&lt;br /&gt;</w:t>
        <w:br/>
        <w:t>Вийшов — і дверима гупнув.</w:t>
      </w:r>
    </w:p>
    <w:p>
      <w:r>
        <w:br/>
        <w:t>Під вікном Гвідон сидить,&lt;br /&gt;</w:t>
        <w:br/>
        <w:t>Мовчки в море він зорить.&lt;br /&gt;</w:t>
        <w:br/>
        <w:t>Море тихе, не хлюпоче,&lt;br /&gt;</w:t>
        <w:br/>
        <w:t>А лише ледь-ледь тріпоче&lt;br /&gt;</w:t>
        <w:br/>
        <w:t>І далеко в синій млі&lt;br /&gt;</w:t>
        <w:br/>
        <w:t>Появились кораблі:&lt;br /&gt;</w:t>
        <w:br/>
        <w:t>На просторах окіяна&lt;br /&gt;</w:t>
        <w:br/>
        <w:t>їде флот царя Салтана.&lt;br /&gt;</w:t>
        <w:br/>
        <w:t>Князь Гвідон поспішно встав,&lt;br /&gt;</w:t>
        <w:br/>
        <w:t>Громогласно заволав:&lt;br /&gt;</w:t>
        <w:br/>
        <w:t>"Матінко моя єдина!&lt;br /&gt;</w:t>
        <w:br/>
        <w:t>Молода моя княгине!&lt;br /&gt;</w:t>
        <w:br/>
        <w:t>Подивіться ви туди:&lt;br /&gt;</w:t>
        <w:br/>
        <w:t>їде батечко сюди".&lt;br /&gt;</w:t>
        <w:br/>
        <w:t>Флот до острова підходить.&lt;br /&gt;</w:t>
        <w:br/>
        <w:t>Князь Гвідон трубу наводить:&lt;br /&gt;</w:t>
        <w:br/>
        <w:t>Цар на палубі сидить&lt;br /&gt;</w:t>
        <w:br/>
        <w:t>І в трубу на них зорить,&lt;br /&gt;</w:t>
        <w:br/>
        <w:t>З ним ткачиха, й повариха,&lt;br /&gt;</w:t>
        <w:br/>
        <w:t>Й сваха баба Бабариха,&lt;br /&gt;</w:t>
        <w:br/>
        <w:t>І дивуються вони&lt;br /&gt;</w:t>
        <w:br/>
        <w:t>Із чужої сторони.&lt;br /&gt;</w:t>
        <w:br/>
        <w:t>Враз гармати загриміли,&lt;br /&gt;</w:t>
        <w:br/>
        <w:t>На дзвіницях задзвонили.&lt;br /&gt;</w:t>
        <w:br/>
        <w:t>Йде Гвідон до моря сам&lt;br /&gt;</w:t>
        <w:br/>
        <w:t>Г царя стрічає там,&lt;br /&gt;</w:t>
        <w:br/>
        <w:t>З ним ткачиху, й повариху,&lt;br /&gt;</w:t>
        <w:br/>
        <w:t>Й сваху бабу Бабариху,&lt;br /&gt;</w:t>
        <w:br/>
        <w:t>І веде їх мовчки він&lt;br /&gt;</w:t>
        <w:br/>
        <w:t>До зубчастих білих стін.</w:t>
      </w:r>
    </w:p>
    <w:p>
      <w:r>
        <w:br/>
        <w:t>Біля брами городської,&lt;br /&gt;</w:t>
        <w:br/>
        <w:t>Бачить цар: у срібній зброї,&lt;br /&gt;</w:t>
        <w:br/>
        <w:t>В панцирах, як жар зорі,&lt;br /&gt;</w:t>
        <w:br/>
        <w:t>Тридцять три богатирі,&lt;br /&gt;</w:t>
        <w:br/>
        <w:t>Та все велетні вродливі,&lt;br /&gt;</w:t>
        <w:br/>
        <w:t>Добрі лицарі сміливі,&lt;br /&gt;</w:t>
        <w:br/>
        <w:t>Йдуть дозором по землі&lt;br /&gt;</w:t>
        <w:br/>
        <w:t>З Черномором на чолі.&lt;br /&gt;</w:t>
        <w:br/>
        <w:t>Цар вступив на двір широкий —&lt;br /&gt;</w:t>
        <w:br/>
        <w:t>На ялиночці високій&lt;br /&gt;</w:t>
        <w:br/>
        <w:t>Білка пісеньку співа,&lt;br /&gt;</w:t>
        <w:br/>
        <w:t>Та горіхи розбива,&lt;br /&gt;</w:t>
        <w:br/>
        <w:t>Зернятка із них виймає&lt;br /&gt;</w:t>
        <w:br/>
        <w:t>І в торбиночку складає,&lt;br /&gt;</w:t>
        <w:br/>
        <w:t>І весь двір навколо них&lt;br /&gt;</w:t>
        <w:br/>
        <w:t>У шкарлупках золотих.&lt;br /&gt;</w:t>
        <w:br/>
        <w:t>Гості далі йдуть квапливо,&lt;br /&gt;</w:t>
        <w:br/>
        <w:t>А навстріч — княгиня-диво:&lt;br /&gt;</w:t>
        <w:br/>
        <w:t>Місяць у косі блищить,&lt;br /&gt;</w:t>
        <w:br/>
        <w:t>На чолі зоря горить,&lt;br /&gt;</w:t>
        <w:br/>
        <w:t>А сама, неначе пава,&lt;br /&gt;</w:t>
        <w:br/>
        <w:t>Виступає величаво,&lt;br /&gt;</w:t>
        <w:br/>
        <w:t>І свекруха йде при ній.&lt;br /&gt;</w:t>
        <w:br/>
        <w:t>Цар поглянув, сам не свій,&lt;br /&gt;</w:t>
        <w:br/>
        <w:t>Кров у ньому схвилювалась.&lt;br /&gt;</w:t>
        <w:br/>
        <w:t>"Що я бачу?! Як це сталось?&lt;br /&gt;</w:t>
        <w:br/>
        <w:t>Це ж вона!" — аж дух зайнявсь.,&lt;br /&gt;</w:t>
        <w:br/>
        <w:t>Цар сльозами тут заллявсь,&lt;br /&gt;</w:t>
        <w:br/>
        <w:t>Обіймає він царицю,&lt;br /&gt;</w:t>
        <w:br/>
        <w:t>І синка, і молодицю.&lt;br /&gt;</w:t>
        <w:br/>
        <w:t>Тут до столу всі пішли&lt;br /&gt;</w:t>
        <w:br/>
        <w:t>І банкет розпочали.&lt;br /&gt;</w:t>
        <w:br/>
        <w:t>А ткачиху, й повариху,&lt;br /&gt;</w:t>
        <w:br/>
        <w:t>Й сваху бабу Бабариху&lt;br /&gt;</w:t>
        <w:br/>
        <w:t>Охопив такий тут жах,&lt;br /&gt;</w:t>
        <w:br/>
        <w:t>Що розбіглись по кутках.&lt;br /&gt;</w:t>
        <w:br/>
        <w:t>А коли їх розшукали —&lt;br /&gt;</w:t>
        <w:br/>
        <w:t>Злочин свій вони признали.&lt;br /&gt;</w:t>
        <w:br/>
        <w:t>Цар на радощах таких&lt;br /&gt;</w:t>
        <w:br/>
        <w:t>Відпустив додому їх.&lt;br /&gt;</w:t>
        <w:br/>
        <w:t>День минув. Царя Салтана&lt;br /&gt;</w:t>
        <w:br/>
        <w:t>Спати вклали напівп'яна.&lt;br /&gt;</w:t>
        <w:br/>
        <w:t>Я там був, мед-пиво пив.&lt;br /&gt;</w:t>
        <w:br/>
        <w:t>Тільки вуса обмочив.</w:t>
      </w:r>
    </w:p>
    <w:p>
      <w:r>
        <w:br/>
        <w:t>1831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царя Салтана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