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старого козака, рудого чорта, чотири роги і козацький рід (різдвяна казка)</w:t>
      </w:r>
    </w:p>
    <w:p>
      <w:r>
        <w:br/>
        <w:t xml:space="preserve"> &lt;p&gt;У Києві на Подолі,</w:t>
      </w:r>
    </w:p>
    <w:p>
      <w:r>
        <w:br/>
        <w:t>На житнім торжку,</w:t>
      </w:r>
    </w:p>
    <w:p>
      <w:r>
        <w:br/>
        <w:t>Там кляла нечиста сила</w:t>
      </w:r>
    </w:p>
    <w:p>
      <w:r>
        <w:br/>
        <w:t>Доленьку гірку.</w:t>
      </w:r>
    </w:p>
    <w:p>
      <w:r>
        <w:br/>
        <w:t>Надійшла лиха година,</w:t>
      </w:r>
    </w:p>
    <w:p>
      <w:r>
        <w:br/>
        <w:t>Помінявся час,</w:t>
      </w:r>
    </w:p>
    <w:p>
      <w:r>
        <w:br/>
        <w:t>Що уже козацькі діти</w:t>
      </w:r>
    </w:p>
    <w:p>
      <w:r>
        <w:br/>
        <w:t>Не бояться нас.</w:t>
      </w:r>
    </w:p>
    <w:p>
      <w:r>
        <w:br/>
        <w:t>Колись давно жив собі у Сабадаші старий козак Мехтод. Так собі добре жив, заможно. Мав гарну хату на дві половини, пасіку, сяке-таке господарство, коника, корову — одне слово, хазяїн на всю губу. Жив він на околиці села — якраз ото, де дорога повертає попід Гандреєву вербу та на Охматів над самісіньким лісом.</w:t>
      </w:r>
    </w:p>
    <w:p>
      <w:r>
        <w:br/>
        <w:t>Добрий чоловік був Мехтод — жінку любив, коли-не-коли її слухав, до роботи не силував, а так, як сам працює з ранку до ночі, то й вона з ним.</w:t>
      </w:r>
    </w:p>
    <w:p>
      <w:r>
        <w:br/>
        <w:t>Народився у них синочок. Назвали його Семеном, а за кумів узяли Віника і дядька Тимухтея. Підріс Семенко, батько його козацьких звичаїв навчив, у школу віддав, а як уже в колодочки вбився, то під горщика обстриг і на Січ відправив — до Бузівського куреня, та звелів, щоб кошового слухав.</w:t>
      </w:r>
    </w:p>
    <w:p>
      <w:r>
        <w:br/>
        <w:t>От якось перед Різдвом жінка Мехтодові й каже:</w:t>
      </w:r>
    </w:p>
    <w:p>
      <w:r>
        <w:br/>
        <w:t>— Агов, чоловіче, чи ж ти не знаєш, що у нас дрова скінчилися — уже нема й патичка, щоб у піч стромити?! Скоро кабанчика колоти, ковбаси шкварити, а ти і в вус не дмеш? Ану, до-ста на печі лежати — гайда до лісу по дрова!</w:t>
      </w:r>
    </w:p>
    <w:p>
      <w:r>
        <w:br/>
        <w:t>Запряг Мехтод конячину у сани та й потяг по снігу до лісу. Заким дерево сухе вибирав, заким рубав його, заким на цурпалки його чепуляв, заким на сани складав — уже й посутеніло. Коли давай назад повертати, аж за ним і сліду немає — ні дороги, ні стежки: самі дерева стіною стоять.</w:t>
      </w:r>
    </w:p>
    <w:p>
      <w:r>
        <w:br/>
        <w:t>Блукав, блукав Мехтод — біда, не може з лісу вийти. Уже й кінь притомився, уже й зовсім темно стало, та ще й віхола зірвалася. Стало Мехтодові лячно, а тут ще й вовки завили — доведеться пропадати. Ні рушниці, ні шаблі Мехтод з собою не взяв, а сокирою та пилкою від вовків не відбитися. Почав Мехтод коня поганяти, а той ледве дибає.</w:t>
      </w:r>
    </w:p>
    <w:p>
      <w:r>
        <w:br/>
        <w:t>— Ой, — каже Мехтод, — коли б якийсь чорт мене звідси вивів, то, здається, все б за те віддав…</w:t>
      </w:r>
    </w:p>
    <w:p>
      <w:r>
        <w:br/>
        <w:t>Тільки сказав — як тут-таки з-за сухого дуба вискакує чорт. Худий, рудий і рогатий.</w:t>
      </w:r>
    </w:p>
    <w:p>
      <w:r>
        <w:br/>
        <w:t>— А що, — питає, — заблукав, козаче?</w:t>
      </w:r>
    </w:p>
    <w:p>
      <w:r>
        <w:br/>
        <w:t>— Та заблукав, матері твоїй перековінька, — каже Мехтод.</w:t>
      </w:r>
    </w:p>
    <w:p>
      <w:r>
        <w:br/>
        <w:t>— А як виведу тебе з лісу, то що даси? — питає чорт.</w:t>
      </w:r>
    </w:p>
    <w:p>
      <w:r>
        <w:br/>
        <w:t>— Я б тобі, гемонському синові, гарних різок би дав, та біда змушує. Кажи, що хочеш.</w:t>
      </w:r>
    </w:p>
    <w:p>
      <w:r>
        <w:br/>
        <w:t>— Віддай мені, Мехтоде, те, що в тебе дома з’явилося, поки тебе не було.</w:t>
      </w:r>
    </w:p>
    <w:p>
      <w:r>
        <w:br/>
        <w:t>Замислився Мехтод, — добрий хазяїн все у своєму хазяйстві знає. Що ж там нового може за день з’явитися? Хіба у курки яйце знайшлося — так яйця не шкода.</w:t>
      </w:r>
    </w:p>
    <w:p>
      <w:r>
        <w:br/>
        <w:t>— Добре, — каже Мехтод, — віддам.</w:t>
      </w:r>
    </w:p>
    <w:p>
      <w:r>
        <w:br/>
        <w:t>— Гляди, — застерігає чорт, — пам’ятай своє слово. Я по обіцяне завтра прийду.</w:t>
      </w:r>
    </w:p>
    <w:p>
      <w:r>
        <w:br/>
        <w:t>На цьому слові чортяка шатнувся, крутнувся, колесом прокотився і зник. І враз дорога з’явилася, і дерева розступилися, і сніг перестав падати.</w:t>
      </w:r>
    </w:p>
    <w:p>
      <w:r>
        <w:br/>
        <w:t>Дивиться Мехтод — аж він із саньми все по колу кругом дуба їздив. То йому чортяка очі відводив. Подався Мехтод додому, а вдома жінка на воротях стоїть.</w:t>
      </w:r>
    </w:p>
    <w:p>
      <w:r>
        <w:br/>
        <w:t>— Де ж ти, чоловіче, вештаєшся? Мерщій до хати! Радість у нас — синок із Січі на святки приїхав!</w:t>
      </w:r>
    </w:p>
    <w:p>
      <w:r>
        <w:br/>
        <w:t>Мехтод так і обімлів. Це ж він рідного сина нечистому пообіцяв!</w:t>
      </w:r>
    </w:p>
    <w:p>
      <w:r>
        <w:br/>
        <w:t>Син радіє, батька обіймає, гостинці дарує, а Мехтод світу білого не бачить, не знає, як і сказати про біду.</w:t>
      </w:r>
    </w:p>
    <w:p>
      <w:r>
        <w:br/>
        <w:t>"А, — думає, — не скажу нічого — може, дасть Бог, усе обійдеться".</w:t>
      </w:r>
    </w:p>
    <w:p>
      <w:r>
        <w:br/>
        <w:t>Повечеряли чим Бог послав, погасили каганець, та й спати полягали.</w:t>
      </w:r>
    </w:p>
    <w:p>
      <w:r>
        <w:br/>
        <w:t>А вночі хтось під вікном шепоче:</w:t>
      </w:r>
    </w:p>
    <w:p>
      <w:r>
        <w:br/>
        <w:t>— Мехтоде, а віддай-но, що обіцяв, бо горе буде!</w:t>
      </w:r>
    </w:p>
    <w:p>
      <w:r>
        <w:br/>
        <w:t>Мехтод до вікна, а жінка каже:</w:t>
      </w:r>
    </w:p>
    <w:p>
      <w:r>
        <w:br/>
        <w:t>— Лежи, чоловіче, чого підхопився?</w:t>
      </w:r>
    </w:p>
    <w:p>
      <w:r>
        <w:br/>
        <w:t>— Таж хтось у вікно стукає, — відповідає Мехтод.</w:t>
      </w:r>
    </w:p>
    <w:p>
      <w:r>
        <w:br/>
        <w:t>— То тобі ввижається — усе тихо! — заспокоює його жінка.</w:t>
      </w:r>
    </w:p>
    <w:p>
      <w:r>
        <w:br/>
        <w:t>Нічого Мехтод їй не розповів і ліг спати. А на ранок до стайні — аж там кінь здох. Мовчить Мехтод цілий день, все думає, що його робити?</w:t>
      </w:r>
    </w:p>
    <w:p>
      <w:r>
        <w:br/>
        <w:t>Знову вночі хтось під вікном гукає:</w:t>
      </w:r>
    </w:p>
    <w:p>
      <w:r>
        <w:br/>
        <w:t>— Мехтоде, а віддай-но, що обіцяв, бо гірше буде!</w:t>
      </w:r>
    </w:p>
    <w:p>
      <w:r>
        <w:br/>
        <w:t>— Жінко, чи ти щось чуєш? — питає Мехтод.</w:t>
      </w:r>
    </w:p>
    <w:p>
      <w:r>
        <w:br/>
        <w:t>— Та ні, чоловіче, все тихо. А хіба що?</w:t>
      </w:r>
    </w:p>
    <w:p>
      <w:r>
        <w:br/>
        <w:t>— Та так, вчувається.</w:t>
      </w:r>
    </w:p>
    <w:p>
      <w:r>
        <w:br/>
        <w:t>Знову Мехтод їй нічого не розповідає. Зранку до хліва — аж корова здохла. Заплакав Мехтод — розповів, яка його біда спіткала.</w:t>
      </w:r>
    </w:p>
    <w:p>
      <w:r>
        <w:br/>
        <w:t>— Що ж робити маємо? — бідкається.</w:t>
      </w:r>
    </w:p>
    <w:p>
      <w:r>
        <w:br/>
        <w:t>— А що ж, — утішає його Семен, — ведіть мене, тату, до лісу — де ж це бачено, щоб козак та чорта злякався?</w:t>
      </w:r>
    </w:p>
    <w:p>
      <w:r>
        <w:br/>
        <w:t>Надяг Семен шапку, взяв у кишеню люльку і папушу тютюну та й подався з батьком до лісу. А під дубом чортяка дожидається — зуби щербаті шкірить:</w:t>
      </w:r>
    </w:p>
    <w:p>
      <w:r>
        <w:br/>
        <w:t>— А що, Мехтоде, таки привів сина? Ото як би ще й сьогодні тебе з сином не було, то уже на ранок і ти неживий був би!</w:t>
      </w:r>
    </w:p>
    <w:p>
      <w:r>
        <w:br/>
        <w:t>Походив чортяка кругом Семена, подивився на нього з усіх боків.</w:t>
      </w:r>
    </w:p>
    <w:p>
      <w:r>
        <w:br/>
        <w:t>— Гарного слугу матиму — каже.</w:t>
      </w:r>
    </w:p>
    <w:p>
      <w:r>
        <w:br/>
        <w:t>А Семен у вуса сміється:</w:t>
      </w:r>
    </w:p>
    <w:p>
      <w:r>
        <w:br/>
        <w:t>— Служити, то й служити. Але давай домовимося, що буду я у тебе доти, доки сам мене не виженеш, а за службу даси торбу червінців!</w:t>
      </w:r>
    </w:p>
    <w:p>
      <w:r>
        <w:br/>
        <w:t>Зрадів чорт, кривенькі ручки потер:</w:t>
      </w:r>
    </w:p>
    <w:p>
      <w:r>
        <w:br/>
        <w:t>— Оце, козаче, будеш у мене, допоки твого віку стане, а грошики мої цілі залишаться!</w:t>
      </w:r>
    </w:p>
    <w:p>
      <w:r>
        <w:br/>
        <w:t>Усміхнувся й собі Семен, батька поцілував:</w:t>
      </w:r>
    </w:p>
    <w:p>
      <w:r>
        <w:br/>
        <w:t>— Не журіться, тату, скоро вдома буду!</w:t>
      </w:r>
    </w:p>
    <w:p>
      <w:r>
        <w:br/>
        <w:t>Та до чорта:</w:t>
      </w:r>
    </w:p>
    <w:p>
      <w:r>
        <w:br/>
        <w:t>— Ну, веди вже, куди там хочеш!</w:t>
      </w:r>
    </w:p>
    <w:p>
      <w:r>
        <w:br/>
        <w:t>Потяг чортяка Семена у дупло, що в старому дубі чорніє. А там драбина довжелезна аж під землю йде.</w:t>
      </w:r>
    </w:p>
    <w:p>
      <w:r>
        <w:br/>
        <w:t>Спустилися вони до чорта у підземний світ. Дивиться Семен — небо червоне, в озерах вода чорна, дерева сухі і покручені, сіркою смердить — ну чисто як ото в Жашківській корчмі після злодійського ярмарку.</w:t>
      </w:r>
    </w:p>
    <w:p>
      <w:r>
        <w:br/>
        <w:t>Веде чортяка до своєї хати, а хата вся облуплена, стріха дірява, тин поваляний — тільки чортенята бігають туди-сюди, як мишенята. А скільки їх там — чи сотня, чи дві, то тільки жінка чортова знає. А жінка у чорта таки непогана молодичка — на пічці кашу із кізяків варить та кописткою помішує.</w:t>
      </w:r>
    </w:p>
    <w:p>
      <w:r>
        <w:br/>
        <w:t>— Оце, — каже чорт Семенові, — лишаю тебе тут. Я піду до людей біду робити, а ти дітей моїх глядітимеш. Та пильнуй добре, бо я скоро повернуся та подивлюся, як ти справляєшся.</w:t>
      </w:r>
    </w:p>
    <w:p>
      <w:r>
        <w:br/>
        <w:t>Подався чорт нагору — треба ж йому до Різдва встигнути шкоди наробити чесним людям. Довго чортяка по всьому світу товкся, нарешті додому під землю заліз. Коли дивиться — що то за біда? — сидить козарлюга на горбочку та люлечку палить, а чортенята кругом нього як на муштрі шпацирують. Чистенькі, вмиті, під горщик обстрижені, ще й козацьких пісень співають та Семена паном сотником величають!</w:t>
      </w:r>
    </w:p>
    <w:p>
      <w:r>
        <w:br/>
        <w:t>Чортяка аж запінився від злості:</w:t>
      </w:r>
    </w:p>
    <w:p>
      <w:r>
        <w:br/>
        <w:t>— Що ж це ти наробив? Чого їх навчив?!</w:t>
      </w:r>
    </w:p>
    <w:p>
      <w:r>
        <w:br/>
        <w:t>Що з них далі буде?! Не годен ти, козаче, чортових дітей доглядати, гайда до чорної роботи — дрова рубатимеш!</w:t>
      </w:r>
    </w:p>
    <w:p>
      <w:r>
        <w:br/>
        <w:t>Посміявся Семен, та й подався по дрова.</w:t>
      </w:r>
    </w:p>
    <w:p>
      <w:r>
        <w:br/>
        <w:t>Чекав, чекав чортяка, уже й пічка вихолола, а козака з дровами немає. Побіг чорт шукати Семена — аж той собі спить під кущиком.</w:t>
      </w:r>
    </w:p>
    <w:p>
      <w:r>
        <w:br/>
        <w:t>— Чого це ти дрова не рубаєш? — репетує чорт.</w:t>
      </w:r>
    </w:p>
    <w:p>
      <w:r>
        <w:br/>
        <w:t>— А того, що це не козацька робота, — каже Семен, — у нас для палива свої січові дрова є.</w:t>
      </w:r>
    </w:p>
    <w:p>
      <w:r>
        <w:br/>
        <w:t>— А то ж які? — питає чорт.</w:t>
      </w:r>
    </w:p>
    <w:p>
      <w:r>
        <w:br/>
        <w:t>— А ось які, — дістає Семен порохівницю.</w:t>
      </w:r>
    </w:p>
    <w:p>
      <w:r>
        <w:br/>
        <w:t>— Так горять, що не загасиш!</w:t>
      </w:r>
    </w:p>
    <w:p>
      <w:r>
        <w:br/>
        <w:t>— А даси? — питає чорт.</w:t>
      </w:r>
    </w:p>
    <w:p>
      <w:r>
        <w:br/>
        <w:t>— Чом не дати доброму чоловікові? На, тримай.</w:t>
      </w:r>
    </w:p>
    <w:p>
      <w:r>
        <w:br/>
        <w:t>Вхопив чорт порохівницю та й мерщій додому, пічку топити січовими дровами.</w:t>
      </w:r>
    </w:p>
    <w:p>
      <w:r>
        <w:br/>
        <w:t>Іде Семен поволеньки позаду, коли чує — загриміло, задвигтіло, заревіло! Дивиться Семен — по небу червоному пічка летить та вогнем дише, а за нею казан із кізяками перекидається. Добре козацькі дрова бабахнули!</w:t>
      </w:r>
    </w:p>
    <w:p>
      <w:r>
        <w:br/>
        <w:t>Приходить Семен до хати — чорт у сажі, чортиха у сажі, чортенята у сажі — геть усі замурзані.</w:t>
      </w:r>
    </w:p>
    <w:p>
      <w:r>
        <w:br/>
        <w:t>Чорта аж тіпає від злості, а вигнати козака не може — грошей шкода.</w:t>
      </w:r>
    </w:p>
    <w:p>
      <w:r>
        <w:br/>
        <w:t>— Ну, козаче, тепер тебе під нагляд жінці своїй лишаю, — каже чорт, — вона вже тобі байдикувати не дасть! А я тим часом ще по світу побігаю, капості людям пороблю!</w:t>
      </w:r>
    </w:p>
    <w:p>
      <w:r>
        <w:br/>
        <w:t>Знов чортяка додому вертає — аж раптом голова засвербіла, та так, що несила терпіти! Мац-мац чорт за голову — що за біда — замість двох, та чотири роги виросло! Що це там козак з чортовою жінкою робить?!</w:t>
      </w:r>
    </w:p>
    <w:p>
      <w:r>
        <w:br/>
        <w:t>Швиденько чорт — до дупла, до драбини, до хати — а хати і не пізнає! Біленька, чепурненька, синьою фарбою підмальована, свіжою соломою вкрита, новеньким тином обгороджена. А на дверях картинка намальована: козак Мамай чорта довбнею попід хвіст цідить!</w:t>
      </w:r>
    </w:p>
    <w:p>
      <w:r>
        <w:br/>
        <w:t>Чорт — до хати, а його жінка на поріг не пускає.</w:t>
      </w:r>
    </w:p>
    <w:p>
      <w:r>
        <w:br/>
        <w:t>— Ти, сякий-такий сину, чого сюди приперся?! Я триста років з тобою одружена, а такого щастя, як з козаком, не мала! Ось він — за день лад навів, а ти що вдома робиш? Ану геть з хати!</w:t>
      </w:r>
    </w:p>
    <w:p>
      <w:r>
        <w:br/>
        <w:t>А козак сидить край столу, варенички наминає та у вуса сміється.</w:t>
      </w:r>
    </w:p>
    <w:p>
      <w:r>
        <w:br/>
        <w:t>Бачить чорт, що непереливки — козак замість нього хазяйнує.</w:t>
      </w:r>
    </w:p>
    <w:p>
      <w:r>
        <w:br/>
        <w:t>— А знаєш, Семене, — каже чорт, — мені уже наймита не треба, ішов би ти додому.</w:t>
      </w:r>
    </w:p>
    <w:p>
      <w:r>
        <w:br/>
        <w:t>— Не піду, — каже козак, — мені й тут добре. Та й не заплатив ти мені за роботу.</w:t>
      </w:r>
    </w:p>
    <w:p>
      <w:r>
        <w:br/>
        <w:t>— Заплачу, заплачу! — кричить чорт. — Тільки йди вже звідси, бо ти мені жити не даєш!</w:t>
      </w:r>
    </w:p>
    <w:p>
      <w:r>
        <w:br/>
        <w:t>— Гаразд, — каже Семен, — давай торбу червінців та ще й коня з коровою віддавай.</w:t>
      </w:r>
    </w:p>
    <w:p>
      <w:r>
        <w:br/>
        <w:t>Іде бідолашний чорт, тягне торбу червінців, на налигачі веде корову з конем. А Семен за ним суне, посвистує та приказує:</w:t>
      </w:r>
    </w:p>
    <w:p>
      <w:r>
        <w:br/>
        <w:t>— Ото гарно погостював у чорта, шкода, що мало!</w:t>
      </w:r>
    </w:p>
    <w:p>
      <w:r>
        <w:br/>
        <w:t>Притяг чортяка добро до Мехтодової хати, хотів був якусь капость вчинити, коли раптом дзвін як задзвонить!</w:t>
      </w:r>
    </w:p>
    <w:p>
      <w:r>
        <w:br/>
        <w:t>— Ой лихо! — злякався чорт. — Уже Різдво надійшло, треба тікати!</w:t>
      </w:r>
    </w:p>
    <w:p>
      <w:r>
        <w:br/>
        <w:t>Побіг чорт у ліс — дзвін за ним, чорт у корчі — дзвін за ним, чорту болото — дзвін за ним! Коли озирнувся, а то гемонський козарлюга йому до хвоста коров’ячого дзвоника вчепив.</w:t>
      </w:r>
    </w:p>
    <w:p>
      <w:r>
        <w:br/>
        <w:t>Злазить чорт обідраний, брудний по драбині під землю — аж удома тільки жінка його сидить, а чортенят і близько немає!</w:t>
      </w:r>
    </w:p>
    <w:p>
      <w:r>
        <w:br/>
        <w:t>А Семен поколядував вдома, розговівся, відпочив, та й знову на Січ подався. Їде верхи на коні, сміється та й співає:</w:t>
      </w:r>
    </w:p>
    <w:p>
      <w:r>
        <w:br/>
        <w:t>Ще такого не було</w:t>
      </w:r>
    </w:p>
    <w:p>
      <w:r>
        <w:br/>
        <w:t>У нашому лісі —</w:t>
      </w:r>
    </w:p>
    <w:p>
      <w:r>
        <w:br/>
        <w:t>Чортенята всі із дому</w:t>
      </w:r>
    </w:p>
    <w:p>
      <w:r>
        <w:br/>
        <w:t>На Січ подалися!</w:t>
      </w:r>
    </w:p>
    <w:p>
      <w:r>
        <w:br/>
        <w:t>А хто чув, то передайте</w:t>
      </w:r>
    </w:p>
    <w:p>
      <w:r>
        <w:br/>
        <w:t>Усьому народу,</w:t>
      </w:r>
    </w:p>
    <w:p>
      <w:r>
        <w:br/>
        <w:t>Що не буде переводу Козацькому роду!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старого козака, рудого чорта, чотири роги і козацький рід (різдвяна казка)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