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сім неділь у тижні</w:t>
      </w:r>
    </w:p>
    <w:p>
      <w:r>
        <w:br/>
        <w:t xml:space="preserve"> 1</w:t>
      </w:r>
    </w:p>
    <w:p>
      <w:r>
        <w:br/>
        <w:t>На другому поверсі,&lt;br /&gt;</w:t>
        <w:br/>
        <w:t>в сьомій квартирі,&lt;br /&gt;</w:t>
        <w:br/>
        <w:t>в будинку під номером&lt;br /&gt;</w:t>
        <w:br/>
        <w:t>тридцять чотири,&lt;br /&gt;</w:t>
        <w:br/>
        <w:t>на вулиці Мрій,&lt;br /&gt;</w:t>
        <w:br/>
        <w:t>що тяглась аж під небо,&lt;br /&gt;</w:t>
        <w:br/>
        <w:t>жив хлопець Сергій —&lt;br /&gt;</w:t>
        <w:br/>
        <w:t>третьокласник і ледар.</w:t>
      </w:r>
    </w:p>
    <w:p>
      <w:r>
        <w:br/>
        <w:t>Найбільше на світі&lt;br /&gt;</w:t>
        <w:br/>
        <w:t>любив він поспати,&lt;br /&gt;</w:t>
        <w:br/>
        <w:t>тож кожного ранку&lt;br /&gt;</w:t>
        <w:br/>
        <w:t>і мама, і тато&lt;br /&gt;</w:t>
        <w:br/>
        <w:t>будили Сергія&lt;br /&gt;</w:t>
        <w:br/>
        <w:t>не менше години,&lt;br /&gt;</w:t>
        <w:br/>
        <w:t>бо зовсім на нього&lt;br /&gt;</w:t>
        <w:br/>
        <w:t>не діяв будильник.</w:t>
      </w:r>
    </w:p>
    <w:p>
      <w:r>
        <w:br/>
        <w:t>До школи він завжди&lt;br /&gt;</w:t>
        <w:br/>
        <w:t>ішов неохоче.&lt;br /&gt;</w:t>
        <w:br/>
        <w:t>Сидів на уроках —&lt;br /&gt;</w:t>
        <w:br/>
        <w:t>злипалися очі.&lt;br /&gt;</w:t>
        <w:br/>
        <w:t>Зате,&lt;br /&gt;</w:t>
        <w:br/>
        <w:t>як останній дзвінок&lt;br /&gt;</w:t>
        <w:br/>
        <w:t>продзвенить,—&lt;br /&gt;</w:t>
        <w:br/>
        <w:t>наш ледар найпершим&lt;br /&gt;</w:t>
        <w:br/>
        <w:t>додому летить!&lt;br /&gt;</w:t>
        <w:br/>
        <w:t>Вбіга до квартири,&lt;br /&gt;</w:t>
        <w:br/>
        <w:t>ляга на дивані —&lt;br /&gt;</w:t>
        <w:br/>
        <w:t>і мріє,&lt;br /&gt;</w:t>
        <w:br/>
        <w:t>аж поки і ніч&lt;br /&gt;</w:t>
        <w:br/>
        <w:t>не настане!..</w:t>
      </w:r>
    </w:p>
    <w:p>
      <w:r>
        <w:br/>
        <w:t>А мріяв Сергій,&lt;br /&gt;</w:t>
        <w:br/>
        <w:t>щоб у тижні&lt;br /&gt;</w:t>
        <w:br/>
        <w:t>всі дні&lt;br /&gt;</w:t>
        <w:br/>
        <w:t>зробилися геть як один,—&lt;br /&gt;</w:t>
        <w:br/>
        <w:t>вихідні!</w:t>
      </w:r>
    </w:p>
    <w:p>
      <w:r>
        <w:br/>
        <w:t>2</w:t>
      </w:r>
    </w:p>
    <w:p>
      <w:r>
        <w:br/>
        <w:t>От якось під вечір,&lt;br /&gt;</w:t>
        <w:br/>
        <w:t>в одну із неділь,&lt;br /&gt;</w:t>
        <w:br/>
        <w:t>зостався Сергій у квартирі&lt;br /&gt;</w:t>
        <w:br/>
        <w:t>один...</w:t>
      </w:r>
    </w:p>
    <w:p>
      <w:r>
        <w:br/>
        <w:t>Поспав, попоїв,&lt;br /&gt;</w:t>
        <w:br/>
        <w:t>увімкнув телевізор&lt;br /&gt;</w:t>
        <w:br/>
        <w:t>і всівся дивитись його&lt;br /&gt;</w:t>
        <w:br/>
        <w:t>скільки влізе...&lt;br /&gt;</w:t>
        <w:br/>
        <w:t>Нарешті скінчилась&lt;br /&gt;</w:t>
        <w:br/>
        <w:t>недільна програма.&lt;br /&gt;</w:t>
        <w:br/>
        <w:t>Сергій неохоче&lt;br /&gt;</w:t>
        <w:br/>
        <w:t>підвівся з дивана&lt;br /&gt;</w:t>
        <w:br/>
        <w:t>і мовив:&lt;br /&gt;</w:t>
        <w:br/>
        <w:t>— Лягатиму краще&lt;br /&gt;</w:t>
        <w:br/>
        <w:t>у постіль!</w:t>
      </w:r>
    </w:p>
    <w:p>
      <w:r>
        <w:br/>
        <w:t>Аж тут&lt;br /&gt;</w:t>
        <w:br/>
        <w:t>на екрані&lt;br /&gt;</w:t>
        <w:br/>
        <w:t>з'явилася постать!..&lt;br /&gt;</w:t>
        <w:br/>
        <w:t>— Зажди! —&lt;br /&gt;</w:t>
        <w:br/>
        <w:t>просичала.—&lt;br /&gt;</w:t>
        <w:br/>
        <w:t>Не треба лягати!..—&lt;br /&gt;</w:t>
        <w:br/>
        <w:t>І раптом&lt;br /&gt;</w:t>
        <w:br/>
        <w:t>стрибнула з екрана&lt;br /&gt;</w:t>
        <w:br/>
        <w:t>в кімнату!</w:t>
      </w:r>
    </w:p>
    <w:p>
      <w:r>
        <w:br/>
        <w:t>Злякався Сергій —&lt;br /&gt;</w:t>
        <w:br/>
        <w:t>не промовить і слова...&lt;br /&gt;</w:t>
        <w:br/>
        <w:t>Нарешті спромігся спитати&lt;br /&gt;</w:t>
        <w:br/>
        <w:t>— А хто-о ви?..</w:t>
      </w:r>
    </w:p>
    <w:p>
      <w:r>
        <w:br/>
        <w:t>— Я грізний чаклун,&lt;br /&gt;</w:t>
        <w:br/>
        <w:t>всемогутній фон Брукк,&lt;br /&gt;</w:t>
        <w:br/>
        <w:t>професор і доктор&lt;br /&gt;</w:t>
        <w:br/>
        <w:t>ледачих наук!&lt;br /&gt;</w:t>
        <w:br/>
        <w:t>Бажай, що завгодно,&lt;br /&gt;</w:t>
        <w:br/>
        <w:t>ледащо Сергію,—&lt;br /&gt;</w:t>
        <w:br/>
        <w:t>я можу здійснити&lt;br /&gt;</w:t>
        <w:br/>
        <w:t>усі твої мрії!</w:t>
      </w:r>
    </w:p>
    <w:p>
      <w:r>
        <w:br/>
        <w:t>Почувши слова ці,&lt;br /&gt;</w:t>
        <w:br/>
        <w:t>Сергій аж затрясся,&lt;br /&gt;</w:t>
        <w:br/>
        <w:t>та вже не від жаху —&lt;br /&gt;</w:t>
        <w:br/>
        <w:t>від радості й щастя,&lt;br /&gt;</w:t>
        <w:br/>
        <w:t>і враз загорлав,&lt;br /&gt;</w:t>
        <w:br/>
        <w:t>наполохавши тишу:&lt;br /&gt;</w:t>
        <w:br/>
        <w:t>— Хай тільки неділі&lt;br /&gt;</w:t>
        <w:br/>
        <w:t>залишаться в тижні,&lt;br /&gt;</w:t>
        <w:br/>
        <w:t>щоб я відсьогодні&lt;br /&gt;</w:t>
        <w:br/>
        <w:t>ніколи-ніколи&lt;br /&gt;</w:t>
        <w:br/>
        <w:t>не мусив щоранку&lt;br /&gt;</w:t>
        <w:br/>
        <w:t>спішити до школи!</w:t>
      </w:r>
    </w:p>
    <w:p>
      <w:r>
        <w:br/>
        <w:t>Фон Брукк усміхнувся:&lt;br /&gt;</w:t>
        <w:br/>
        <w:t>— Хай буде,&lt;br /&gt;</w:t>
        <w:br/>
        <w:t>як хочеш!..—&lt;br /&gt;</w:t>
        <w:br/>
        <w:t>І зник непомітно&lt;br /&gt;</w:t>
        <w:br/>
        <w:t>у темряві ночі...</w:t>
      </w:r>
    </w:p>
    <w:p>
      <w:r>
        <w:br/>
        <w:t>3</w:t>
      </w:r>
    </w:p>
    <w:p>
      <w:r>
        <w:br/>
        <w:t>Наступного ранку,&lt;br /&gt;</w:t>
        <w:br/>
        <w:t>О пів на десяту,&lt;br /&gt;</w:t>
        <w:br/>
        <w:t>прокинувся ледар&lt;br /&gt;</w:t>
        <w:br/>
        <w:t>у власній кімнаті,&lt;br /&gt;</w:t>
        <w:br/>
        <w:t>покліпав очима зі сну,&lt;br /&gt;</w:t>
        <w:br/>
        <w:t>позіхнув —&lt;br /&gt;</w:t>
        <w:br/>
        <w:t>і вмить пригадав&lt;br /&gt;</w:t>
        <w:br/>
        <w:t>про пригоду нічну!</w:t>
      </w:r>
    </w:p>
    <w:p>
      <w:r>
        <w:br/>
        <w:t>Підскочив хутчіш,&lt;br /&gt;</w:t>
        <w:br/>
        <w:t>календар відшукав,&lt;br /&gt;</w:t>
        <w:br/>
        <w:t>поглянув у нього —&lt;br /&gt;</w:t>
        <w:br/>
        <w:t>і мало не впав:&lt;br /&gt;</w:t>
        <w:br/>
        <w:t>з листочка,&lt;br /&gt;</w:t>
        <w:br/>
        <w:t>де мусило йти&lt;br /&gt;</w:t>
        <w:br/>
        <w:t>п о н е д і л о к,&lt;br /&gt;</w:t>
        <w:br/>
        <w:t>до нього&lt;br /&gt;</w:t>
        <w:br/>
        <w:t>всміхнулося слово&lt;br /&gt;</w:t>
        <w:br/>
        <w:t>н е д і л я!..</w:t>
      </w:r>
    </w:p>
    <w:p>
      <w:r>
        <w:br/>
        <w:t>Сергій,&lt;br /&gt;</w:t>
        <w:br/>
        <w:t>не повіривши&lt;br /&gt;</w:t>
        <w:br/>
        <w:t>власним очам,&lt;br /&gt;</w:t>
        <w:br/>
        <w:t>ще швидше&lt;br /&gt;</w:t>
        <w:br/>
        <w:t>гортать календарик&lt;br /&gt;</w:t>
        <w:br/>
        <w:t>почав.&lt;br /&gt;</w:t>
        <w:br/>
        <w:t>Гортав і гортав,&lt;br /&gt;</w:t>
        <w:br/>
        <w:t>а листки шелестіли:&lt;br /&gt;</w:t>
        <w:br/>
        <w:t>"Неділя, неділя, неділя..."&lt;br /&gt;</w:t>
        <w:br/>
        <w:t>Н е д і л я!..</w:t>
      </w:r>
    </w:p>
    <w:p>
      <w:r>
        <w:br/>
        <w:t>— Урра-аа! —&lt;br /&gt;</w:t>
        <w:br/>
        <w:t>заволав&lt;br /&gt;</w:t>
        <w:br/>
        <w:t>третьокласник і ледар.—&lt;br /&gt;</w:t>
        <w:br/>
        <w:t>Так, значить, до школи&lt;br /&gt;</w:t>
        <w:br/>
        <w:t>ходити не треба!&lt;br /&gt;</w:t>
        <w:br/>
        <w:t>Так, значить, насправді&lt;br /&gt;</w:t>
        <w:br/>
        <w:t>у тижні&lt;br /&gt;</w:t>
        <w:br/>
        <w:t>всі дні&lt;br /&gt;</w:t>
        <w:br/>
        <w:t>віднині й довіку тепер —&lt;br /&gt;</w:t>
        <w:br/>
        <w:t>в и х і д н і!..</w:t>
      </w:r>
    </w:p>
    <w:p>
      <w:r>
        <w:br/>
        <w:t>4</w:t>
      </w:r>
    </w:p>
    <w:p>
      <w:r>
        <w:br/>
        <w:t>Тепер у Сергія —&lt;br /&gt;</w:t>
        <w:br/>
        <w:t>свободи удосталь:&lt;br /&gt;</w:t>
        <w:br/>
        <w:t>захочеш —&lt;br /&gt;</w:t>
        <w:br/>
        <w:t>і зранку влягайся&lt;br /&gt;</w:t>
        <w:br/>
        <w:t>у постіль,&lt;br /&gt;</w:t>
        <w:br/>
        <w:t>бо в школі уроків&lt;br /&gt;</w:t>
        <w:br/>
        <w:t>нема все одно!&lt;br /&gt;</w:t>
        <w:br/>
        <w:t>А може,—&lt;br /&gt;</w:t>
        <w:br/>
        <w:t>піти в зоопарк чи в кіно?.,</w:t>
      </w:r>
    </w:p>
    <w:p>
      <w:r>
        <w:br/>
        <w:t>Підкинув наш ледар&lt;br /&gt;</w:t>
        <w:br/>
        <w:t>угору п'ятак —&lt;br /&gt;</w:t>
        <w:br/>
        <w:t>і випало:&lt;br /&gt;</w:t>
        <w:br/>
        <w:t>їхати у зоопарк!</w:t>
      </w:r>
    </w:p>
    <w:p>
      <w:r>
        <w:br/>
        <w:t>Все б гарно!..&lt;br /&gt;</w:t>
        <w:br/>
        <w:t>Та тільки —&lt;br /&gt;</w:t>
        <w:br/>
        <w:t>трамваї не ходять,&lt;br /&gt;</w:t>
        <w:br/>
        <w:t>бо транспорт увесь —&lt;br /&gt;</w:t>
        <w:br/>
        <w:t>в и х і д н и й&lt;br /&gt;</w:t>
        <w:br/>
        <w:t>відсьогодні!</w:t>
      </w:r>
    </w:p>
    <w:p>
      <w:r>
        <w:br/>
        <w:t>"Ач, мудрі які —&lt;br /&gt;</w:t>
        <w:br/>
        <w:t>спочивати б їм тільки!" —&lt;br /&gt;</w:t>
        <w:br/>
        <w:t>подумав Сергій —&lt;br /&gt;</w:t>
        <w:br/>
        <w:t>і поплентався пішки...</w:t>
      </w:r>
    </w:p>
    <w:p>
      <w:r>
        <w:br/>
        <w:t>Нарешті&lt;br /&gt;</w:t>
        <w:br/>
        <w:t>дістався ледь-ледь&lt;br /&gt;</w:t>
        <w:br/>
        <w:t>до воріт —&lt;br /&gt;</w:t>
        <w:br/>
        <w:t>поглянув...&lt;br /&gt;</w:t>
        <w:br/>
        <w:t>Та що це?!&lt;br /&gt;</w:t>
        <w:br/>
        <w:t>Зачинено вхід!&lt;br /&gt;</w:t>
        <w:br/>
        <w:t>А поруч —&lt;br /&gt;</w:t>
        <w:br/>
        <w:t>об'ява висить на стіні:&lt;br /&gt;</w:t>
        <w:br/>
        <w:t>"Тепер в зоопарку всі дні —&lt;br /&gt;</w:t>
        <w:br/>
        <w:t>в и х і д н і!"</w:t>
      </w:r>
    </w:p>
    <w:p>
      <w:r>
        <w:br/>
        <w:t>Від розпачу в ледаря&lt;br /&gt;</w:t>
        <w:br/>
        <w:t>зуб заболів,&lt;br /&gt;</w:t>
        <w:br/>
        <w:t>ще й так,&lt;br /&gt;</w:t>
        <w:br/>
        <w:t>що від болю&lt;br /&gt;</w:t>
        <w:br/>
        <w:t>гуде в голові!</w:t>
      </w:r>
    </w:p>
    <w:p>
      <w:r>
        <w:br/>
        <w:t>Помчав до лікарні бідаха —&lt;br /&gt;</w:t>
        <w:br/>
        <w:t>та марно!&lt;br /&gt;</w:t>
        <w:br/>
        <w:t>Усі лікарі —&lt;br /&gt;</w:t>
        <w:br/>
        <w:t>в и хі д н і&lt;br /&gt;</w:t>
        <w:br/>
        <w:t>у лікарнях...</w:t>
      </w:r>
    </w:p>
    <w:p>
      <w:r>
        <w:br/>
        <w:t>Вернувся додому&lt;br /&gt;</w:t>
        <w:br/>
        <w:t>наш ледар сумний.&lt;br /&gt;</w:t>
        <w:br/>
        <w:t>Вмикає скоріше&lt;br /&gt;</w:t>
        <w:br/>
        <w:t>екран рятівний,&lt;br /&gt;</w:t>
        <w:br/>
        <w:t>а там,&lt;br /&gt;</w:t>
        <w:br/>
        <w:t>на екрані —&lt;br /&gt;</w:t>
        <w:br/>
        <w:t>слова лиш одні:&lt;br /&gt;</w:t>
        <w:br/>
        <w:t>"У нас, в телестудії, всі —&lt;br /&gt;</w:t>
        <w:br/>
        <w:t>в и х і д н і!.."</w:t>
      </w:r>
    </w:p>
    <w:p>
      <w:r>
        <w:br/>
        <w:t>5</w:t>
      </w:r>
    </w:p>
    <w:p>
      <w:r>
        <w:br/>
        <w:t>І тут за хвилину&lt;br /&gt;</w:t>
        <w:br/>
        <w:t>збагнув третьокласник,&lt;br /&gt;</w:t>
        <w:br/>
        <w:t>що сталося в місті&lt;br /&gt;</w:t>
        <w:br/>
        <w:t>страшенне нещастя,&lt;br /&gt;</w:t>
        <w:br/>
        <w:t>бо всі —&lt;br /&gt;</w:t>
        <w:br/>
        <w:t>не працюють,&lt;br /&gt;</w:t>
        <w:br/>
        <w:t>бо всі —&lt;br /&gt;</w:t>
        <w:br/>
        <w:t>спочивають!..</w:t>
      </w:r>
    </w:p>
    <w:p>
      <w:r>
        <w:br/>
        <w:t>Лікарні закрито,&lt;br /&gt;</w:t>
        <w:br/>
        <w:t>не ходять трамваї,&lt;br /&gt;</w:t>
        <w:br/>
        <w:t>і годі чекати&lt;br /&gt;</w:t>
        <w:br/>
        <w:t>від друзів листів —&lt;br /&gt;</w:t>
        <w:br/>
        <w:t>всі пошти&lt;br /&gt;</w:t>
        <w:br/>
        <w:t>зосталися без поштарів!&lt;br /&gt;</w:t>
        <w:br/>
        <w:t>Шофери і вчені,&lt;br /&gt;</w:t>
        <w:br/>
        <w:t>майстри і міністри —&lt;br /&gt;</w:t>
        <w:br/>
        <w:t>н і х т о&lt;br /&gt;</w:t>
        <w:br/>
        <w:t>не працює&lt;br /&gt;</w:t>
        <w:br/>
        <w:t>у нашому місті,&lt;br /&gt;</w:t>
        <w:br/>
        <w:t>бо всі —&lt;br /&gt;</w:t>
        <w:br/>
        <w:t>в и х і д н і,&lt;br /&gt;</w:t>
        <w:br/>
        <w:t>тож од ранку до ночі&lt;br /&gt;</w:t>
        <w:br/>
        <w:t>роби — що завгодно,&lt;br /&gt;</w:t>
        <w:br/>
        <w:t>гуляй — скільки хочеш!..</w:t>
      </w:r>
    </w:p>
    <w:p>
      <w:r>
        <w:br/>
        <w:t>Так чом же ніхто&lt;br /&gt;</w:t>
        <w:br/>
        <w:t>не співа, не танцює?&lt;br /&gt;</w:t>
        <w:br/>
        <w:t>Так чом же навколо&lt;br /&gt;</w:t>
        <w:br/>
        <w:t>всі люди сумують?&lt;br /&gt;</w:t>
        <w:br/>
        <w:t>То звісно — чому!&lt;br /&gt;</w:t>
        <w:br/>
        <w:t>Бо без праці,&lt;br /&gt;</w:t>
        <w:br/>
        <w:t>без діла&lt;br /&gt;</w:t>
        <w:br/>
        <w:t>не може лишатися довго&lt;br /&gt;</w:t>
        <w:br/>
        <w:t>людина!</w:t>
      </w:r>
    </w:p>
    <w:p>
      <w:r>
        <w:br/>
        <w:t>Бо лікар — не лікар,&lt;br /&gt;</w:t>
        <w:br/>
        <w:t>коли не лікує,&lt;br /&gt;</w:t>
        <w:br/>
        <w:t>бо кухар — не кухар,&lt;br /&gt;</w:t>
        <w:br/>
        <w:t>коли не готує,&lt;br /&gt;</w:t>
        <w:br/>
        <w:t>а льотчик — не льотчик,&lt;br /&gt;</w:t>
        <w:br/>
        <w:t>коли він без неба...&lt;br /&gt;</w:t>
        <w:br/>
        <w:t>Робота улюблена —&lt;br /&gt;</w:t>
        <w:br/>
        <w:t>кожному треба!..</w:t>
      </w:r>
    </w:p>
    <w:p>
      <w:r>
        <w:br/>
        <w:t>6</w:t>
      </w:r>
    </w:p>
    <w:p>
      <w:r>
        <w:br/>
        <w:t>І стало Сергію страшніше,&lt;br /&gt;</w:t>
        <w:br/>
        <w:t>ніж вчора!&lt;br /&gt;</w:t>
        <w:br/>
        <w:t>І вигукнув він:&lt;br /&gt;</w:t>
        <w:br/>
        <w:t>— У-у, негіднику чорний,&lt;br /&gt;</w:t>
        <w:br/>
        <w:t>лукавий професор,&lt;br /&gt;</w:t>
        <w:br/>
        <w:t>підступний фон Брукк!&lt;br /&gt;</w:t>
        <w:br/>
        <w:t>Ех, тільки б мені&lt;br /&gt;</w:t>
        <w:br/>
        <w:t>ти потрапив до рук!..</w:t>
      </w:r>
    </w:p>
    <w:p>
      <w:r>
        <w:br/>
        <w:t>І ледь він устиг&lt;br /&gt;</w:t>
        <w:br/>
        <w:t>ці слова проказати —&lt;br /&gt;</w:t>
        <w:br/>
        <w:t>як постать фон Брукка&lt;br /&gt;</w:t>
        <w:br/>
        <w:t>з'явилась в кімнаті.</w:t>
      </w:r>
    </w:p>
    <w:p>
      <w:r>
        <w:br/>
        <w:t>— Ти кликав?&lt;br /&gt;</w:t>
        <w:br/>
        <w:t>Так ось я! —&lt;br /&gt;</w:t>
        <w:br/>
        <w:t>сказав він Сергію.—&lt;br /&gt;</w:t>
        <w:br/>
        <w:t>Я змушений знову&lt;br /&gt;</w:t>
        <w:br/>
        <w:t>здійснить твою мрію!..</w:t>
      </w:r>
    </w:p>
    <w:p>
      <w:r>
        <w:br/>
        <w:t>Сергія удруге&lt;br /&gt;</w:t>
        <w:br/>
        <w:t>не треба просити.&lt;br /&gt;</w:t>
        <w:br/>
        <w:t>Усе зрозумівши,&lt;br /&gt;</w:t>
        <w:br/>
        <w:t>він зойкнув щосили:</w:t>
      </w:r>
    </w:p>
    <w:p>
      <w:r>
        <w:br/>
        <w:t>— Хай стане скоріше&lt;br /&gt;</w:t>
        <w:br/>
        <w:t>усе, як раніше:&lt;br /&gt;</w:t>
        <w:br/>
        <w:t>одна лиш неділя&lt;br /&gt;</w:t>
        <w:br/>
        <w:t>хай буде у тижні!..</w:t>
      </w:r>
    </w:p>
    <w:p>
      <w:r>
        <w:br/>
        <w:t>І тільки&lt;br /&gt;</w:t>
        <w:br/>
        <w:t>останні слова&lt;br /&gt;</w:t>
        <w:br/>
        <w:t>відлунали,&lt;br /&gt;</w:t>
        <w:br/>
        <w:t>здригнулась підлога —&lt;br /&gt;</w:t>
        <w:br/>
        <w:t>і Брукка не стало...</w:t>
      </w:r>
    </w:p>
    <w:p>
      <w:r>
        <w:br/>
        <w:t>7</w:t>
      </w:r>
    </w:p>
    <w:p>
      <w:r>
        <w:br/>
        <w:t>І знову навколо усе —&lt;br /&gt;</w:t>
        <w:br/>
        <w:t>як раніше:&lt;br /&gt;</w:t>
        <w:br/>
        <w:t>всі дні,&lt;br /&gt;</w:t>
        <w:br/>
        <w:t>як і треба,&lt;br /&gt;</w:t>
        <w:br/>
        <w:t>у кожному тижні!</w:t>
      </w:r>
    </w:p>
    <w:p>
      <w:r>
        <w:br/>
        <w:t>І знову&lt;br /&gt;</w:t>
        <w:br/>
        <w:t>по рейках спішать&lt;br /&gt;</w:t>
        <w:br/>
        <w:t>поїзди,&lt;br /&gt;</w:t>
        <w:br/>
        <w:t>і знову&lt;br /&gt;</w:t>
        <w:br/>
        <w:t>до друзів надходять&lt;br /&gt;</w:t>
        <w:br/>
        <w:t>листи,&lt;br /&gt;</w:t>
        <w:br/>
        <w:t>знов лікар —&lt;br /&gt;</w:t>
        <w:br/>
        <w:t>лікує,&lt;br /&gt;</w:t>
        <w:br/>
        <w:t>а кухар — готує,&lt;br /&gt;</w:t>
        <w:br/>
        <w:t>і майстер&lt;br /&gt;</w:t>
        <w:br/>
        <w:t>над справами зранку&lt;br /&gt;</w:t>
        <w:br/>
        <w:t>мудрує,&lt;br /&gt;</w:t>
        <w:br/>
        <w:t>спішать на роботу&lt;br /&gt;</w:t>
        <w:br/>
        <w:t>в трамваях&lt;br /&gt;</w:t>
        <w:br/>
        <w:t>міністри...&lt;br /&gt;</w:t>
        <w:br/>
        <w:t>Всі — знову щасливі&lt;br /&gt;</w:t>
        <w:br/>
        <w:t>у нашому місті!</w:t>
      </w:r>
    </w:p>
    <w:p>
      <w:r>
        <w:br/>
        <w:t>Тепер і Сергія&lt;br /&gt;</w:t>
        <w:br/>
        <w:t>не взнати нікому:&lt;br /&gt;</w:t>
        <w:br/>
        <w:t>уже не тіка він&lt;br /&gt;</w:t>
        <w:br/>
        <w:t>зі школи додому,&lt;br /&gt;</w:t>
        <w:br/>
        <w:t>а разом із класом&lt;br /&gt;</w:t>
        <w:br/>
        <w:t>саджає дерева,&lt;br /&gt;</w:t>
        <w:br/>
        <w:t>збирає насіння&lt;br /&gt;</w:t>
        <w:br/>
        <w:t>чи брухт металевий,&lt;br /&gt;</w:t>
        <w:br/>
        <w:t>майструє шпаківні,&lt;br /&gt;</w:t>
        <w:br/>
        <w:t>щоб птаство зустріть...</w:t>
      </w:r>
    </w:p>
    <w:p>
      <w:r>
        <w:br/>
        <w:t>А так,&lt;br /&gt;</w:t>
        <w:br/>
        <w:t>як раніше,—&lt;br /&gt;</w:t>
        <w:br/>
        <w:t>не думає жить,&lt;br /&gt;</w:t>
        <w:br/>
        <w:t>бо знає чудово,&lt;br /&gt;</w:t>
        <w:br/>
        <w:t>що радість і щастя&lt;br /&gt;</w:t>
        <w:br/>
        <w:t>приходять не ледарям,&lt;br /&gt;</w:t>
        <w:br/>
        <w:t>а роботящим!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сім неділь у тижні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