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розумне мишеня</w:t>
      </w:r>
    </w:p>
    <w:p>
      <w:r>
        <w:br/>
        <w:t xml:space="preserve"> С.Маршак&lt;br /&gt;</w:t>
        <w:br/>
        <w:t>Казка про розумне мишеня&lt;br /&gt;</w:t>
        <w:br/>
        <w:t>Переклад українською – Г. Бойко</w:t>
      </w:r>
    </w:p>
    <w:p>
      <w:r>
        <w:br/>
        <w:t>Мишеня зловила кішка&lt;br /&gt;</w:t>
        <w:br/>
        <w:t>І співа: — Не бійсь, малишко!&lt;br /&gt;</w:t>
        <w:br/>
        <w:t>У "кота і мишки" в льох&lt;br /&gt;</w:t>
        <w:br/>
        <w:t>Підем гратися удвох!&lt;br /&gt;</w:t>
        <w:br/>
        <w:t>Мишеня перелякалось,&lt;br /&gt;</w:t>
        <w:br/>
        <w:t>В кішки хижої спиталось:&lt;br /&gt;</w:t>
        <w:br/>
        <w:t>— Хто ж з тобою так гуля?&lt;br /&gt;</w:t>
        <w:br/>
        <w:t>Мама нам не дозволя.&lt;br /&gt;</w:t>
        <w:br/>
        <w:t>— Мур-мур-мур, — муркоче кішка,&lt;br /&gt;</w:t>
        <w:br/>
        <w:t>Та пограйся ти хоч трішки.&lt;br /&gt;</w:t>
        <w:br/>
        <w:t>Мишенятко каже: — Ні,&lt;br /&gt;</w:t>
        <w:br/>
        <w:t>Щось не хочеться мені.&lt;br /&gt;</w:t>
        <w:br/>
        <w:t>Може б, ми й погрались трішки,&lt;br /&gt;</w:t>
        <w:br/>
        <w:t>Тільки хай я буду кішка.&lt;br /&gt;</w:t>
        <w:br/>
        <w:t>А що кішка ти, забудь&lt;br /&gt;</w:t>
        <w:br/>
        <w:t>— Зараз мишкою побудь!</w:t>
      </w:r>
    </w:p>
    <w:p>
      <w:r>
        <w:br/>
        <w:t>Засміялась кішка Мурка:&lt;br /&gt;</w:t>
        <w:br/>
        <w:t>— Ой ти, сіра-сіра шкурко!&lt;br /&gt;</w:t>
        <w:br/>
        <w:t>Як тебе не назовуть,&lt;br /&gt;</w:t>
        <w:br/>
        <w:t>Мишці кішкою не буть...&lt;br /&gt;</w:t>
        <w:br/>
        <w:t>Мишенятко каже: — Мурко,&lt;br /&gt;</w:t>
        <w:br/>
        <w:t>Йди пограємося в жмурки!&lt;br /&gt;</w:t>
        <w:br/>
        <w:t>Очі хусткою закрий&lt;br /&gt;</w:t>
        <w:br/>
        <w:t>І лови мене мерщій!&lt;br /&gt;</w:t>
        <w:br/>
        <w:t>Зав'язала очі кішка,&lt;br /&gt;</w:t>
        <w:br/>
        <w:t>Визира з-під хустки нишком —&lt;br /&gt;</w:t>
        <w:br/>
        <w:t>Дасть відбігти їй від лап,&lt;br /&gt;</w:t>
        <w:br/>
        <w:t>Потім знову мишку — хап!</w:t>
      </w:r>
    </w:p>
    <w:p>
      <w:r>
        <w:br/>
        <w:t>Мишенятко каже: — Кішко,&lt;br /&gt;</w:t>
        <w:br/>
        <w:t>Вже болять у мене ніжки,&lt;br /&gt;</w:t>
        <w:br/>
        <w:t>Дай, прошу тебе, на мить&lt;br /&gt;</w:t>
        <w:br/>
        <w:t>Прилягти і відпочить.</w:t>
      </w:r>
    </w:p>
    <w:p>
      <w:r>
        <w:br/>
        <w:t>— Ну, гаразд, — муркоче кішка,&lt;br /&gt;</w:t>
        <w:br/>
        <w:t>— Відпочинь, коротконіжко.&lt;br /&gt;</w:t>
        <w:br/>
        <w:t>Будем грати, а затим&lt;br /&gt;</w:t>
        <w:br/>
        <w:t>Я тебе любенько з'їм!&lt;br /&gt;</w:t>
        <w:br/>
        <w:t>Кішці — сміх, малому ж — гірко,&lt;br /&gt;</w:t>
        <w:br/>
        <w:t>Та в тину знайшлася дірка.&lt;br /&gt;</w:t>
        <w:br/>
        <w:t>Миттю в дірку навмання&lt;br /&gt;</w:t>
        <w:br/>
        <w:t>Шасть! — і зникло мишеня.</w:t>
      </w:r>
    </w:p>
    <w:p>
      <w:r>
        <w:br/>
        <w:t>Навкруги шукає кішка:&lt;br /&gt;</w:t>
        <w:br/>
        <w:t>— Няу, няу, де ти, мишко?&lt;br /&gt;</w:t>
        <w:br/>
        <w:t>А воно: — Не клич дарма,&lt;br /&gt;</w:t>
        <w:br/>
        <w:t>Де було — тепер нема.</w:t>
      </w:r>
    </w:p>
    <w:p>
      <w:r>
        <w:br/>
        <w:t>Покотилось по підгірку,&lt;br /&gt;</w:t>
        <w:br/>
        <w:t>Закотилося у нірку.&lt;br /&gt;</w:t>
        <w:br/>
        <w:t>Жив звірок у нірці тій —&lt;br /&gt;</w:t>
        <w:br/>
        <w:t>Тхір хитрющий та меткий.</w:t>
      </w:r>
    </w:p>
    <w:p>
      <w:r>
        <w:br/>
        <w:t>Гострозубий, жовтобокий,&lt;br /&gt;</w:t>
        <w:br/>
        <w:t>Злодіяка гостроокий,—&lt;br /&gt;</w:t>
        <w:br/>
        <w:t>Кожен день він полював&lt;br /&gt;</w:t>
        <w:br/>
        <w:t>І курчат по селах крав.&lt;br /&gt;</w:t>
        <w:br/>
        <w:t>От прийшов він "із роботи"&lt;br /&gt;</w:t>
        <w:br/>
        <w:t>І питає гості: — Хто ти?&lt;br /&gt;</w:t>
        <w:br/>
        <w:t>Раз потрапило в нору,&lt;br /&gt;</w:t>
        <w:br/>
        <w:t>Починай зі мною гру!&lt;br /&gt;</w:t>
        <w:br/>
        <w:t>— У кота і мишки? В жмурки? —&lt;br /&gt;</w:t>
        <w:br/>
        <w:t>Запитала сіра шкурка.&lt;br /&gt;</w:t>
        <w:br/>
        <w:t>— Ні, не в жмурки. Ми, тхорки,&lt;br /&gt;</w:t>
        <w:br/>
        <w:t>Більше любимо "кутки".&lt;br /&gt;</w:t>
        <w:br/>
        <w:t>— Що ж, почнемо, та спочатку&lt;br /&gt;</w:t>
        <w:br/>
        <w:t>Порахуємося, братку.</w:t>
      </w:r>
    </w:p>
    <w:p>
      <w:r>
        <w:br/>
        <w:t>Я — звірятко&lt;br /&gt;</w:t>
        <w:br/>
        <w:t>Й ти — звірятко.&lt;br /&gt;</w:t>
        <w:br/>
        <w:t>Мишеня я,&lt;br /&gt;</w:t>
        <w:br/>
        <w:t>Ти — тхорятко,&lt;br /&gt;</w:t>
        <w:br/>
        <w:t>Ти хитриш,&lt;br /&gt;</w:t>
        <w:br/>
        <w:t>Я розум маю.&lt;br /&gt;</w:t>
        <w:br/>
        <w:t>Хто розумний,&lt;br /&gt;</w:t>
        <w:br/>
        <w:t>Той тікає!&lt;br /&gt;</w:t>
        <w:br/>
        <w:t>— Зупинись! — кричить тхорятко&lt;br /&gt;</w:t>
        <w:br/>
        <w:t>І біжить за мишенятком.&lt;br /&gt;</w:t>
        <w:br/>
        <w:t>Мишенятко ж — у лісок&lt;br /&gt;</w:t>
        <w:br/>
        <w:t>І сховалось під пеньок.</w:t>
      </w:r>
    </w:p>
    <w:p>
      <w:r>
        <w:br/>
        <w:t>А до нього білки з дуба:&lt;br /&gt;</w:t>
        <w:br/>
        <w:t>— Вийди граться в горюдуба! —&lt;br /&gt;</w:t>
        <w:br/>
        <w:t>Мишенятко їм пищить:&lt;br /&gt;</w:t>
        <w:br/>
        <w:t>— Спина й так уже горить!</w:t>
      </w:r>
    </w:p>
    <w:p>
      <w:r>
        <w:br/>
        <w:t>Тут, звертаючи з доріжки,&lt;br /&gt;</w:t>
        <w:br/>
        <w:t>Суне звір, страшніший кішки.&lt;br /&gt;</w:t>
        <w:br/>
        <w:t>Весь, як щітка, з голочок.&lt;br /&gt;</w:t>
        <w:br/>
        <w:t>Був то сірий їжачок.&lt;br /&gt;</w:t>
        <w:br/>
        <w:t>А назустріч — їжачиха.&lt;br /&gt;</w:t>
        <w:br/>
        <w:t>Вся в голках, немов кравчиха.&lt;br /&gt;</w:t>
        <w:br/>
        <w:t>Закричав тут їжачок:&lt;br /&gt;</w:t>
        <w:br/>
        <w:t>— Не втечеш від колючок!</w:t>
      </w:r>
    </w:p>
    <w:p>
      <w:r>
        <w:br/>
        <w:t>Ось іде хазяйка-мати.&lt;br /&gt;</w:t>
        <w:br/>
        <w:t>Грайся з нею у квача ти,&lt;br /&gt;</w:t>
        <w:br/>
        <w:t>А зі мною в чехарду.&lt;br /&gt;</w:t>
        <w:br/>
        <w:t>Ну, виходь скоріше — жду!&lt;br /&gt;</w:t>
        <w:br/>
        <w:t>Мишеня іти не стало,&lt;br /&gt;</w:t>
        <w:br/>
        <w:t>А подумало й сказало:&lt;br /&gt;</w:t>
        <w:br/>
        <w:t>— Ні, не хочу в чехарду —&lt;br /&gt;</w:t>
        <w:br/>
        <w:t>На голки ще попаду!</w:t>
      </w:r>
    </w:p>
    <w:p>
      <w:r>
        <w:br/>
        <w:t>Ждуть їжак і їжачиха,&lt;br /&gt;</w:t>
        <w:br/>
        <w:t>Мишенятко тихо-тихо&lt;br /&gt;</w:t>
        <w:br/>
        <w:t>По доріжці поміж трав&lt;br /&gt;</w:t>
        <w:br/>
        <w:t>Прошмигнуло — й слід пропав.&lt;br /&gt;</w:t>
        <w:br/>
        <w:t>Ось добігло до узліску,&lt;br /&gt;</w:t>
        <w:br/>
        <w:t>Чує: — жаби плачуть близько:&lt;br /&gt;</w:t>
        <w:br/>
        <w:t>— Караул! Біда! Ква-ква!&lt;br /&gt;</w:t>
        <w:br/>
        <w:t>Он до нас летить сова!</w:t>
      </w:r>
    </w:p>
    <w:p>
      <w:r>
        <w:br/>
        <w:t>Бачить мишка: справді мчиться&lt;br /&gt;</w:t>
        <w:br/>
        <w:t>І не кішка, і не птиця;&lt;br /&gt;</w:t>
        <w:br/>
        <w:t>Вся строката, дзьоб кривий,&lt;br /&gt;</w:t>
        <w:br/>
        <w:t>Пір'я дибиться на ній.</w:t>
      </w:r>
    </w:p>
    <w:p>
      <w:r>
        <w:br/>
        <w:t>Очі круглі, як горішки, —&lt;br /&gt;</w:t>
        <w:br/>
        <w:t>Вдвоє більші, ніж у кішки.&lt;br /&gt;</w:t>
        <w:br/>
        <w:t>Затаїло воно дух&lt;br /&gt;</w:t>
        <w:br/>
        <w:t>І сховалось під лопух.&lt;br /&gt;</w:t>
        <w:br/>
        <w:t>А сова — все ближче, ближче,&lt;br /&gt;</w:t>
        <w:br/>
        <w:t>А сова — все нижче, нижче&lt;br /&gt;</w:t>
        <w:br/>
        <w:t>І до нього промовля:&lt;br /&gt;</w:t>
        <w:br/>
        <w:t>— Вийди гратися, маля!..</w:t>
      </w:r>
    </w:p>
    <w:p>
      <w:r>
        <w:br/>
        <w:t>— Може, в хованки? — спитало&lt;br /&gt;</w:t>
        <w:br/>
        <w:t>І мерщій пустилось драла.&lt;br /&gt;</w:t>
        <w:br/>
        <w:t>Заховалося в траві.&lt;br /&gt;</w:t>
        <w:br/>
        <w:t>Не знайти його сові.</w:t>
      </w:r>
    </w:p>
    <w:p>
      <w:r>
        <w:br/>
        <w:t>Цілу ніч сова шукала,&lt;br /&gt;</w:t>
        <w:br/>
        <w:t>Ранком бачити не стала,&lt;br /&gt;</w:t>
        <w:br/>
        <w:t>Сіла стомлена на дуб&lt;br /&gt;</w:t>
        <w:br/>
        <w:t>І очима — луп та луп.</w:t>
      </w:r>
    </w:p>
    <w:p>
      <w:r>
        <w:br/>
        <w:t>Мишеня ж умило рильце&lt;br /&gt;</w:t>
        <w:br/>
        <w:t>Без водиці і без мильця&lt;br /&gt;</w:t>
        <w:br/>
        <w:t>І пішло шукать свій дім —&lt;br /&gt;</w:t>
        <w:br/>
        <w:t>Там татусь і мама в нім.&lt;br /&gt;</w:t>
        <w:br/>
        <w:t>Йшло, ішло, зійшло на гірку&lt;br /&gt;</w:t>
        <w:br/>
        <w:t>І внизу впізнало нірку.</w:t>
      </w:r>
    </w:p>
    <w:p>
      <w:r>
        <w:br/>
        <w:t>От зраділа мишка-мати!&lt;br /&gt;</w:t>
        <w:br/>
        <w:t>Ну малого обіймати!&lt;br /&gt;</w:t>
        <w:br/>
        <w:t>А брати без передишки&lt;br /&gt;</w:t>
        <w:br/>
        <w:t>З ним ганяють в мишки-мишки.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розумне мишеня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