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Оха-чародія</w:t>
      </w:r>
    </w:p>
    <w:p>
      <w:r>
        <w:br/>
        <w:t xml:space="preserve"> В тридев'ятім славнім царстві,&lt;br /&gt;</w:t>
        <w:br/>
        <w:t>де колись був цар Горох,&lt;br /&gt;</w:t>
        <w:br/>
        <w:t>є тепер на господарстві&lt;br /&gt;</w:t>
        <w:br/>
        <w:t>мудрий пан, вельможний Ох.</w:t>
      </w:r>
    </w:p>
    <w:p>
      <w:r>
        <w:br/>
        <w:t>Сам той Ох на корх заввишки,&lt;br /&gt;</w:t>
        <w:br/>
        <w:t>а на сажень борода,&lt;br /&gt;</w:t>
        <w:br/>
        <w:t>знає край і вдовж, і вширшки,&lt;br /&gt;</w:t>
        <w:br/>
        <w:t>і кому яка біда.</w:t>
      </w:r>
    </w:p>
    <w:p>
      <w:r>
        <w:br/>
        <w:t>Чи хто правий, чи неправий,&lt;br /&gt;</w:t>
        <w:br/>
        <w:t>чи хто прийде сам, чи вдвох, —&lt;br /&gt;</w:t>
        <w:br/>
        <w:t>всіх приймає пан ласкавий,&lt;br /&gt;</w:t>
        <w:br/>
        <w:t>тільки треба мовить: "Ох!"</w:t>
      </w:r>
    </w:p>
    <w:p>
      <w:r>
        <w:br/>
        <w:t>На зеленому горбочку&lt;br /&gt;</w:t>
        <w:br/>
        <w:t>спершу він людей приймав,&lt;br /&gt;</w:t>
        <w:br/>
        <w:t>потім сів у холодочку,&lt;br /&gt;</w:t>
        <w:br/>
        <w:t>звідти голос подавав.</w:t>
      </w:r>
    </w:p>
    <w:p>
      <w:r>
        <w:br/>
        <w:t>А як з ранку та й до ранку&lt;br /&gt;</w:t>
        <w:br/>
        <w:t>стали люди обридать,&lt;br /&gt;</w:t>
        <w:br/>
        <w:t>Ох зробив собі землянку,&lt;br /&gt;</w:t>
        <w:br/>
        <w:t>Оха більше не видать.</w:t>
      </w:r>
    </w:p>
    <w:p>
      <w:r>
        <w:br/>
        <w:t>Але хто те місце знає,&lt;br /&gt;</w:t>
        <w:br/>
        <w:t>де трухлявий пень і мох,&lt;br /&gt;</w:t>
        <w:br/>
        <w:t>той приходить і волає&lt;br /&gt;</w:t>
        <w:br/>
        <w:t>або й тихо каже: "Ох!"</w:t>
      </w:r>
    </w:p>
    <w:p>
      <w:r>
        <w:br/>
        <w:t>Хоч би навіть ненароком&lt;br /&gt;</w:t>
        <w:br/>
        <w:t>теє "ох!" промовив ти,&lt;br /&gt;</w:t>
        <w:br/>
        <w:t>знай, що вилізе те боком, —&lt;br /&gt;</w:t>
        <w:br/>
        <w:t>воріття вже не знайти!</w:t>
      </w:r>
    </w:p>
    <w:p>
      <w:r>
        <w:br/>
        <w:t>Бо затягне з головою&lt;br /&gt;</w:t>
        <w:br/>
        <w:t>трясовиця мохова&lt;br /&gt;</w:t>
        <w:br/>
        <w:t>і з душею ще живою&lt;br /&gt;</w:t>
        <w:br/>
        <w:t>під землею похова.</w:t>
      </w:r>
    </w:p>
    <w:p>
      <w:r>
        <w:br/>
        <w:t>Під землею ж там — палати,&lt;br /&gt;</w:t>
        <w:br/>
        <w:t>де вольможний Ох сидить,&lt;br /&gt;</w:t>
        <w:br/>
        <w:t>гарні, пишнії кімнати,&lt;br /&gt;</w:t>
        <w:br/>
        <w:t>срібло-злото скрізь ряхтить;</w:t>
      </w:r>
    </w:p>
    <w:p>
      <w:r>
        <w:br/>
        <w:t>дорогії самоцвіти,&lt;br /&gt;</w:t>
        <w:br/>
        <w:t>наче зорі, миготять,&lt;br /&gt;</w:t>
        <w:br/>
        <w:t>скрізь заморські дивні квіти,&lt;br /&gt;</w:t>
        <w:br/>
        <w:t>по клітках пташки сидять;</w:t>
      </w:r>
    </w:p>
    <w:p>
      <w:r>
        <w:br/>
        <w:t>золотії грають рибки&lt;br /&gt;</w:t>
        <w:br/>
        <w:t>в кришталевих скриньочках;&lt;br /&gt;</w:t>
        <w:br/>
        <w:t>і ведмеді ходять дибки&lt;br /&gt;</w:t>
        <w:br/>
        <w:t>в рукавичках, жупанках.</w:t>
      </w:r>
    </w:p>
    <w:p>
      <w:r>
        <w:br/>
        <w:t>Враз тебе там обморочать&lt;br /&gt;</w:t>
        <w:br/>
        <w:t>блиск і пахощі міцні,&lt;br /&gt;</w:t>
        <w:br/>
        <w:t>попугаї заторочать&lt;br /&gt;</w:t>
        <w:br/>
        <w:t>приказки якісь дивні.</w:t>
      </w:r>
    </w:p>
    <w:p>
      <w:r>
        <w:br/>
        <w:t>І безглузді очі втупить&lt;br /&gt;</w:t>
        <w:br/>
        <w:t>в тебе рибка, мов чига...&lt;br /&gt;</w:t>
        <w:br/>
        <w:t>Тут ведмедів гурт обступить,&lt;br /&gt;</w:t>
        <w:br/>
        <w:t>кожен лапу простяга, —</w:t>
      </w:r>
    </w:p>
    <w:p>
      <w:r>
        <w:br/>
        <w:t>той бере тебе за руку,&lt;br /&gt;</w:t>
        <w:br/>
        <w:t>той торкає за плече;&lt;br /&gt;</w:t>
        <w:br/>
        <w:t>боронь боже ворухнутись! —&lt;br /&gt;</w:t>
        <w:br/>
        <w:t>кров одразу потече.</w:t>
      </w:r>
    </w:p>
    <w:p>
      <w:r>
        <w:br/>
        <w:t>Бо крізь білі рукавички&lt;br /&gt;</w:t>
        <w:br/>
        <w:t>враз проб'ються пазурі&lt;br /&gt;</w:t>
        <w:br/>
        <w:t>гачкуваті, мов гаплички, —&lt;br /&gt;</w:t>
        <w:br/>
        <w:t>так і вп'ються, мов щурі.</w:t>
      </w:r>
    </w:p>
    <w:p>
      <w:r>
        <w:br/>
        <w:t>Тож, коли вже раз попався, —&lt;br /&gt;</w:t>
        <w:br/>
        <w:t>наче в пастку бідна миш, —&lt;br /&gt;</w:t>
        <w:br/>
        <w:t>то сиди, мов прикувався,&lt;br /&gt;</w:t>
        <w:br/>
        <w:t>не рушай, мовчи та диші</w:t>
      </w:r>
    </w:p>
    <w:p>
      <w:r>
        <w:br/>
        <w:t>Вийде Ох: "Вітай в гостині!&lt;br /&gt;</w:t>
        <w:br/>
        <w:t>Чи волієш нам служить?&lt;br /&gt;</w:t>
        <w:br/>
        <w:t>Чи волієш, може, нині&lt;br /&gt;</w:t>
        <w:br/>
        <w:t>головою наложить?"</w:t>
      </w:r>
    </w:p>
    <w:p>
      <w:r>
        <w:br/>
        <w:t>Скажеш: "Я служить не згоден", —&lt;br /&gt;</w:t>
        <w:br/>
        <w:t>зараз цок тебе в лобок,&lt;br /&gt;</w:t>
        <w:br/>
        <w:t>якщо ти носить не годен&lt;br /&gt;</w:t>
        <w:br/>
        <w:t>рукавички й жупанок.</w:t>
      </w:r>
    </w:p>
    <w:p>
      <w:r>
        <w:br/>
        <w:t>Стань на службу — подарують&lt;br /&gt;</w:t>
        <w:br/>
        <w:t>рукавички й жупанець,&lt;br /&gt;</w:t>
        <w:br/>
        <w:t>привітають, пошанують, —&lt;br /&gt;</w:t>
        <w:br/>
        <w:t>тільки ж там тобі й кінець!</w:t>
      </w:r>
    </w:p>
    <w:p>
      <w:r>
        <w:br/>
        <w:t>Вічно будеш пробувати&lt;br /&gt;</w:t>
        <w:br/>
        <w:t>у підземному дворі,&lt;br /&gt;</w:t>
        <w:br/>
        <w:t>більш тобі вже не видати&lt;br /&gt;</w:t>
        <w:br/>
        <w:t>ані сонця, ні зорі.</w:t>
      </w:r>
    </w:p>
    <w:p>
      <w:r>
        <w:br/>
        <w:t>Де торкнешся — всюди брами&lt;br /&gt;</w:t>
        <w:br/>
        <w:t>під замком та під ключем...&lt;br /&gt;</w:t>
        <w:br/>
        <w:t>Десь далеко хтось часами&lt;br /&gt;</w:t>
        <w:br/>
        <w:t>озивається плачем.</w:t>
      </w:r>
    </w:p>
    <w:p>
      <w:r>
        <w:br/>
        <w:t>Спів на плач відповідає,&lt;br /&gt;</w:t>
        <w:br/>
        <w:t>плач на спів, так без кінця...&lt;br /&gt;</w:t>
        <w:br/>
        <w:t>Кажуть, бранка там ридає,&lt;br /&gt;</w:t>
        <w:br/>
        <w:t>жде юнака-молодця;</w:t>
      </w:r>
    </w:p>
    <w:p>
      <w:r>
        <w:br/>
        <w:t>коло неї там жар-птиця&lt;br /&gt;</w:t>
        <w:br/>
        <w:t>співом душу потіша,&lt;br /&gt;</w:t>
        <w:br/>
        <w:t>та сумна міцна темниця,&lt;br /&gt;</w:t>
        <w:br/>
        <w:t>смутна в дівчини душа.</w:t>
      </w:r>
    </w:p>
    <w:p>
      <w:r>
        <w:br/>
        <w:t>Якби хтів їй волю дати&lt;br /&gt;</w:t>
        <w:br/>
        <w:t>хто з хоробрих юнаків,&lt;br /&gt;</w:t>
        <w:br/>
        <w:t>мусить перше розрубати&lt;br /&gt;</w:t>
        <w:br/>
        <w:t>сімдесят ще й сім замків...</w:t>
      </w:r>
    </w:p>
    <w:p>
      <w:r>
        <w:br/>
        <w:t>Вже вам казка обридає?&lt;br /&gt;</w:t>
        <w:br/>
        <w:t>Що ж! хто має кладенець,&lt;br /&gt;</w:t>
        <w:br/>
        <w:t>хай замки ті розрубає, —&lt;br /&gt;</w:t>
        <w:br/>
        <w:t>буде казочці кінець!</w:t>
      </w:r>
    </w:p>
    <w:p>
      <w:r>
        <w:br/>
        <w:t>[7.ІІІ 1906]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Оха-чародія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