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мертву царівну і сімох богатирів</w:t>
      </w:r>
    </w:p>
    <w:p>
      <w:r>
        <w:br/>
        <w:t xml:space="preserve"> В путь-дорогу цар зібрався,&lt;br /&gt;</w:t>
        <w:br/>
        <w:t>Із ріднею попрощався,&lt;br /&gt;</w:t>
        <w:br/>
        <w:t>І цариця край вікна&lt;br /&gt;</w:t>
        <w:br/>
        <w:t>Сіла ждать його сумна.&lt;br /&gt;</w:t>
        <w:br/>
        <w:t>Жде від ранку і до ночі,&lt;br /&gt;</w:t>
        <w:br/>
        <w:t>В поле дивиться, аж очі&lt;br /&gt;</w:t>
        <w:br/>
        <w:t>Почали боліти їй&lt;br /&gt;</w:t>
        <w:br/>
        <w:t>У сподіванці сумній.&lt;br /&gt;</w:t>
        <w:br/>
        <w:t>Все не видно в полі друга!&lt;br /&gt;</w:t>
        <w:br/>
        <w:t>Тільки бачить: в'ється хуга,&lt;br /&gt;</w:t>
        <w:br/>
        <w:t>Сніг лягає на поля,&lt;br /&gt;</w:t>
        <w:br/>
        <w:t>Вся білісінька земля.</w:t>
      </w:r>
    </w:p>
    <w:p>
      <w:r>
        <w:br/>
        <w:t>Дев'ять місяців минає,&lt;br /&gt;</w:t>
        <w:br/>
        <w:t>Смуток очі застилає.&lt;br /&gt;</w:t>
        <w:br/>
        <w:t>А як свят-вечір настав,&lt;br /&gt;</w:t>
        <w:br/>
        <w:t>Бог дочку цариці дав.&lt;br /&gt;</w:t>
        <w:br/>
        <w:t>Рано-вранці гість бажаний,&lt;br /&gt;</w:t>
        <w:br/>
        <w:t>День і ніч так довго жданий,&lt;br /&gt;</w:t>
        <w:br/>
        <w:t>Повернувся цар назад&lt;br /&gt;</w:t>
        <w:br/>
        <w:t>І заходить до палат.&lt;br /&gt;</w:t>
        <w:br/>
        <w:t>А вона лиш позирнула&lt;br /&gt;</w:t>
        <w:br/>
        <w:t>Та важкесенько зітхнула —&lt;br /&gt;</w:t>
        <w:br/>
        <w:t>Потьмаривсь од щастя світ&lt;br /&gt;</w:t>
        <w:br/>
        <w:t>І померла до обід.</w:t>
      </w:r>
    </w:p>
    <w:p>
      <w:r>
        <w:br/>
        <w:t>Цар журився безутішно.&lt;br /&gt;</w:t>
        <w:br/>
        <w:t>Та як бути? — й він був грішний.&lt;br /&gt;</w:t>
        <w:br/>
        <w:t>Рік, неначе сон, промчавсь –&lt;br /&gt;</w:t>
        <w:br/>
        <w:t>Цар із другою побравсь.&lt;br /&gt;</w:t>
        <w:br/>
        <w:t>І по правді молодиця,&lt;br /&gt;</w:t>
        <w:br/>
        <w:t>Що й казать, була цариця:&lt;br /&gt;</w:t>
        <w:br/>
        <w:t>І висока, і струнка,&lt;br /&gt;</w:t>
        <w:br/>
        <w:t>І розумна, і метка,&lt;br /&gt;</w:t>
        <w:br/>
        <w:t>Тільки дуже вередлива,&lt;br /&gt;</w:t>
        <w:br/>
        <w:t>Гордовита та злослива.</w:t>
      </w:r>
    </w:p>
    <w:p>
      <w:r>
        <w:br/>
        <w:t>В неї придане було:&lt;br /&gt;</w:t>
        <w:br/>
        <w:t>Дзеркальце, чудесне скло,&lt;br /&gt;</w:t>
        <w:br/>
        <w:t>Що таку властивість мало:&lt;br /&gt;</w:t>
        <w:br/>
        <w:t>Як людина, розмовляло,&lt;br /&gt;</w:t>
        <w:br/>
        <w:t>З ним одним була вона&lt;br /&gt;</w:t>
        <w:br/>
        <w:t>І ласкава, й не смутна,&lt;br /&gt;</w:t>
        <w:br/>
        <w:t>З ним привітно розмовляла&lt;br /&gt;</w:t>
        <w:br/>
        <w:t>І, милуючись, казала:&lt;br /&gt;</w:t>
        <w:br/>
        <w:t>"Любе дзеркальце, скажи&lt;br /&gt;</w:t>
        <w:br/>
        <w:t>Та мій сумнів розв'яжи:&lt;br /&gt;</w:t>
        <w:br/>
        <w:t>Хто на світі наймиліший,&lt;br /&gt;</w:t>
        <w:br/>
        <w:t>Найгарніший, найбіліший?"&lt;br /&gt;</w:t>
        <w:br/>
        <w:t>А воно дає відказ:&lt;br /&gt;</w:t>
        <w:br/>
        <w:t>"Ти, царице, повсякчас&lt;br /&gt;</w:t>
        <w:br/>
        <w:t>За людей усіх миліша,&lt;br /&gt;</w:t>
        <w:br/>
        <w:t>І рум'яніша й біліша".&lt;br /&gt;</w:t>
        <w:br/>
        <w:t>І цариця в тую ж мить&lt;br /&gt;</w:t>
        <w:br/>
        <w:t>Ну сміятись та радіть! —&lt;br /&gt;</w:t>
        <w:br/>
        <w:t>І підморгувать очима,&lt;br /&gt;</w:t>
        <w:br/>
        <w:t>І поводити плечима,&lt;br /&gt;</w:t>
        <w:br/>
        <w:t>І крутитись перед ним,&lt;br /&gt;</w:t>
        <w:br/>
        <w:t>Перед дзеркальцем своїм.</w:t>
      </w:r>
    </w:p>
    <w:p>
      <w:r>
        <w:br/>
        <w:t>Та царівна молодая&lt;br /&gt;</w:t>
        <w:br/>
        <w:t>Теж тимчасом розцвітає.&lt;br /&gt;</w:t>
        <w:br/>
        <w:t>Потихеньку підросла&lt;br /&gt;</w:t>
        <w:br/>
        <w:t>І, мов квітка, розцвіла.&lt;br /&gt;</w:t>
        <w:br/>
        <w:t>Білолиця, чорнобрива,&lt;br /&gt;</w:t>
        <w:br/>
        <w:t>І сумирна, й непримхлива.&lt;br /&gt;</w:t>
        <w:br/>
        <w:t>Старости біля дверей:&lt;br /&gt;</w:t>
        <w:br/>
        <w:t>Королевич Єлисей&lt;br /&gt;</w:t>
        <w:br/>
        <w:t>Засилає. Цар дав слово.&lt;br /&gt;</w:t>
        <w:br/>
        <w:t>Посаг теж давно готовий:&lt;br /&gt;</w:t>
        <w:br/>
        <w:t>Сім торгових городів&lt;br /&gt;</w:t>
        <w:br/>
        <w:t>Та сто сорок теремів.</w:t>
      </w:r>
    </w:p>
    <w:p>
      <w:r>
        <w:br/>
        <w:t>Дівич-вечір наступає,&lt;br /&gt;</w:t>
        <w:br/>
        <w:t>А цариця за звичаєм&lt;br /&gt;</w:t>
        <w:br/>
        <w:t>Перед дзеркальцем своїм&lt;br /&gt;</w:t>
        <w:br/>
        <w:t>Перемовилася з ним:&lt;br /&gt;</w:t>
        <w:br/>
        <w:t>"Чи не я за всіх миліша,&lt;br /&gt;</w:t>
        <w:br/>
        <w:t>І рум'яніша й біліша?"&lt;br /&gt;</w:t>
        <w:br/>
        <w:t>А воно їй каже так:&lt;br /&gt;</w:t>
        <w:br/>
        <w:t>"Ти прекрасна, знає всяк,&lt;br /&gt;</w:t>
        <w:br/>
        <w:t>Та царівна ще миліша,&lt;br /&gt;</w:t>
        <w:br/>
        <w:t>Ще рум'яніша й біліша".&lt;br /&gt;</w:t>
        <w:br/>
        <w:t>Як цариця відплигне,&lt;br /&gt;</w:t>
        <w:br/>
        <w:t>Та як ручкою махне,&lt;br /&gt;</w:t>
        <w:br/>
        <w:t>Та по дзеркальцю як грюкне,&lt;br /&gt;</w:t>
        <w:br/>
        <w:t>Закаблучком як пристукне:&lt;br /&gt;</w:t>
        <w:br/>
        <w:t>"Ах ти ж, капоснеє скло!&lt;br /&gt;</w:t>
        <w:br/>
        <w:t>Брешеш ти мені на зло!&lt;br /&gt;</w:t>
        <w:br/>
        <w:t>Як рівнятись їй зі мною?&lt;br /&gt;</w:t>
        <w:br/>
        <w:t>Я пиху в ній заспокою!</w:t>
      </w:r>
    </w:p>
    <w:p>
      <w:r>
        <w:br/>
        <w:t>Біла, справді-бо, вона,&lt;br /&gt;</w:t>
        <w:br/>
        <w:t>Та хіба ж то дивина? –&lt;br /&gt;</w:t>
        <w:br/>
        <w:t>Мати нею як ходила,&lt;br /&gt;</w:t>
        <w:br/>
        <w:t>Все на сніг лише й зорила!&lt;br /&gt;</w:t>
        <w:br/>
        <w:t>Та скажи: чи можна ж їй&lt;br /&gt;</w:t>
        <w:br/>
        <w:t>Дорівнять красі моїй?&lt;br /&gt;</w:t>
        <w:br/>
        <w:t>На землі за мене кращу&lt;br /&gt;</w:t>
        <w:br/>
        <w:t>Не знайде ніхто нізащо,&lt;br /&gt;</w:t>
        <w:br/>
        <w:t>Це й не чувано ніде!"&lt;br /&gt;</w:t>
        <w:br/>
        <w:t>А воно своє веде,&lt;br /&gt;</w:t>
        <w:br/>
        <w:t>Що царівна ще миліша,&lt;br /&gt;</w:t>
        <w:br/>
        <w:t>Ще рум'яніша й біліша!&lt;br /&gt;</w:t>
        <w:br/>
        <w:t>Що робити? Тут вона,&lt;br /&gt;</w:t>
        <w:br/>
        <w:t>З чорних заздрощів смутна,&lt;br /&gt;</w:t>
        <w:br/>
        <w:t>Кида дзеркальце під лавку,&lt;br /&gt;</w:t>
        <w:br/>
        <w:t>Кличе дівчину Чорнявку&lt;br /&gt;</w:t>
        <w:br/>
        <w:t>І дає наказа їй,&lt;br /&gt;</w:t>
        <w:br/>
        <w:t>Цій прислужниці своїй,&lt;br /&gt;</w:t>
        <w:br/>
        <w:t>Завести царівну в хащі&lt;br /&gt;</w:t>
        <w:br/>
        <w:t>І, живу, напризволяще&lt;br /&gt;</w:t>
        <w:br/>
        <w:t>Під сосною кинуть там&lt;br /&gt;</w:t>
        <w:br/>
        <w:t>На поживу злим вовкам.</w:t>
      </w:r>
    </w:p>
    <w:p>
      <w:r>
        <w:br/>
        <w:t>Хто вгамує бабу гнівну?&lt;br /&gt;</w:t>
        <w:br/>
        <w:t>От, покликавши царівну,&lt;br /&gt;</w:t>
        <w:br/>
        <w:t>З нею дівка в ліс пішла&lt;br /&gt;</w:t>
        <w:br/>
        <w:t>Й так далеко завела,&lt;br /&gt;</w:t>
        <w:br/>
        <w:t>Що царівна догадалась&lt;br /&gt;</w:t>
        <w:br/>
        <w:t>І до смерті налякалась.&lt;br /&gt;</w:t>
        <w:br/>
        <w:t>Почала благать вона:&lt;br /&gt;</w:t>
        <w:br/>
        <w:t>"В чім, скажи, моя вина?&lt;br /&gt;</w:t>
        <w:br/>
        <w:t>Не губи мене, дівице!&lt;br /&gt;</w:t>
        <w:br/>
        <w:t>Коли стала б я цариця&lt;br /&gt;</w:t>
        <w:br/>
        <w:t>Відплатила б чим змогла!"&lt;br /&gt;</w:t>
        <w:br/>
        <w:t>Не бажаючи їй зла,&lt;br /&gt;</w:t>
        <w:br/>
        <w:t>Та царівну не зв'язала,&lt;br /&gt;</w:t>
        <w:br/>
        <w:t>Відпустила і сказала:&lt;br /&gt;</w:t>
        <w:br/>
        <w:t>"Не журися, будь-що-будь!"&lt;br /&gt;</w:t>
        <w:br/>
        <w:t>І пішла в зворотну путь.&lt;br /&gt;</w:t>
        <w:br/>
        <w:t>"Що? — сказала їй цариця, —&lt;br /&gt;</w:t>
        <w:br/>
        <w:t>Де красуня білолиця?"&lt;br /&gt;</w:t>
        <w:br/>
        <w:t>"Там, у хащі лісовій, —&lt;br /&gt;</w:t>
        <w:br/>
        <w:t>Відповіла дівка їй, —&lt;br /&gt;</w:t>
        <w:br/>
        <w:t>Міцно зв'язані їй лікті,&lt;br /&gt;</w:t>
        <w:br/>
        <w:t>Попадеться звірю в кігті —&lt;br /&gt;</w:t>
        <w:br/>
        <w:t>Менш прийдеться їй страждать,&lt;br /&gt;</w:t>
        <w:br/>
        <w:t>Легше буде помирать".</w:t>
      </w:r>
    </w:p>
    <w:p>
      <w:r>
        <w:br/>
        <w:t>Всюди чутка залунала,&lt;br /&gt;</w:t>
        <w:br/>
        <w:t>Що дочка в царя пропала.&lt;br /&gt;</w:t>
        <w:br/>
        <w:t>Не стуляє цар очей.&lt;br /&gt;</w:t>
        <w:br/>
        <w:t>Королевич Єлисей,&lt;br /&gt;</w:t>
        <w:br/>
        <w:t>Помолившись добре Богу,&lt;br /&gt;</w:t>
        <w:br/>
        <w:t>Виряджається в дорогу&lt;br /&gt;</w:t>
        <w:br/>
        <w:t>Наречену врятувать&lt;br /&gt;</w:t>
        <w:br/>
        <w:t>І дружиною назвать.</w:t>
      </w:r>
    </w:p>
    <w:p>
      <w:r>
        <w:br/>
        <w:t>А царівна молодая&lt;br /&gt;</w:t>
        <w:br/>
        <w:t>В лісі темному блукає,&lt;br /&gt;</w:t>
        <w:br/>
        <w:t>Далі й далі в нетрі йшла&lt;br /&gt;</w:t>
        <w:br/>
        <w:t>І на терем набрела.&lt;br /&gt;</w:t>
        <w:br/>
        <w:t>Їй назустріч пес загавкав,&lt;br /&gt;</w:t>
        <w:br/>
        <w:t>І підбіг, і ліг на травку.&lt;br /&gt;</w:t>
        <w:br/>
        <w:t>Йде царівна до воріт —&lt;br /&gt;</w:t>
        <w:br/>
        <w:t>Тихо скрізь. За нею вслід,&lt;br /&gt;</w:t>
        <w:br/>
        <w:t>Лащучися незлосливо,&lt;br /&gt;</w:t>
        <w:br/>
        <w:t>Пес біжить. Вона сміливо&lt;br /&gt;</w:t>
        <w:br/>
        <w:t>По приступках піднялась&lt;br /&gt;</w:t>
        <w:br/>
        <w:t>І за клямку узялась.&lt;br /&gt;</w:t>
        <w:br/>
        <w:t>Двері тихо відчинились,&lt;br /&gt;</w:t>
        <w:br/>
        <w:t>І царівна опинилась&lt;br /&gt;</w:t>
        <w:br/>
        <w:t>У світлиці. Навкруги&lt;br /&gt;</w:t>
        <w:br/>
        <w:t>Всюди лад. В кутку боги,&lt;br /&gt;</w:t>
        <w:br/>
        <w:t>Стіл дубовий під богами,&lt;br /&gt;</w:t>
        <w:br/>
        <w:t>Лави, вкриті килимами.&lt;br /&gt;</w:t>
        <w:br/>
        <w:t>Бачить дівчина, що тут&lt;br /&gt;</w:t>
        <w:br/>
        <w:t>Люди праведні живуть,&lt;br /&gt;</w:t>
        <w:br/>
        <w:t>Знать, не будуть ображати.&lt;br /&gt;</w:t>
        <w:br/>
        <w:t>Та нікого не видати.&lt;br /&gt;</w:t>
        <w:br/>
        <w:t>Обійшла царівна дім,&lt;br /&gt;</w:t>
        <w:br/>
        <w:t>До ладу прибрала в нім,&lt;br /&gt;</w:t>
        <w:br/>
        <w:t>Засвітила Богу свічку,&lt;br /&gt;</w:t>
        <w:br/>
        <w:t>Розпалила жарко пічку,&lt;br /&gt;</w:t>
        <w:br/>
        <w:t>Наготовила харчів&lt;br /&gt;</w:t>
        <w:br/>
        <w:t>І вляглася відпочить.</w:t>
      </w:r>
    </w:p>
    <w:p>
      <w:r>
        <w:br/>
        <w:t>От і вечір. В тиші сонній&lt;br /&gt;</w:t>
        <w:br/>
        <w:t>Тут почувся тупіт коней,&lt;br /&gt;</w:t>
        <w:br/>
        <w:t>Входять сім богатирів,&lt;br /&gt;</w:t>
        <w:br/>
        <w:t>Сім рум'яних молодців.&lt;br /&gt;</w:t>
        <w:br/>
        <w:t>Старший мовив: "Що це значить?&lt;br /&gt;</w:t>
        <w:br/>
        <w:t>Всюди прибрано, неначе&lt;br /&gt;</w:t>
        <w:br/>
        <w:t>Хтось в дому порядкував&lt;br /&gt;</w:t>
        <w:br/>
        <w:t>Та господарів чекав.&lt;br /&gt;</w:t>
        <w:br/>
        <w:t>Хто ж це? Вийди, покажися,&lt;br /&gt;</w:t>
        <w:br/>
        <w:t>З нами чесно подружися:&lt;br /&gt;</w:t>
        <w:br/>
        <w:t>Коли літній чоловік,&lt;br /&gt;</w:t>
        <w:br/>
        <w:t>Дядько будеш нам повік.&lt;br /&gt;</w:t>
        <w:br/>
        <w:t>Коли жінка, будь нам мати,&lt;br /&gt;</w:t>
        <w:br/>
        <w:t>Так і станем шанувати.&lt;br /&gt;</w:t>
        <w:br/>
        <w:t>Коли хлопець молодий,&lt;br /&gt;</w:t>
        <w:br/>
        <w:t>Будеш брат нам дорогий.&lt;br /&gt;</w:t>
        <w:br/>
        <w:t>Коли красная дівиця,&lt;br /&gt;</w:t>
        <w:br/>
        <w:t>Будь улюблена сестриця".</w:t>
      </w:r>
    </w:p>
    <w:p>
      <w:r>
        <w:br/>
        <w:t>Тут вона до них зійшла,&lt;br /&gt;</w:t>
        <w:br/>
        <w:t>Їм пошану віддала,&lt;br /&gt;</w:t>
        <w:br/>
        <w:t>Низько в пояс уклонилась,&lt;br /&gt;</w:t>
        <w:br/>
        <w:t>Лагідно перепросилась,&lt;br /&gt;</w:t>
        <w:br/>
        <w:t>Що, мовляв, до них зайшла,&lt;br /&gt;</w:t>
        <w:br/>
        <w:t>Хоч непрохана була.&lt;br /&gt;</w:t>
        <w:br/>
        <w:t>Вмить вони з тих слів пізнали,&lt;br /&gt;</w:t>
        <w:br/>
        <w:t>Що царівну привітали.&lt;br /&gt;</w:t>
        <w:br/>
        <w:t>Посадили у куток,&lt;br /&gt;</w:t>
        <w:br/>
        <w:t>Піднесли їй пиріжок,&lt;br /&gt;</w:t>
        <w:br/>
        <w:t>Чарку повну наливали&lt;br /&gt;</w:t>
        <w:br/>
        <w:t>І на таці подавали.&lt;br /&gt;</w:t>
        <w:br/>
        <w:t>Від зеленого вина&lt;br /&gt;</w:t>
        <w:br/>
        <w:t>Відмовлялася вона,&lt;br /&gt;</w:t>
        <w:br/>
        <w:t>Пиріжок лиш розломила&lt;br /&gt;</w:t>
        <w:br/>
        <w:t>Та шматочок відкусила&lt;br /&gt;</w:t>
        <w:br/>
        <w:t>І з дороги відпочить&lt;br /&gt;</w:t>
        <w:br/>
        <w:t>Відпросилась в тую ж мить.&lt;br /&gt;</w:t>
        <w:br/>
        <w:t>Одвели вони дівицю&lt;br /&gt;</w:t>
        <w:br/>
        <w:t>До горішньої світлиці&lt;br /&gt;</w:t>
        <w:br/>
        <w:t>І пішли відтіль гуртом,&lt;br /&gt;</w:t>
        <w:br/>
        <w:t>Щоб заснула тихим сном.</w:t>
      </w:r>
    </w:p>
    <w:p>
      <w:r>
        <w:br/>
        <w:t>День за днем іде, минає,&lt;br /&gt;</w:t>
        <w:br/>
        <w:t>А царівна молодая&lt;br /&gt;</w:t>
        <w:br/>
        <w:t>Все живе серед лісів&lt;br /&gt;</w:t>
        <w:br/>
        <w:t>У семи богатирів.&lt;br /&gt;</w:t>
        <w:br/>
        <w:t>Вранці, ясною порою&lt;br /&gt;</w:t>
        <w:br/>
        <w:t>Браття дружною юрбою&lt;br /&gt;</w:t>
        <w:br/>
        <w:t>Виїжджають погулять,&lt;br /&gt;</w:t>
        <w:br/>
        <w:t>Сірих крижнів пострілять,&lt;br /&gt;</w:t>
        <w:br/>
        <w:t>Руку правую потішить,&lt;br /&gt;</w:t>
        <w:br/>
        <w:t>Сарачина в полі спішить,&lt;br /&gt;</w:t>
        <w:br/>
        <w:t>Або в кримця на скаку&lt;br /&gt;</w:t>
        <w:br/>
        <w:t>Зняти голову важку,&lt;br /&gt;</w:t>
        <w:br/>
        <w:t>Стріться з ворогом заморським&lt;br /&gt;</w:t>
        <w:br/>
        <w:t>Чи з черкесом п'ятигорським.&lt;br /&gt;</w:t>
        <w:br/>
        <w:t>А хазяєчка — вона,&lt;br /&gt;</w:t>
        <w:br/>
        <w:t>В терему сама-одна,&lt;br /&gt;</w:t>
        <w:br/>
        <w:t>Прибере, і наготує,&lt;br /&gt;</w:t>
        <w:br/>
        <w:t>І нічим не вередує.&lt;br /&gt;</w:t>
        <w:br/>
        <w:t>Так ідуть за днями дні,&lt;br /&gt;</w:t>
        <w:br/>
        <w:t>Безтурботні та ясні.</w:t>
      </w:r>
    </w:p>
    <w:p>
      <w:r>
        <w:br/>
        <w:t>Браття всі сестру названу&lt;br /&gt;</w:t>
        <w:br/>
        <w:t>Покохали. Якось рано&lt;br /&gt;</w:t>
        <w:br/>
        <w:t>У світлицю до зорі&lt;br /&gt;</w:t>
        <w:br/>
        <w:t>Увійшли богатирі.&lt;br /&gt;</w:t>
        <w:br/>
        <w:t>Старший каже їй: "Дівице,&lt;br /&gt;</w:t>
        <w:br/>
        <w:t>Знаєш, всім ти нам сестриця.&lt;br /&gt;</w:t>
        <w:br/>
        <w:t>Всіх нас семеро братів,&lt;br /&gt;</w:t>
        <w:br/>
        <w:t>Молодців-богатирів.&lt;br /&gt;</w:t>
        <w:br/>
        <w:t>Ми тебе кохаєм дуже,&lt;br /&gt;</w:t>
        <w:br/>
        <w:t>Як один. Собі ти мужа&lt;br /&gt;</w:t>
        <w:br/>
        <w:t>Поміж нами обери,&lt;br /&gt;</w:t>
        <w:br/>
        <w:t>Нас як-небудь помири,&lt;br /&gt;</w:t>
        <w:br/>
        <w:t>А для інших будь сестрою.&lt;br /&gt;</w:t>
        <w:br/>
        <w:t>Що ж хитаєш головою?&lt;br /&gt;</w:t>
        <w:br/>
        <w:t>Чи відмовить хочеш нам?&lt;br /&gt;</w:t>
        <w:br/>
        <w:t>Чи не по купцеві крам?"</w:t>
      </w:r>
    </w:p>
    <w:p>
      <w:r>
        <w:br/>
        <w:t>"Ой ви, хлопці молоденькі,&lt;br /&gt;</w:t>
        <w:br/>
        <w:t>Братики мої рідненькі! –&lt;br /&gt;</w:t>
        <w:br/>
        <w:t>Каже так царівна їм, —&lt;br /&gt;</w:t>
        <w:br/>
        <w:t>Як неправду я повім,&lt;br /&gt;</w:t>
        <w:br/>
        <w:t>Божий гнів спаде на мене!&lt;br /&gt;</w:t>
        <w:br/>
        <w:t>Що чинить? Я ж наречена!&lt;br /&gt;</w:t>
        <w:br/>
        <w:t>Всі до серця ви мені,&lt;br /&gt;</w:t>
        <w:br/>
        <w:t>Всі розумні та ставні,&lt;br /&gt;</w:t>
        <w:br/>
        <w:t>Кожен кожному з вас рівний,&lt;br /&gt;</w:t>
        <w:br/>
        <w:t>Та є суджений в царівни!&lt;br /&gt;</w:t>
        <w:br/>
        <w:t>Наречений любий цей –&lt;br /&gt;</w:t>
        <w:br/>
        <w:t>Королевич Єлисей".</w:t>
      </w:r>
    </w:p>
    <w:p>
      <w:r>
        <w:br/>
        <w:t>Браття трохи помовчали,&lt;br /&gt;</w:t>
        <w:br/>
        <w:t>Головами похитали.&lt;br /&gt;</w:t>
        <w:br/>
        <w:t>Старший каже: "В добрий час!&lt;br /&gt;</w:t>
        <w:br/>
        <w:t>Ти ж не гнівайся на нас,&lt;br /&gt;</w:t>
        <w:br/>
        <w:t>Словом більш не похоплюся&lt;br /&gt;</w:t>
        <w:br/>
        <w:t>Я про те". — "Я не гнівлюся, —&lt;br /&gt;</w:t>
        <w:br/>
        <w:t>Тихо мовила вона. —&lt;br /&gt;</w:t>
        <w:br/>
        <w:t>А відмова — не вина".&lt;br /&gt;</w:t>
        <w:br/>
        <w:t>Женихи їй уклонились,&lt;br /&gt;</w:t>
        <w:br/>
        <w:t>Потихеньку віддалились,&lt;br /&gt;</w:t>
        <w:br/>
        <w:t>Знов у згоді, як раніш,&lt;br /&gt;</w:t>
        <w:br/>
        <w:t>Стали жити ще дружніш.</w:t>
      </w:r>
    </w:p>
    <w:p>
      <w:r>
        <w:br/>
        <w:t>А тим часом зла цариця&lt;br /&gt;</w:t>
        <w:br/>
        <w:t>На царівну все гнівиться,&lt;br /&gt;</w:t>
        <w:br/>
        <w:t>Все добріша не стає,&lt;br /&gt;</w:t>
        <w:br/>
        <w:t>А на дзеркальце своє&lt;br /&gt;</w:t>
        <w:br/>
        <w:t>Довго сердилась і дулась,&lt;br /&gt;</w:t>
        <w:br/>
        <w:t>Та нарешті схаменулась,&lt;br /&gt;</w:t>
        <w:br/>
        <w:t>Розшукала й перед ним&lt;br /&gt;</w:t>
        <w:br/>
        <w:t>Давнім звичаєм своїм&lt;br /&gt;</w:t>
        <w:br/>
        <w:t>Красуватись знову стала&lt;br /&gt;</w:t>
        <w:br/>
        <w:t>Й посміхаючись казала:&lt;br /&gt;</w:t>
        <w:br/>
        <w:t>"Здрастуй, дзеркальце! Скажи&lt;br /&gt;</w:t>
        <w:br/>
        <w:t>Та мій сумнів розв'яжи:&lt;br /&gt;</w:t>
        <w:br/>
        <w:t>Чи не я за всіх миліша,&lt;br /&gt;</w:t>
        <w:br/>
        <w:t>І рум'яніша й біліша?"&lt;br /&gt;</w:t>
        <w:br/>
        <w:t>А воно їй каже так:&lt;br /&gt;</w:t>
        <w:br/>
        <w:t>"Ти прекрасна, знає всяк,&lt;br /&gt;</w:t>
        <w:br/>
        <w:t>Тільки є, жива й здорова,&lt;br /&gt;</w:t>
        <w:br/>
        <w:t>Серед темної діброви,&lt;br /&gt;</w:t>
        <w:br/>
        <w:t>У хоромах захисних&lt;br /&gt;</w:t>
        <w:br/>
        <w:t>Та, що краща від усіх!"&lt;br /&gt;</w:t>
        <w:br/>
        <w:t>І цариця налетіла&lt;br /&gt;</w:t>
        <w:br/>
        <w:t>На Чорнявку: "Як ти сміла&lt;br /&gt;</w:t>
        <w:br/>
        <w:t>Обдурить мене? і в чім?"&lt;br /&gt;</w:t>
        <w:br/>
        <w:t>Та призналася в усім.&lt;br /&gt;</w:t>
        <w:br/>
        <w:t>АА розгнівана цариця&lt;br /&gt;</w:t>
        <w:br/>
        <w:t>Їй рогаткою грозиться&lt;br /&gt;</w:t>
        <w:br/>
        <w:t>І кладе: або не жить,&lt;br /&gt;</w:t>
        <w:br/>
        <w:t>Або падчерку згубить.</w:t>
      </w:r>
    </w:p>
    <w:p>
      <w:r>
        <w:br/>
        <w:t>Раз царівна молодая&lt;br /&gt;</w:t>
        <w:br/>
        <w:t>Милих братиків чекає&lt;br /&gt;</w:t>
        <w:br/>
        <w:t>І пряде біля вікна.&lt;br /&gt;</w:t>
        <w:br/>
        <w:t>Раптом глянула вона:&lt;br /&gt;</w:t>
        <w:br/>
        <w:t>Пес загавкав, як шалений,&lt;br /&gt;</w:t>
        <w:br/>
        <w:t>То черниченька злиденна&lt;br /&gt;</w:t>
        <w:br/>
        <w:t>У подвір'ї під вікном&lt;br /&gt;</w:t>
        <w:br/>
        <w:t>Відганяє пса кийком.&lt;br /&gt;</w:t>
        <w:br/>
        <w:t>"Підожди, бабусю рідна! –&lt;br /&gt;</w:t>
        <w:br/>
        <w:t>Їй з вікна кричить царівна, —&lt;br /&gt;</w:t>
        <w:br/>
        <w:t>Пригрожу сама я псу&lt;br /&gt;</w:t>
        <w:br/>
        <w:t>І чогось тобі знесу!"&lt;br /&gt;</w:t>
        <w:br/>
        <w:t>Їй відказує черниця:&lt;br /&gt;</w:t>
        <w:br/>
        <w:t>"Ой, дитинонько-дівице!&lt;br /&gt;</w:t>
        <w:br/>
        <w:t>Клятий пес мене злякав,&lt;br /&gt;</w:t>
        <w:br/>
        <w:t>Мало лаття не порвав,&lt;br /&gt;</w:t>
        <w:br/>
        <w:t>Подивись, як він лютує!&lt;br /&gt;</w:t>
        <w:br/>
        <w:t>Вийди в двір!" Царівна чує,&lt;br /&gt;</w:t>
        <w:br/>
        <w:t>Хліб з комори узяла,&lt;br /&gt;</w:t>
        <w:br/>
        <w:t>Та липі з ґаночку зійшла –&lt;br /&gt;</w:t>
        <w:br/>
        <w:t>Пес до неї — гавка, злиться,&lt;br /&gt;</w:t>
        <w:br/>
        <w:t>Не пускає до черниці.&lt;br /&gt;</w:t>
        <w:br/>
        <w:t>А стара підійде лиш –&lt;br /&gt;</w:t>
        <w:br/>
        <w:t>Він злоститься ще страшніш&lt;br /&gt;</w:t>
        <w:br/>
        <w:t>На черницю. "Просто дивно! –&lt;br /&gt;</w:t>
        <w:br/>
        <w:t>Посміхнулася царівна, —&lt;br /&gt;</w:t>
        <w:br/>
        <w:t>Що це так його гнівить?&lt;br /&gt;</w:t>
        <w:br/>
        <w:t>На ж, лови!" — і хліб летить.&lt;br /&gt;</w:t>
        <w:br/>
        <w:t>Хліб жебрачка упіймала.&lt;br /&gt;</w:t>
        <w:br/>
        <w:t>"Дуже дякую, — сказала, —&lt;br /&gt;</w:t>
        <w:br/>
        <w:t>Бог тебе благослови!&lt;br /&gt;</w:t>
        <w:br/>
        <w:t>От за це тобі, лови!"&lt;br /&gt;</w:t>
        <w:br/>
        <w:t>І на ґанок соковите,&lt;br /&gt;</w:t>
        <w:br/>
        <w:t>Наливне та духовите&lt;br /&gt;</w:t>
        <w:br/>
        <w:t>Гарне яблучко летить.&lt;br /&gt;</w:t>
        <w:br/>
        <w:t>Пес як скочить, заскавчить...&lt;br /&gt;</w:t>
        <w:br/>
        <w:t>Та царівна просто в руки&lt;br /&gt;</w:t>
        <w:br/>
        <w:t>Упіймала. "Від докуки&lt;br /&gt;</w:t>
        <w:br/>
        <w:t>Яблучко собі вживай!&lt;br /&gt;</w:t>
        <w:br/>
        <w:t>Бог з тобою, прощавай!"</w:t>
      </w:r>
    </w:p>
    <w:p>
      <w:r>
        <w:br/>
        <w:t>Так черниця проказала,&lt;br /&gt;</w:t>
        <w:br/>
        <w:t>Уклонилась і пропала.&lt;br /&gt;</w:t>
        <w:br/>
        <w:t>До царівни тут мерщій&lt;br /&gt;</w:t>
        <w:br/>
        <w:t>Пес біжить і в очі їй&lt;br /&gt;</w:t>
        <w:br/>
        <w:t>З жалем дивиться і виє,&lt;br /&gt;</w:t>
        <w:br/>
        <w:t>Ніби пеське серце ниє,&lt;br /&gt;</w:t>
        <w:br/>
        <w:t>Ніби хоче їй сказать:&lt;br /&gt;</w:t>
        <w:br/>
        <w:t>"Кинь!" Вона його вмовлять,&lt;br /&gt;</w:t>
        <w:br/>
        <w:t>Пестить ніжною рукою:&lt;br /&gt;</w:t>
        <w:br/>
        <w:t>"Що, соколику, з тобою?&lt;br /&gt;</w:t>
        <w:br/>
        <w:t>Ляж!" В кімнату увійшла,&lt;br /&gt;</w:t>
        <w:br/>
        <w:t>Знову пряжу узяла;&lt;br /&gt;</w:t>
        <w:br/>
        <w:t>Під віконцем прясти стала,&lt;br /&gt;</w:t>
        <w:br/>
        <w:t>Ждать братів, а поглядала&lt;br /&gt;</w:t>
        <w:br/>
        <w:t>Все на яблучко на те,&lt;br /&gt;</w:t>
        <w:br/>
        <w:t>А воно мов золоте,&lt;br /&gt;</w:t>
        <w:br/>
        <w:t>Спілим соком вщерть налите,&lt;br /&gt;</w:t>
        <w:br/>
        <w:t>І рум'яне, й духовите,&lt;br /&gt;</w:t>
        <w:br/>
        <w:t>Медом сповнене ясним,&lt;br /&gt;</w:t>
        <w:br/>
        <w:t>Видно зернятка у нім.&lt;br /&gt;</w:t>
        <w:br/>
        <w:t>Почекать вона хотіла&lt;br /&gt;</w:t>
        <w:br/>
        <w:t>До обіду, не стерпіла,&lt;br /&gt;</w:t>
        <w:br/>
        <w:t>В руки яблучко взяла&lt;br /&gt;</w:t>
        <w:br/>
        <w:t>І до губок піднесла,&lt;br /&gt;</w:t>
        <w:br/>
        <w:t>Потихесеньку куснула&lt;br /&gt;</w:t>
        <w:br/>
        <w:t>І шматочок проковтнула...&lt;br /&gt;</w:t>
        <w:br/>
        <w:t>Раптом, що це? Світе мій!&lt;br /&gt;</w:t>
        <w:br/>
        <w:t>Ніби сперло груди їй,&lt;br /&gt;</w:t>
        <w:br/>
        <w:t>Білі руки уронила,&lt;br /&gt;</w:t>
        <w:br/>
        <w:t>Спіле яблучко впустила,&lt;br /&gt;</w:t>
        <w:br/>
        <w:t>Блимнув погляд з-під повік,&lt;br /&gt;</w:t>
        <w:br/>
        <w:t>І на лавку під божник&lt;br /&gt;</w:t>
        <w:br/>
        <w:t>Тут вона відразу впала&lt;br /&gt;</w:t>
        <w:br/>
        <w:t>І недвижна, тиха стала...</w:t>
      </w:r>
    </w:p>
    <w:p>
      <w:r>
        <w:br/>
        <w:t>Тої самої пори&lt;br /&gt;</w:t>
        <w:br/>
        <w:t>Молодці-богатирі&lt;br /&gt;</w:t>
        <w:br/>
        <w:t>Поверталися юрбою&lt;br /&gt;</w:t>
        <w:br/>
        <w:t>З молодецького розбою.&lt;br /&gt;</w:t>
        <w:br/>
        <w:t>Пес в діброві їх виттям&lt;br /&gt;</w:t>
        <w:br/>
        <w:t>Зустрічає: "Горе нам! –&lt;br /&gt;</w:t>
        <w:br/>
        <w:t>Браття мовили. — Печалі&lt;br /&gt;</w:t>
        <w:br/>
        <w:t>Не минути!" їдуть далі,&lt;br /&gt;</w:t>
        <w:br/>
        <w:t>Прискакали, входять... "Ах!"&lt;br /&gt;</w:t>
        <w:br/>
        <w:t>Пес за ними по п'ятах,&lt;br /&gt;</w:t>
        <w:br/>
        <w:t>Вмить до яблучка... Озлився,&lt;br /&gt;</w:t>
        <w:br/>
        <w:t>Проковтнув його, звалився&lt;br /&gt;</w:t>
        <w:br/>
        <w:t>І відразу здох... Воно,&lt;br /&gt;</w:t>
        <w:br/>
        <w:t>Бач, отруєне було.&lt;br /&gt;</w:t>
        <w:br/>
        <w:t>До царівни неживої,&lt;br /&gt;</w:t>
        <w:br/>
        <w:t>Похилившись головою,&lt;br /&gt;</w:t>
        <w:br/>
        <w:t>Браття з жалем підійшли,&lt;br /&gt;</w:t>
        <w:br/>
        <w:t>Її з лавки підняли,&lt;br /&gt;</w:t>
        <w:br/>
        <w:t>Одягли у пишні шати&lt;br /&gt;</w:t>
        <w:br/>
        <w:t>І хотіли вже ховати —&lt;br /&gt;</w:t>
        <w:br/>
        <w:t>Передумали. Вона,&lt;br /&gt;</w:t>
        <w:br/>
        <w:t>Як ві сні — така ясна,&lt;br /&gt;</w:t>
        <w:br/>
        <w:t>Тихомирне так лежала,&lt;br /&gt;</w:t>
        <w:br/>
        <w:t>Що ледь-ледь не промовляла.&lt;br /&gt;</w:t>
        <w:br/>
        <w:t>Ждали три дні. Але ні! –&lt;br /&gt;</w:t>
        <w:br/>
        <w:t>Спить вона у мертвім сні...&lt;br /&gt;</w:t>
        <w:br/>
        <w:t>І з плачем, в великім жалю,&lt;br /&gt;</w:t>
        <w:br/>
        <w:t>В домовину із кришталю&lt;br /&gt;</w:t>
        <w:br/>
        <w:t>Тіло мертвої сестри&lt;br /&gt;</w:t>
        <w:br/>
        <w:t>Тут кладуть богатирі.&lt;br /&gt;</w:t>
        <w:br/>
        <w:t>Понесли в порожню гору&lt;br /&gt;</w:t>
        <w:br/>
        <w:t>І труну в північну пору&lt;br /&gt;</w:t>
        <w:br/>
        <w:t>До шести міцних стовпів,&lt;br /&gt;</w:t>
        <w:br/>
        <w:t>До чавунних ланцюгів&lt;br /&gt;</w:t>
        <w:br/>
        <w:t>Обережно пригвинтили&lt;br /&gt;</w:t>
        <w:br/>
        <w:t>І навкруг загородили.</w:t>
      </w:r>
    </w:p>
    <w:p>
      <w:r>
        <w:br/>
        <w:t>Старший брат віддав поклін.&lt;br /&gt;</w:t>
        <w:br/>
        <w:t>"Люба сестро! — мовив він, —&lt;br /&gt;</w:t>
        <w:br/>
        <w:t>Спочивай спокійно в гробі!&lt;br /&gt;</w:t>
        <w:br/>
        <w:t>Згасла, жертва чорній злобі,&lt;br /&gt;</w:t>
        <w:br/>
        <w:t>На землі твоя краса;&lt;br /&gt;</w:t>
        <w:br/>
        <w:t>Дух твій приймуть небеса.&lt;br /&gt;</w:t>
        <w:br/>
        <w:t>Ми усі тебе любили,&lt;br /&gt;</w:t>
        <w:br/>
        <w:t>Ждав тебе жених твій милий,&lt;br /&gt;</w:t>
        <w:br/>
        <w:t>Та вінець дістався твій&lt;br /&gt;</w:t>
        <w:br/>
        <w:t>Тільки смерті навісній".</w:t>
      </w:r>
    </w:p>
    <w:p>
      <w:r>
        <w:br/>
        <w:t>Того ж дня лиха цариця,&lt;br /&gt;</w:t>
        <w:br/>
        <w:t>Дожидаючись черниці,&lt;br /&gt;</w:t>
        <w:br/>
        <w:t>Нишком дзеркальце взяла&lt;br /&gt;</w:t>
        <w:br/>
        <w:t>І питання задала:&lt;br /&gt;</w:t>
        <w:br/>
        <w:t>"Чи не я за всіх миліша,&lt;br /&gt;</w:t>
        <w:br/>
        <w:t>І рум'яніша й біліша?"&lt;br /&gt;</w:t>
        <w:br/>
        <w:t>А воно їй каже так:&lt;br /&gt;</w:t>
        <w:br/>
        <w:t>"Ти, царице, знає всяк,&lt;br /&gt;</w:t>
        <w:br/>
        <w:t>На землі за всіх миліша,&lt;br /&gt;</w:t>
        <w:br/>
        <w:t>І рум'яніша й біліша".</w:t>
      </w:r>
    </w:p>
    <w:p>
      <w:r>
        <w:br/>
        <w:t>У далекому краю&lt;br /&gt;</w:t>
        <w:br/>
        <w:t>Нареченую свою&lt;br /&gt;</w:t>
        <w:br/>
        <w:t>Королевич скрізь шукає.&lt;br /&gt;</w:t>
        <w:br/>
        <w:t>Все немає та немає!&lt;br /&gt;</w:t>
        <w:br/>
        <w:t>І кого він не спита,&lt;br /&gt;</w:t>
        <w:br/>
        <w:t>Всюди відповідь не та:&lt;br /&gt;</w:t>
        <w:br/>
        <w:t>Той сміється просто в очі,&lt;br /&gt;</w:t>
        <w:br/>
        <w:t>Той відкаже неохоче;&lt;br /&gt;</w:t>
        <w:br/>
        <w:t>І до сонця під кінець&lt;br /&gt;</w:t>
        <w:br/>
        <w:t>Вдався добрий молодець:&lt;br /&gt;</w:t>
        <w:br/>
        <w:t>"Ясне сонечко! Ти ходиш&lt;br /&gt;</w:t>
        <w:br/>
        <w:t>Цілий рік у небі. Зводиш&lt;br /&gt;</w:t>
        <w:br/>
        <w:t>Зиму з літом щоразу,&lt;br /&gt;</w:t>
        <w:br/>
        <w:t>Всіх нас бачиш унизу.&lt;br /&gt;</w:t>
        <w:br/>
        <w:t>Не відмов мені в привіті!&lt;br /&gt;</w:t>
        <w:br/>
        <w:t>Чи не стріло десь на світі,&lt;br /&gt;</w:t>
        <w:br/>
        <w:t>У якому-будь краю,&lt;br /&gt;</w:t>
        <w:br/>
        <w:t>Нареченую мою?"&lt;br /&gt;</w:t>
        <w:br/>
        <w:t>Ясне сонце відказало:&lt;br /&gt;</w:t>
        <w:br/>
        <w:t>"Ні, царівни не стрічало&lt;br /&gt;</w:t>
        <w:br/>
        <w:t>Я ніколи. Та постій,&lt;br /&gt;</w:t>
        <w:br/>
        <w:t>Може, місяць, родич мій,&lt;br /&gt;</w:t>
        <w:br/>
        <w:t>Десь її на світі стрітив&lt;br /&gt;</w:t>
        <w:br/>
        <w:t>Або слід її примітив".</w:t>
      </w:r>
    </w:p>
    <w:p>
      <w:r>
        <w:br/>
        <w:t>Серце рветься із грудей, —&lt;br /&gt;</w:t>
        <w:br/>
        <w:t>Ночі жде наш Єлисей.&lt;br /&gt;</w:t>
        <w:br/>
        <w:t>Тільки місяць показався —&lt;br /&gt;</w:t>
        <w:br/>
        <w:t>Він услід за ним погнався.&lt;br /&gt;</w:t>
        <w:br/>
        <w:t>"Місяцю, ти, друже мій,&lt;br /&gt;</w:t>
        <w:br/>
        <w:t>Ти, ріжечку золотий!&lt;br /&gt;</w:t>
        <w:br/>
        <w:t>Ти встаєш у тьмі глибокій,&lt;br /&gt;</w:t>
        <w:br/>
        <w:t>Білолиций, ясноокий,&lt;br /&gt;</w:t>
        <w:br/>
        <w:t>І до тебе залюбки&lt;br /&gt;</w:t>
        <w:br/>
        <w:t>Посміхаються зірки.&lt;br /&gt;</w:t>
        <w:br/>
        <w:t>Не відмов мені в привіті!&lt;br /&gt;</w:t>
        <w:br/>
        <w:t>Чи не стрінув десь на світі,&lt;br /&gt;</w:t>
        <w:br/>
        <w:t>У якому-будь краю,&lt;br /&gt;</w:t>
        <w:br/>
        <w:t>Нареченую мою?"&lt;br /&gt;</w:t>
        <w:br/>
        <w:t>Відказав тут місяць ясний:&lt;br /&gt;</w:t>
        <w:br/>
        <w:t>"Не стрічав царівну красну.&lt;br /&gt;</w:t>
        <w:br/>
        <w:t>На сторожі я стою&lt;br /&gt;</w:t>
        <w:br/>
        <w:t>Тільки в чергу-бо свою,&lt;br /&gt;</w:t>
        <w:br/>
        <w:t>Знать, вона без мене, друже,&lt;br /&gt;</w:t>
        <w:br/>
        <w:t>Десь пробігла!" — "Прикро дуже!" —&lt;br /&gt;</w:t>
        <w:br/>
        <w:t>Королевич відказав.&lt;br /&gt;</w:t>
        <w:br/>
        <w:t>Ясний місяць ще додав:&lt;br /&gt;</w:t>
        <w:br/>
        <w:t>"Постривай, про неї, може,&lt;br /&gt;</w:t>
        <w:br/>
        <w:t>Вітер знає. Він поможе.&lt;br /&gt;</w:t>
        <w:br/>
        <w:t>Ти до нього поспішай.&lt;br /&gt;</w:t>
        <w:br/>
        <w:t>Не журися, прощавай!"</w:t>
      </w:r>
    </w:p>
    <w:p>
      <w:r>
        <w:br/>
        <w:t>Єлисей журбу долає,&lt;br /&gt;</w:t>
        <w:br/>
        <w:t>Вітру буйному гукає:&lt;br /&gt;</w:t>
        <w:br/>
        <w:t>"Вітре, гордий володар!&lt;br /&gt;</w:t>
        <w:br/>
        <w:t>Ти ганяєш зграї хмар,&lt;br /&gt;</w:t>
        <w:br/>
        <w:t>Ти хвилюєш синє море,&lt;br /&gt;</w:t>
        <w:br/>
        <w:t>Всюди вієш на просторі,&lt;br /&gt;</w:t>
        <w:br/>
        <w:t>Ти боїшся, вільний птах,&lt;br /&gt;</w:t>
        <w:br/>
        <w:t>Тільки Бога в небесах.&lt;br /&gt;</w:t>
        <w:br/>
        <w:t>Не відмов мені в привіті!&lt;br /&gt;</w:t>
        <w:br/>
        <w:t>Чи не стрінув десь на світі,&lt;br /&gt;</w:t>
        <w:br/>
        <w:t>У якому-будь краю,&lt;br /&gt;</w:t>
        <w:br/>
        <w:t>Нареченую мою?"&lt;br /&gt;</w:t>
        <w:br/>
        <w:t>Каже вітер: "За рікою,&lt;br /&gt;</w:t>
        <w:br/>
        <w:t>За струмистою водою,&lt;br /&gt;</w:t>
        <w:br/>
        <w:t>Є високая гора,&lt;br /&gt;</w:t>
        <w:br/>
        <w:t>В ній глибокая нора;&lt;br /&gt;</w:t>
        <w:br/>
        <w:t>В тьмі, що сповнена печалі,&lt;br /&gt;</w:t>
        <w:br/>
        <w:t>Домовина із кришталю&lt;br /&gt;</w:t>
        <w:br/>
        <w:t>Там прип'ята на стовпах,&lt;br /&gt;</w:t>
        <w:br/>
        <w:t>На чавунних ланцюгах.&lt;br /&gt;</w:t>
        <w:br/>
        <w:t>А навкруг долина рівна...&lt;br /&gt;</w:t>
        <w:br/>
        <w:t>В тій труні твоя царівна".</w:t>
      </w:r>
    </w:p>
    <w:p>
      <w:r>
        <w:br/>
        <w:t>Вітер далі тут помчав.&lt;br /&gt;</w:t>
        <w:br/>
        <w:t>Королевич заридав&lt;br /&gt;</w:t>
        <w:br/>
        <w:t>І пішов, жених нещасний,&lt;br /&gt;</w:t>
        <w:br/>
        <w:t>На свою царівну красну&lt;br /&gt;</w:t>
        <w:br/>
        <w:t>Подивитись ще хоч раз.&lt;br /&gt;</w:t>
        <w:br/>
        <w:t>Він іде; і підвелась&lt;br /&gt;</w:t>
        <w:br/>
        <w:t>Перед ним гора пустинна;&lt;br /&gt;</w:t>
        <w:br/>
        <w:t>Навкруги сумна рівнина;&lt;br /&gt;</w:t>
        <w:br/>
        <w:t>Вхід в горі чорніє тій.&lt;br /&gt;</w:t>
        <w:br/>
        <w:t>Він іде туди мерщій.&lt;br /&gt;</w:t>
        <w:br/>
        <w:t>Перед ним в імлі могильній&lt;br /&gt;</w:t>
        <w:br/>
        <w:t>Колихається повільно&lt;br /&gt;</w:t>
        <w:br/>
        <w:t>Кришталевая труна...&lt;br /&gt;</w:t>
        <w:br/>
        <w:t>В тій труні лежить вона.&lt;br /&gt;</w:t>
        <w:br/>
        <w:t>Об труну, де спала мила,&lt;br /&gt;</w:t>
        <w:br/>
        <w:t>Він ударився щосили,&lt;br /&gt;</w:t>
        <w:br/>
        <w:t>Аж розбивсь кришталь. І вмить&lt;br /&gt;</w:t>
        <w:br/>
        <w:t>Наречена вже не спить,&lt;br /&gt;</w:t>
        <w:br/>
        <w:t>Очі тихо розімкнула,&lt;br /&gt;</w:t>
        <w:br/>
        <w:t>І з полегшенням зітхнула,&lt;br /&gt;</w:t>
        <w:br/>
        <w:t>І спроквола промовля:&lt;br /&gt;</w:t>
        <w:br/>
        <w:t>"Як же довго спала я!"&lt;br /&gt;</w:t>
        <w:br/>
        <w:t>І встає з труни сумної...&lt;br /&gt;</w:t>
        <w:br/>
        <w:t>Ах!.. Заплакали обоє.&lt;br /&gt;</w:t>
        <w:br/>
        <w:t>Він її на руки взяв&lt;br /&gt;</w:t>
        <w:br/>
        <w:t>І з нори попрямував.&lt;br /&gt;</w:t>
        <w:br/>
        <w:t>Під розмову безтурботну&lt;br /&gt;</w:t>
        <w:br/>
        <w:t>Вирушають в путь зворотну;&lt;br /&gt;</w:t>
        <w:br/>
        <w:t>Чутка всюди рознеслась,&lt;br /&gt;</w:t>
        <w:br/>
        <w:t>Що дочка в царя знайшлась!</w:t>
      </w:r>
    </w:p>
    <w:p>
      <w:r>
        <w:br/>
        <w:t>Вдома в ті часи без діла&lt;br /&gt;</w:t>
        <w:br/>
        <w:t>Люта мачуха сиділа&lt;br /&gt;</w:t>
        <w:br/>
        <w:t>Перед дзеркальцем своїм&lt;br /&gt;</w:t>
        <w:br/>
        <w:t>І вела розмову з ним:&lt;br /&gt;</w:t>
        <w:br/>
        <w:t>"Чи не я за всіх миліша,&lt;br /&gt;</w:t>
        <w:br/>
        <w:t>І рум'яніша й біліша?"&lt;br /&gt;</w:t>
        <w:br/>
        <w:t>А воно їй каже так:&lt;br /&gt;</w:t>
        <w:br/>
        <w:t>"Ти прекрасна, знає всяк,&lt;br /&gt;</w:t>
        <w:br/>
        <w:t>Та царівна ще миліша,&lt;br /&gt;</w:t>
        <w:br/>
        <w:t>Ще рум'яніша й біліша!"&lt;br /&gt;</w:t>
        <w:br/>
        <w:t>Як взяла царицю злість —&lt;br /&gt;</w:t>
        <w:br/>
        <w:t>Дзеркальце об землю — трісь!&lt;br /&gt;</w:t>
        <w:br/>
        <w:t>В двері миттю похопилась&lt;br /&gt;</w:t>
        <w:br/>
        <w:t>І з царівною зустрілась —&lt;br /&gt;</w:t>
        <w:br/>
        <w:t>І від люті в той же час&lt;br /&gt;</w:t>
        <w:br/>
        <w:t>Лиходійка вмерла враз.&lt;br /&gt;</w:t>
        <w:br/>
        <w:t>Злу царицю поховали&lt;br /&gt;</w:t>
        <w:br/>
        <w:t>І весілля відгуляли,&lt;br /&gt;</w:t>
        <w:br/>
        <w:t>І були кінець кінцем&lt;br /&gt;</w:t>
        <w:br/>
        <w:t>Наречені під вінцем.&lt;br /&gt;</w:t>
        <w:br/>
        <w:t>Учту справили велику,&lt;br /&gt;</w:t>
        <w:br/>
        <w:t>Що й не бачено від віку!&lt;br /&gt;</w:t>
        <w:br/>
        <w:t>Я там був, мед-пиво пив —&lt;br /&gt;</w:t>
        <w:br/>
        <w:t>Тільки вуса обмочив.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мертву царівну і сімох богатирів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