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годинники</w:t>
      </w:r>
    </w:p>
    <w:p>
      <w:r>
        <w:br/>
        <w:t xml:space="preserve"> &lt;p&gt;— Добрий вечір! — сказав Місяць головному Міському годинникові, що мешкав на високій ратушевій вежі.— Ніколи не знаю, чи чотири рази казати тобі "добрий вечір", чи лиш раз.</w:t>
      </w:r>
    </w:p>
    <w:p>
      <w:r>
        <w:br/>
        <w:t>Справа в тому, що Ратушевий годинник мав аж чотири обличчя — на кожнім боці вежі, і деколи Місяць вітався до кожного обличчя зокрема.</w:t>
      </w:r>
    </w:p>
    <w:p>
      <w:r>
        <w:br/>
        <w:t>— Бам-бам-бам-бам-бам-бам-бам-бам,— відповів годинник, вітаючись і сповіщаючи одночасно, що вже восьма година вечора. Уявляєте собі, скільки раз він мусив пробамкати о 12 годині? Але Міський годинник добре знав математику і ніколи не помилявся. Крім того, він видзвонював що чверть години: "бім-бім-бім, бім-бім-бім..."</w:t>
      </w:r>
    </w:p>
    <w:p>
      <w:r>
        <w:br/>
        <w:t>— Не маю часу навіть спокійно повечеряти, — скаржився він Місяцеві. — А щоб пильно обдивитися місце, про це й мови не може бути. Мушу іще стежити за вуличними годинниками, щоб завжди правильно показували час. Ти ж знаєш, які вони неслухи, ці вуличні годинники, зовсім як вуличні, хлопчиська. До того ще й дволикі...</w:t>
      </w:r>
    </w:p>
    <w:p>
      <w:r>
        <w:br/>
        <w:t>— Так, так,— погоджувався Місяць. — Це нелегка робота. Але все ж набагато краще, ніж просто швендяти по місту, як це роблю я, оглядаючи все довкола, прислухаючись до цікавих розмов...</w:t>
      </w:r>
    </w:p>
    <w:p>
      <w:r>
        <w:br/>
        <w:t>— Це не дуже гарно: слухати чужі розмови,— сказав Міський годинник. — Хіба тебе не сварять за це?</w:t>
      </w:r>
    </w:p>
    <w:p>
      <w:r>
        <w:br/>
        <w:t>— Ще й як! — зітхнув Місяць. — Тільки я кудись піткнуся, як співають "Ой не світи, Місяченьку..."</w:t>
      </w:r>
    </w:p>
    <w:p>
      <w:r>
        <w:br/>
        <w:t>— Ну от!</w:t>
      </w:r>
    </w:p>
    <w:p>
      <w:r>
        <w:br/>
        <w:t>Вони хвилю помовчали. Місяць тим часом обійшов ратушеву вежу довкола, пильно приглядаючись до кожного годинникового обличчя.</w:t>
      </w:r>
    </w:p>
    <w:p>
      <w:r>
        <w:br/>
        <w:t>— Послухай,— сказав він згодом.— Чи не позичив би ти мені одне із своїх облич? Я так хочу спробувати бути годинником.</w:t>
      </w:r>
    </w:p>
    <w:p>
      <w:r>
        <w:br/>
        <w:t>— Ну що ти? Як можна? Я не маю права бути триликим! — запротестував Міський годинник.</w:t>
      </w:r>
    </w:p>
    <w:p>
      <w:r>
        <w:br/>
        <w:t>— Але ж вуличні годинники мають всього лиш по два обличчя,— не вгавав Місяць,— і не плачуть...</w:t>
      </w:r>
    </w:p>
    <w:p>
      <w:r>
        <w:br/>
        <w:t>— Але ж то вуличні...</w:t>
      </w:r>
    </w:p>
    <w:p>
      <w:r>
        <w:br/>
        <w:t>— Ти просто недобрий приятель! — образився Місяць.— Жаль тобі одного обличчя для найближчого друга.— Ну подумай,— додав він,— ти відпочинеш, адже ніколи не маєш відпустки, оглянеш місто... А я попрацюю за тебе.</w:t>
      </w:r>
    </w:p>
    <w:p>
      <w:r>
        <w:br/>
        <w:t>— Ну гаразд,— зітхнув годинник,— бери! — і він простягнув Місяцеві одне із своїх облич...</w:t>
      </w:r>
    </w:p>
    <w:p>
      <w:r>
        <w:br/>
        <w:t>— Спасибі! — аж проспівав Місяць. —Велике спасибі! Піду я подивлюсь, чи гаразд працюють наші вуличні годинники...</w:t>
      </w:r>
    </w:p>
    <w:p>
      <w:r>
        <w:br/>
        <w:t>— Бім,— коротко відповів йому Міський годинник, — адже вже чверть на дев'яту, не забувай переводити стрілки!</w:t>
      </w:r>
    </w:p>
    <w:p>
      <w:r>
        <w:br/>
        <w:t>Та Місяць уже не слухав його. Хвацько підкрутивши стрілки, як вуса, він рушив оглядати місто і сповіщати всіх про час...</w:t>
      </w:r>
    </w:p>
    <w:p>
      <w:r>
        <w:br/>
        <w:t>— Пхиі — скривився перший Вуличний годинник, помітивши Місяця. — Я ще ніколи не бачив, щоб годинник ходив по небі.</w:t>
      </w:r>
    </w:p>
    <w:p>
      <w:r>
        <w:br/>
        <w:t>— Яке має значення, де ходити! — відповів Місяць.— Хіба ти не ходиш?</w:t>
      </w:r>
    </w:p>
    <w:p>
      <w:r>
        <w:br/>
        <w:t>— Ходжу! Але я сам собі ходжу! — презирливо скривився Вуличний годинник.</w:t>
      </w:r>
    </w:p>
    <w:p>
      <w:r>
        <w:br/>
        <w:t>— А я сам собі ходжу, ще й по небі ходжу! — гордо відповів Місяць.— Отже, я двічі годинник. А ти не забувай переводити стрілки,— додав він звисока і поплив далі.</w:t>
      </w:r>
    </w:p>
    <w:p>
      <w:r>
        <w:br/>
        <w:t>Незабаром Місяць побачив ще один Вуличний годинник.</w:t>
      </w:r>
    </w:p>
    <w:p>
      <w:r>
        <w:br/>
        <w:t>— Цікаво, цікаво,— промимрив Місяць,— чому це ти відвертаєшся від мене?</w:t>
      </w:r>
    </w:p>
    <w:p>
      <w:r>
        <w:br/>
        <w:t>Годинник скоса глянув на Місяця.</w:t>
      </w:r>
    </w:p>
    <w:p>
      <w:r>
        <w:br/>
        <w:t>— Що з тобою,— продовжував Місяць,— чи ти не хворий?</w:t>
      </w:r>
    </w:p>
    <w:p>
      <w:r>
        <w:br/>
        <w:t>— Ні,— буркнув годинник,— я просто показую потрібний час.</w:t>
      </w:r>
    </w:p>
    <w:p>
      <w:r>
        <w:br/>
        <w:t>Місяць, на жаль, не бачив свого обличчя і тому не міг сказати, чи правду каже Вуличний годинник. Але він добре запам'ятав розмову з приятелем з ратушевої вежі.</w:t>
      </w:r>
    </w:p>
    <w:p>
      <w:r>
        <w:br/>
        <w:t>— Зараз перевірю, чи ти не дволикий,— сказав Місяць і поспішив поглянути на друге годинникове обличчя.</w:t>
      </w:r>
    </w:p>
    <w:p>
      <w:r>
        <w:br/>
        <w:t>Але воно було таке ж саме, як і перше.</w:t>
      </w:r>
    </w:p>
    <w:p>
      <w:r>
        <w:br/>
        <w:t>— Ну, гаразд, — сказав Місяць, — але страшенно не подобаються мені такі квасні обличчя!</w:t>
      </w:r>
    </w:p>
    <w:p>
      <w:r>
        <w:br/>
        <w:t>Якийсь час Місяць не надибував .жодного Вуличного годинника. Аж нарешті на одній маленькій вузенькій вулиці щось щире посміхнулося до нього.</w:t>
      </w:r>
    </w:p>
    <w:p>
      <w:r>
        <w:br/>
        <w:t>— Оцей мені подобається! — вигукнув Місяць. — Привіт, приятелю!</w:t>
      </w:r>
    </w:p>
    <w:p>
      <w:r>
        <w:br/>
        <w:t>— Привіт! — радісно привітав його третій годинник. Обличчя йому світились радістю, стрілки вдоволено стирчали у різні боки.</w:t>
      </w:r>
    </w:p>
    <w:p>
      <w:r>
        <w:br/>
        <w:t>— Нарешті зустрічаю приємне обличчя,— весело промовив Місяць. — Цілу годину блукаю містом, і всі, хто б мене не зустрічав, кривляться на мене, як на кислицю...</w:t>
      </w:r>
    </w:p>
    <w:p>
      <w:r>
        <w:br/>
        <w:t>— Як на мене, то я часто маю гарний настрій, — сказав годинник. — І ви, на ваше щастя, потрапили якраз в такий час...</w:t>
      </w:r>
    </w:p>
    <w:p>
      <w:r>
        <w:br/>
        <w:t>— Це чудово — завжди мати гарний настрій і усміхнене обличчя! — вигукнув Місяць.—Я вам раджу бути таким завжди!</w:t>
      </w:r>
    </w:p>
    <w:p>
      <w:r>
        <w:br/>
        <w:t>— Ви так думаєте? — здивувався годинник.</w:t>
      </w:r>
    </w:p>
    <w:p>
      <w:r>
        <w:br/>
        <w:t>— Я певний цього!</w:t>
      </w:r>
    </w:p>
    <w:p>
      <w:r>
        <w:br/>
        <w:t>Вони ще трохи погомоніли, і Місяць зібрався відходити.</w:t>
      </w:r>
    </w:p>
    <w:p>
      <w:r>
        <w:br/>
        <w:t>— Мені було дуже приємно і цікаво з вами, — сказав він. — О, не журіться, — вигукнув Місяць, глянувши на годинникове обличчя, — не журіться, прошу вас!</w:t>
      </w:r>
    </w:p>
    <w:p>
      <w:r>
        <w:br/>
        <w:t>Але годинник кривився усе більше й більше.</w:t>
      </w:r>
    </w:p>
    <w:p>
      <w:r>
        <w:br/>
        <w:t>— Будь ласка, посміхніться,— заблагав Місяць.— Ди так мило посміхаєтесь!</w:t>
      </w:r>
    </w:p>
    <w:p>
      <w:r>
        <w:br/>
        <w:t>— Але... я... я... не можу... — пробелькотав годинник, — не знаю, чи зможу...</w:t>
      </w:r>
    </w:p>
    <w:p>
      <w:r>
        <w:br/>
        <w:t>— Постарайтесь!</w:t>
      </w:r>
    </w:p>
    <w:p>
      <w:r>
        <w:br/>
        <w:t>— Добре! — І годинник з натугою сіпнув лівим вусом і знову посміхнувся до Місяця.</w:t>
      </w:r>
    </w:p>
    <w:p>
      <w:r>
        <w:br/>
        <w:t>— Чудово! Чудово! — проспівав Місяць, піднімаючись вгору.— Але ж, приятелю, — вигукнув він.— Ви дволикий! З одного боку ви посміхаєтесь, а з другого кривитесь!</w:t>
      </w:r>
    </w:p>
    <w:p>
      <w:r>
        <w:br/>
        <w:t>— Я, здається, уже нічого не зможу зробити,— розпачливо мовив годинник. —Дзінь... Буммм...</w:t>
      </w:r>
    </w:p>
    <w:p>
      <w:r>
        <w:br/>
        <w:t>І він затих назовсім.</w:t>
      </w:r>
    </w:p>
    <w:p>
      <w:r>
        <w:br/>
        <w:t>Переляканий Місяць побіг назад до ратущевої вежі.</w:t>
      </w:r>
    </w:p>
    <w:p>
      <w:r>
        <w:br/>
        <w:t>— Здається, вони всі зіпсувались! — сказав він Міському годинникові.</w:t>
      </w:r>
    </w:p>
    <w:p>
      <w:r>
        <w:br/>
        <w:t>— Як-то всі?</w:t>
      </w:r>
    </w:p>
    <w:p>
      <w:r>
        <w:br/>
        <w:t>— Перший, кого я побачив, лише кривився, другий — відвертався, третій, цей найввічливішии, щиро посміхався, а потім виявилось, що він нещирий...</w:t>
      </w:r>
    </w:p>
    <w:p>
      <w:r>
        <w:br/>
        <w:t>Ратушевий годинник похитав головою:</w:t>
      </w:r>
    </w:p>
    <w:p>
      <w:r>
        <w:br/>
        <w:t>— Ось що значить братися не за свою справу. Дано ж тобі визначати місяці</w:t>
      </w:r>
    </w:p>
    <w:p>
      <w:r>
        <w:br/>
        <w:t>— Воно-то так,— сумно похилив голову Місяць, — але ж це так довго чекати від одного місяця до іншого...</w:t>
      </w:r>
    </w:p>
    <w:p>
      <w:r>
        <w:br/>
        <w:t>— А що казати Сонцю, по якому люди навчились визначати роки? ?Місяць довго думав, а потім сказав:</w:t>
      </w:r>
    </w:p>
    <w:p>
      <w:r>
        <w:br/>
        <w:t>— Маєш рацію! Кожен повинен знати своє місце і свої обов'язки.</w:t>
      </w:r>
    </w:p>
    <w:p>
      <w:r>
        <w:br/>
        <w:t>На другий вечір Місяць вийшов на небо у новенькому убранні, тісно підперезаний, від чого виглядав зовсім юним. Він ласкаво вклонявся хмаркам, натирав до блиску зорі і прискіпливим оком оглядав місто: чи всі знають, що скоро початок нового місяця?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годинники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