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галантного кавалера</w:t>
      </w:r>
    </w:p>
    <w:p>
      <w:r>
        <w:br/>
        <w:t xml:space="preserve"> &lt;p&gt;Молода яблунька у приміському саду зацвіла цього року вперше. Була вона вже височенька, цвіту на гілках розсипалось рясно-рясно, і вона невимовно пишалася ним.</w:t>
      </w:r>
    </w:p>
    <w:p>
      <w:r>
        <w:br/>
        <w:t>— От побачите,— шелестіла то до одної, то до другої своєї сусідки — старих розлогих яблунь,— побачите, скільки плодів буде в мене восени. Великих, одне в одне, жовто-рум’яних, адже я — сорту золотий ренет. Правда, гарна назва?</w:t>
      </w:r>
    </w:p>
    <w:p>
      <w:r>
        <w:br/>
        <w:t>— Правда,— відповідали літні дерева, тепло усміхаючись на її слова.</w:t>
      </w:r>
    </w:p>
    <w:p>
      <w:r>
        <w:br/>
        <w:t>І тільки мати, дуплава яблуня, що це з неї колись прищепили пагінець до тоненької дички, сердилась і бурчала:</w:t>
      </w:r>
    </w:p>
    <w:p>
      <w:r>
        <w:br/>
        <w:t>— Чого вихваляєшся, дочко! Ти яблука спершу виплекай.</w:t>
      </w:r>
    </w:p>
    <w:p>
      <w:r>
        <w:br/>
        <w:t>Але ренетка не зважала. їй було так сонячно й світло у цьому весняному саду!</w:t>
      </w:r>
    </w:p>
    <w:p>
      <w:r>
        <w:br/>
        <w:t>— О, диво з див! — забриніло раптом щось до неї, і яблунька побачила метелика.</w:t>
      </w:r>
    </w:p>
    <w:p>
      <w:r>
        <w:br/>
        <w:t>— Панночко, дозвольте зробити вам комплімент!</w:t>
      </w:r>
    </w:p>
    <w:p>
      <w:r>
        <w:br/>
        <w:t>— Ой...— зашарілася вона.</w:t>
      </w:r>
    </w:p>
    <w:p>
      <w:r>
        <w:br/>
        <w:t>— Ви білий парус моєї мрії, що пливе по зелених хвилях весни. Ви вся така, така!.. Дозвольте поцілувати кінчики ваших пелюсток.</w:t>
      </w:r>
    </w:p>
    <w:p>
      <w:r>
        <w:br/>
        <w:t>— Що ви,— зовсім знітилася яблунька,— не треба.</w:t>
      </w:r>
    </w:p>
    <w:p>
      <w:r>
        <w:br/>
        <w:t>Але метелик уже сидів на її гілці.</w:t>
      </w:r>
    </w:p>
    <w:p>
      <w:r>
        <w:br/>
        <w:t>— Ви могли б зніматися в кіно і стати відомою актрисою. Але тут, у цьому саду,— хто вас тут бачить?</w:t>
      </w:r>
    </w:p>
    <w:p>
      <w:r>
        <w:br/>
        <w:t>І хто розуміє ваші високі поривання? Ці допотопні яблуні такі консервативні!</w:t>
      </w:r>
    </w:p>
    <w:p>
      <w:r>
        <w:br/>
        <w:t>— Які, які? — перепитала яблунька.</w:t>
      </w:r>
    </w:p>
    <w:p>
      <w:r>
        <w:br/>
        <w:t>Але метелик не став їй пояснювати незнайомого слова, яке підхопив десь, пролітаючи міською вулицею, та й сам, либонь, не розумів.</w:t>
      </w:r>
    </w:p>
    <w:p>
      <w:r>
        <w:br/>
        <w:t>— У мене душа художника, і мені здається, що ми могли б заприятелювати. Адже у вас тут немає друзів.</w:t>
      </w:r>
    </w:p>
    <w:p>
      <w:r>
        <w:br/>
        <w:t>— Мене провідують бджілки, а недавно прилітав щиглик,— заперечила яблунька.</w:t>
      </w:r>
    </w:p>
    <w:p>
      <w:r>
        <w:br/>
        <w:t>— Бджоли, ці руді, засмикані створіння! Завжди вони щось тягнуть до свого вулика, завжди в сімейних клопотах. Вони не вміють жити красиво.</w:t>
      </w:r>
    </w:p>
    <w:p>
      <w:r>
        <w:br/>
        <w:t>Яблунька хотіла було сказати, що бджілки не руді, а золотисті, мов сонячний промінь, що вони ласкаві і дуже працьовиті, але не зважилася перечити елегантному красеневі.</w:t>
      </w:r>
    </w:p>
    <w:p>
      <w:r>
        <w:br/>
        <w:t>— А, щиглик, з тими старомодними червоними кантами на крилах! Він навіть не бував у місті. Він не здатний оцінити вашу вроду... Проте мені уже час,— стрепенувся метелик.— Справи, знаєте, справи. Вибачте, мушу вас залишити. Дуже приємно було познайомитись! Я неодмінно, неодмінно до вас ще прилечу!</w:t>
      </w:r>
    </w:p>
    <w:p>
      <w:r>
        <w:br/>
        <w:t>"Який він вихований,— зітхнула яблунька, коли метелик зник за деревами.— Не те що ми у цьому глухому саду..."</w:t>
      </w:r>
    </w:p>
    <w:p>
      <w:r>
        <w:br/>
        <w:t>Він справді невдовзі прилетів з цілою зграйкою різнобарвних метеликів.</w:t>
      </w:r>
    </w:p>
    <w:p>
      <w:r>
        <w:br/>
        <w:t>— Дозвольте познайомити: мій друг Літунець,— представив метелик одного з них.— Справжній знавець музики: одного разу він пролітав повз вікно кімнати, в якій грали вальс Шопена.</w:t>
      </w:r>
    </w:p>
    <w:p>
      <w:r>
        <w:br/>
        <w:t>— Вальс? Мабуть, він ніжний, як вітерець опівдні,— сказала яблунька.</w:t>
      </w:r>
    </w:p>
    <w:p>
      <w:r>
        <w:br/>
        <w:t>— У нас у кожного є якесь хобі,— продовжував метелик.— Пурхунчик, приміром, пристрасний кінолюбитель. Уявіть собі, він щойно бачив афіщх на фільм Федеріко Фелліні.</w:t>
      </w:r>
    </w:p>
    <w:p>
      <w:r>
        <w:br/>
        <w:t>— Як цікаво! А... про що той фільм? — наївно запитала яблунька.</w:t>
      </w:r>
    </w:p>
    <w:p>
      <w:r>
        <w:br/>
        <w:t>— Фільм? Ну, про... про життя! — глибокодумно мовив метелик.</w:t>
      </w:r>
    </w:p>
    <w:p>
      <w:r>
        <w:br/>
        <w:t>Яблунька небагато, зрозуміла з такого пояснення, але, щоб не показувати свою необізнаність, більше не зважувалася нічого питати.</w:t>
      </w:r>
    </w:p>
    <w:p>
      <w:r>
        <w:br/>
        <w:t>Метелики сиділи на її гіллі, модні, елегантні, розмовляли про різні невідомі їй речі, і наймудрішим серед них був, звичайно ж, її приятель. Ренетка потай милувалася ним і, хоч сама собі вона видавалася тепер незграбною і відсталою, все ж утішалася думкою, що метелик захотів познайомитись саме з нею.</w:t>
      </w:r>
    </w:p>
    <w:p>
      <w:r>
        <w:br/>
        <w:t>Під вечір гості полетіли, пообіцявши навідуватись.</w:t>
      </w:r>
    </w:p>
    <w:p>
      <w:r>
        <w:br/>
        <w:t>— Дочко, дочко! Ти надто легковажна. Не випадає порядній яблуньці знатися з якимись гульвісами,— докоряла їй стара ренета.</w:t>
      </w:r>
    </w:p>
    <w:p>
      <w:r>
        <w:br/>
        <w:t>Але яблунька забула про все, не помічала бджілок, не зважала на щиглика, а цілі дні виглядала свого метелика. Він їй снився ночами, проте більше так і не прилетів. Зате навідувалися його друзі і, передавши вітання від метелика, який, знаєте, страшенно зайнятий, розкошували серед рум’яного квіту.</w:t>
      </w:r>
    </w:p>
    <w:p>
      <w:r>
        <w:br/>
        <w:t>Невдовзі яблунька захворіла. Листки на ній почали скручуватись, обмотані липучим павутинням, по гіллячках полізла гусінь.</w:t>
      </w:r>
    </w:p>
    <w:p>
      <w:r>
        <w:br/>
        <w:t>— Як боляче,— жалілась яблунька.— І де поділась моя врода!</w:t>
      </w:r>
    </w:p>
    <w:p>
      <w:r>
        <w:br/>
        <w:t>Одного дня в сад залетів щиглик, той самий старомодний щиглик, який ніколи не бував у місті і якого ренетка геть забула, зазнайомившись з метеликом. Він мовчки заходився визбирувати гусінь, і яблуньці полегшало.</w:t>
      </w:r>
    </w:p>
    <w:p>
      <w:r>
        <w:br/>
        <w:t>Настала осінь. Срібно забриніла павутинка бабиного літа, і з обважнілих яблунь почали падати стиглі плоди. У сад прийшли люди з кошиками і драбинами. Вони обривали яблука і, милуючись ними, казали:</w:t>
      </w:r>
    </w:p>
    <w:p>
      <w:r>
        <w:br/>
        <w:t>— Гарно вродив сад. Цього року політок на яблука.</w:t>
      </w:r>
    </w:p>
    <w:p>
      <w:r>
        <w:br/>
        <w:t>Дерева полегшено потягались, розпростовуючи звільнене гілля, і гордо позирали на повні кошики.</w:t>
      </w:r>
    </w:p>
    <w:p>
      <w:r>
        <w:br/>
        <w:t>— Ай-яй-яй, а ренетки червиві,— мовив садівник.— Весь урожай пропав. Як я прогавив метеликів-шкідників?</w:t>
      </w:r>
    </w:p>
    <w:p>
      <w:r>
        <w:br/>
        <w:t>— Пропав урожай? Червивий? — вражено шелеснула ренетка.— І все це... через метеликів?</w:t>
      </w:r>
    </w:p>
    <w:p>
      <w:r>
        <w:br/>
        <w:t>У саду пахло яблуками, осінню, прив’ялою отавою, яблука янтарно світилися в кошиках — саме такі, про які мріяла юна ренетка: великі, стиглі, одне в одне.</w:t>
      </w:r>
    </w:p>
    <w:p>
      <w:r>
        <w:br/>
        <w:t>— Ах, той метелик! — тихенько заплакала яблунька, ронячи пошерхле листя.— А він же був такий люб’язний...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галантного кавалера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