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Казак на чужбине</w:t>
      </w:r>
    </w:p>
    <w:p>
      <w:r>
        <w:br/>
        <w:t xml:space="preserve"> &lt;blockquote class="cita" style='text-align:left'&gt;&lt;p&gt;(украинская мелодия)</w:t>
      </w:r>
    </w:p>
    <w:p>
      <w:r>
        <w:br/>
        <w:t>Поехал далёко казак на чужбину</w:t>
      </w:r>
    </w:p>
    <w:p>
      <w:r>
        <w:br/>
        <w:t>На добром коне вороном.</w:t>
      </w:r>
    </w:p>
    <w:p>
      <w:r>
        <w:br/>
        <w:t>Свою он Украину навеки покинул,</w:t>
      </w:r>
    </w:p>
    <w:p>
      <w:r>
        <w:br/>
        <w:t>Ему не вернуться в отеческий дом!</w:t>
      </w:r>
    </w:p>
    <w:p>
      <w:r>
        <w:br/>
        <w:t>Напрасно казачка его молодая</w:t>
      </w:r>
    </w:p>
    <w:p>
      <w:r>
        <w:br/>
        <w:t>И утро и вечер на север глядит,</w:t>
      </w:r>
    </w:p>
    <w:p>
      <w:r>
        <w:br/>
        <w:t>Всё ждет да пождет, из полночного края</w:t>
      </w:r>
    </w:p>
    <w:p>
      <w:r>
        <w:br/>
        <w:t>К ней милый когда прилетит.</w:t>
      </w:r>
    </w:p>
    <w:p>
      <w:r>
        <w:br/>
        <w:t>Далёко, откуда к нам веют метели,</w:t>
      </w:r>
    </w:p>
    <w:p>
      <w:r>
        <w:br/>
        <w:t>Где страшно морозы трещат,</w:t>
      </w:r>
    </w:p>
    <w:p>
      <w:r>
        <w:br/>
        <w:t>Где сдвинулись дружно и сосны и ели,</w:t>
      </w:r>
    </w:p>
    <w:p>
      <w:r>
        <w:br/>
        <w:t>Казацкие кости лежат.</w:t>
      </w:r>
    </w:p>
    <w:p>
      <w:r>
        <w:br/>
        <w:t>Казак и просил, и молил, умирая,</w:t>
      </w:r>
    </w:p>
    <w:p>
      <w:r>
        <w:br/>
        <w:t>Насыпать курган в головах:</w:t>
      </w:r>
    </w:p>
    <w:p>
      <w:r>
        <w:br/>
        <w:t>"Пускай на кургане калина родная</w:t>
      </w:r>
    </w:p>
    <w:p>
      <w:r>
        <w:br/>
        <w:t>Красуется в ярких плодах.</w:t>
      </w:r>
    </w:p>
    <w:p>
      <w:r>
        <w:br/>
        <w:t>Пусть вольные птицы, садясь на калине,</w:t>
      </w:r>
    </w:p>
    <w:p>
      <w:r>
        <w:br/>
        <w:t>Порой прощебечут и мне,</w:t>
      </w:r>
    </w:p>
    <w:p>
      <w:r>
        <w:br/>
        <w:t>Мне, бедному, весть на холодной чужбине</w:t>
      </w:r>
    </w:p>
    <w:p>
      <w:r>
        <w:br/>
        <w:t>О милой, родной стороне!"</w:t>
      </w:r>
    </w:p>
    <w:p>
      <w:r>
        <w:br/>
        <w:t>1837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Казак на чужбине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