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Кавуни</w:t>
      </w:r>
    </w:p>
    <w:p>
      <w:r>
        <w:br/>
        <w:t xml:space="preserve"> &lt;p&gt;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