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ва з кардамон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ва з кардамо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