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Катерина</w:t>
      </w:r>
    </w:p>
    <w:p>
      <w:r>
        <w:br/>
        <w:t xml:space="preserve"> &lt;blockquote&gt;Василию Андреевичу Жуковскому&lt;br /&gt;</w:t>
        <w:br/>
        <w:t>на память 22 апреля 1838 года&lt;/blockquote&gt;</w:t>
      </w:r>
    </w:p>
    <w:p>
      <w:r>
        <w:br/>
        <w:t>І</w:t>
      </w:r>
    </w:p>
    <w:p>
      <w:r>
        <w:br/>
        <w:t>Кохайтеся, чорнобриві,&lt;br /&gt;</w:t>
        <w:br/>
        <w:t>Та не з москалями,&lt;br /&gt;</w:t>
        <w:br/>
        <w:t>Бо москалі — чужі люде,&lt;br /&gt;</w:t>
        <w:br/>
        <w:t>Роблять лихо з вами.&lt;br /&gt;</w:t>
        <w:br/>
        <w:t>Москаль любить жартуючи,&lt;br /&gt;</w:t>
        <w:br/>
        <w:t>Жартуючи кине;&lt;br /&gt;</w:t>
        <w:br/>
        <w:t>Піде в свою Московщину,&lt;br /&gt;</w:t>
        <w:br/>
        <w:t>А дівчина гине —&lt;br /&gt;</w:t>
        <w:br/>
        <w:t>Якби сама, ще б нічого,&lt;br /&gt;</w:t>
        <w:br/>
        <w:t>А то й стара мати,&lt;br /&gt;</w:t>
        <w:br/>
        <w:t>Що привела на світ божий,&lt;br /&gt;</w:t>
        <w:br/>
        <w:t>Мусить погибати.&lt;br /&gt;</w:t>
        <w:br/>
        <w:t>Серце в'яне співаючи,&lt;br /&gt;</w:t>
        <w:br/>
        <w:t>Коли знає за що;&lt;br /&gt;</w:t>
        <w:br/>
        <w:t>Люде серця не побачать,&lt;br /&gt;</w:t>
        <w:br/>
        <w:t>А скажуть — ледащо!&lt;br /&gt;</w:t>
        <w:br/>
        <w:t>Кохайтеся ж, чорнобриві,&lt;br /&gt;</w:t>
        <w:br/>
        <w:t>Та не з москалями,&lt;br /&gt;</w:t>
        <w:br/>
        <w:t>Бо москалі — чужі люде,&lt;br /&gt;</w:t>
        <w:br/>
        <w:t>Знущаються вами.</w:t>
      </w:r>
    </w:p>
    <w:p>
      <w:r>
        <w:br/>
        <w:t>Не слухала Катерина&lt;br /&gt;</w:t>
        <w:br/>
        <w:t>Ні батька, ні неньки,&lt;br /&gt;</w:t>
        <w:br/>
        <w:t>Полюбила москалика,&lt;br /&gt;</w:t>
        <w:br/>
        <w:t>Як знало серденько.&lt;br /&gt;</w:t>
        <w:br/>
        <w:t>Полюбила молодого,&lt;br /&gt;</w:t>
        <w:br/>
        <w:t>В садочок ходила,&lt;br /&gt;</w:t>
        <w:br/>
        <w:t>Поки себе, свою долю&lt;br /&gt;</w:t>
        <w:br/>
        <w:t>Там занапастила.&lt;br /&gt;</w:t>
        <w:br/>
        <w:t>Кличе мати вечеряти,&lt;br /&gt;</w:t>
        <w:br/>
        <w:t>А донька не чує;&lt;br /&gt;</w:t>
        <w:br/>
        <w:t>Де жартує з москаликом,&lt;br /&gt;</w:t>
        <w:br/>
        <w:t>Там і заночує.&lt;br /&gt;</w:t>
        <w:br/>
        <w:t>Не дві ночі карі очі&lt;br /&gt;</w:t>
        <w:br/>
        <w:t>Любо цілувала,&lt;br /&gt;</w:t>
        <w:br/>
        <w:t>Поки слава на все село&lt;br /&gt;</w:t>
        <w:br/>
        <w:t>Недобрая стала.&lt;br /&gt;</w:t>
        <w:br/>
        <w:t>Нехай собі тії люде&lt;br /&gt;</w:t>
        <w:br/>
        <w:t>Що хотять говорять:&lt;br /&gt;</w:t>
        <w:br/>
        <w:t>Вона любить, то й не чує,&lt;br /&gt;</w:t>
        <w:br/>
        <w:t>Що вкралося горе.&lt;br /&gt;</w:t>
        <w:br/>
        <w:t>Прийшли вісти недобрії —&lt;br /&gt;</w:t>
        <w:br/>
        <w:t>В поход затрубили.&lt;br /&gt;</w:t>
        <w:br/>
        <w:t>Пішов москаль в Туреччину;&lt;br /&gt;</w:t>
        <w:br/>
        <w:t>Катрусю накрили.&lt;br /&gt;</w:t>
        <w:br/>
        <w:t>Незчулася, та й байдуже,&lt;br /&gt;</w:t>
        <w:br/>
        <w:t>Що коса покрита:&lt;br /&gt;</w:t>
        <w:br/>
        <w:t>За милого, як співати,&lt;br /&gt;</w:t>
        <w:br/>
        <w:t>Любо й потужити.&lt;br /&gt;</w:t>
        <w:br/>
        <w:t>Обіцявся чорнобривий,&lt;br /&gt;</w:t>
        <w:br/>
        <w:t>Коли не загине,&lt;br /&gt;</w:t>
        <w:br/>
        <w:t>Обіцявся вернутися.&lt;br /&gt;</w:t>
        <w:br/>
        <w:t>Тойді Катерина&lt;br /&gt;</w:t>
        <w:br/>
        <w:t>Буде собі московкою,&lt;br /&gt;</w:t>
        <w:br/>
        <w:t>Забудеться горе;&lt;br /&gt;</w:t>
        <w:br/>
        <w:t>А поки що, нехай люде&lt;br /&gt;</w:t>
        <w:br/>
        <w:t>Що хотять говорять.&lt;br /&gt;</w:t>
        <w:br/>
        <w:t>Не журиться Катерина —&lt;br /&gt;</w:t>
        <w:br/>
        <w:t>Слізоньки втирає,&lt;br /&gt;</w:t>
        <w:br/>
        <w:t>Бо дівчата на улиці&lt;br /&gt;</w:t>
        <w:br/>
        <w:t>Без неї співають.&lt;br /&gt;</w:t>
        <w:br/>
        <w:t>Не журиться Катерина —&lt;br /&gt;</w:t>
        <w:br/>
        <w:t>Вмиється сльозою,&lt;br /&gt;</w:t>
        <w:br/>
        <w:t>Возьме відра, опівночі&lt;br /&gt;</w:t>
        <w:br/>
        <w:t>Піде за водою,&lt;br /&gt;</w:t>
        <w:br/>
        <w:t>Щоб вороги не бачили;&lt;br /&gt;</w:t>
        <w:br/>
        <w:t>Прийде до криниці,&lt;br /&gt;</w:t>
        <w:br/>
        <w:t>Стане собі під калину,&lt;br /&gt;</w:t>
        <w:br/>
        <w:t>Заспіває Гриця.&lt;br /&gt;</w:t>
        <w:br/>
        <w:t>Виспівує, вимовляє,&lt;br /&gt;</w:t>
        <w:br/>
        <w:t>Аж калина плаче.&lt;br /&gt;</w:t>
        <w:br/>
        <w:t>Вернулася — і раденька,&lt;br /&gt;</w:t>
        <w:br/>
        <w:t>Що ніхто не бачив.&lt;br /&gt;</w:t>
        <w:br/>
        <w:t>Не журиться Катерина&lt;br /&gt;</w:t>
        <w:br/>
        <w:t>І гадки не має —&lt;br /&gt;</w:t>
        <w:br/>
        <w:t>У новенькій хустиночці&lt;br /&gt;</w:t>
        <w:br/>
        <w:t>В вікно виглядає.&lt;br /&gt;</w:t>
        <w:br/>
        <w:t>Виглядає Катерина...&lt;br /&gt;</w:t>
        <w:br/>
        <w:t>Минуло півроку;&lt;br /&gt;</w:t>
        <w:br/>
        <w:t>Занудило коло серця,&lt;br /&gt;</w:t>
        <w:br/>
        <w:t>Закололо в боку.&lt;br /&gt;</w:t>
        <w:br/>
        <w:t>Нездужає Катерина,&lt;br /&gt;</w:t>
        <w:br/>
        <w:t>Ледве-ледве дише...&lt;br /&gt;</w:t>
        <w:br/>
        <w:t>Вичуняла та в запічку&lt;br /&gt;</w:t>
        <w:br/>
        <w:t>Дитину колише.&lt;br /&gt;</w:t>
        <w:br/>
        <w:t>А жіночки лихо дзвонять,&lt;br /&gt;</w:t>
        <w:br/>
        <w:t>Матері глузують,&lt;br /&gt;</w:t>
        <w:br/>
        <w:t>Що москалі вертаються&lt;br /&gt;</w:t>
        <w:br/>
        <w:t>Та в неї ночують:&lt;br /&gt;</w:t>
        <w:br/>
        <w:t>"В тебе дочка чорнобрива,&lt;br /&gt;</w:t>
        <w:br/>
        <w:t>Та ще й не єдина,&lt;br /&gt;</w:t>
        <w:br/>
        <w:t>А муштрує у запічку&lt;br /&gt;</w:t>
        <w:br/>
        <w:t>Московського сина.&lt;br /&gt;</w:t>
        <w:br/>
        <w:t>Чорнобривого придбала...&lt;br /&gt;</w:t>
        <w:br/>
        <w:t>Мабуть, сама вчила..."&lt;br /&gt;</w:t>
        <w:br/>
        <w:t>Бодай же вас, цокотухи,&lt;br /&gt;</w:t>
        <w:br/>
        <w:t>Та злидні побили,&lt;br /&gt;</w:t>
        <w:br/>
        <w:t>Як ту матір, що вам на сміх&lt;br /&gt;</w:t>
        <w:br/>
        <w:t>Сина породила.</w:t>
      </w:r>
    </w:p>
    <w:p>
      <w:r>
        <w:br/>
        <w:t>Катерино, серце моє!&lt;br /&gt;</w:t>
        <w:br/>
        <w:t>Лишенько з тобою!&lt;br /&gt;</w:t>
        <w:br/>
        <w:t>Де ти в світі подінешся&lt;br /&gt;</w:t>
        <w:br/>
        <w:t>З малим сиротою?&lt;br /&gt;</w:t>
        <w:br/>
        <w:t>Хто спитає, привітає&lt;br /&gt;</w:t>
        <w:br/>
        <w:t>Без милого в світі?&lt;br /&gt;</w:t>
        <w:br/>
        <w:t>Батько, мати — чужі люде,&lt;br /&gt;</w:t>
        <w:br/>
        <w:t>Тяжко з ними жити!</w:t>
      </w:r>
    </w:p>
    <w:p>
      <w:r>
        <w:br/>
        <w:t>Вичуняла Катерина,&lt;br /&gt;</w:t>
        <w:br/>
        <w:t>Одсуне кватирку,&lt;br /&gt;</w:t>
        <w:br/>
        <w:t>Поглядає на улицю,&lt;br /&gt;</w:t>
        <w:br/>
        <w:t>Колише дитинку;&lt;br /&gt;</w:t>
        <w:br/>
        <w:t>Поглядає — нема, нема...&lt;br /&gt;</w:t>
        <w:br/>
        <w:t>Чи то ж і не буде?&lt;br /&gt;</w:t>
        <w:br/>
        <w:t>Пішла б в садок поплакати,&lt;br /&gt;</w:t>
        <w:br/>
        <w:t>Так дивляться люде.&lt;br /&gt;</w:t>
        <w:br/>
        <w:t>Зайде сонце — Катерина&lt;br /&gt;</w:t>
        <w:br/>
        <w:t>По садочку ходить,&lt;br /&gt;</w:t>
        <w:br/>
        <w:t>На рученьках носить сина,&lt;br /&gt;</w:t>
        <w:br/>
        <w:t>Очиці поводить:&lt;br /&gt;</w:t>
        <w:br/>
        <w:t>"Отут з муштри виглядала,&lt;br /&gt;</w:t>
        <w:br/>
        <w:t>Отут розмовляла,&lt;br /&gt;</w:t>
        <w:br/>
        <w:t>А там... а там... сину, сину!"&lt;br /&gt;</w:t>
        <w:br/>
        <w:t>Та й не доказала.&lt;br /&gt;</w:t>
        <w:br/>
        <w:t>Зеленіють по садочку&lt;br /&gt;</w:t>
        <w:br/>
        <w:t>Черешні та вишні;&lt;br /&gt;</w:t>
        <w:br/>
        <w:t>Як і перше виходила,&lt;br /&gt;</w:t>
        <w:br/>
        <w:t>Катерина вийшла.&lt;br /&gt;</w:t>
        <w:br/>
        <w:t>Вийшла, та вже не співає,&lt;br /&gt;</w:t>
        <w:br/>
        <w:t>Як перше співала,&lt;br /&gt;</w:t>
        <w:br/>
        <w:t>Як москаля молодого&lt;br /&gt;</w:t>
        <w:br/>
        <w:t>В вишник дожидала.&lt;br /&gt;</w:t>
        <w:br/>
        <w:t>Не співає чорнобрива,&lt;br /&gt;</w:t>
        <w:br/>
        <w:t>Кляне свою долю.&lt;br /&gt;</w:t>
        <w:br/>
        <w:t>А тим часом вороженьки&lt;br /&gt;</w:t>
        <w:br/>
        <w:t>Чинять свою волю —&lt;br /&gt;</w:t>
        <w:br/>
        <w:t>Кують речі недобрії.&lt;br /&gt;</w:t>
        <w:br/>
        <w:t>Що має робити?&lt;br /&gt;</w:t>
        <w:br/>
        <w:t>Якби милий чорнобривий,&lt;br /&gt;</w:t>
        <w:br/>
        <w:t>Умів би спинити...&lt;br /&gt;</w:t>
        <w:br/>
        <w:t>Так далеко чорнобривий,&lt;br /&gt;</w:t>
        <w:br/>
        <w:t>Не чує, не бачить,&lt;br /&gt;</w:t>
        <w:br/>
        <w:t>Як вороги сміються їй,&lt;br /&gt;</w:t>
        <w:br/>
        <w:t>Як Катруся плаче.&lt;br /&gt;</w:t>
        <w:br/>
        <w:t>Може, вбитий чорнобривий&lt;br /&gt;</w:t>
        <w:br/>
        <w:t>За тихим Дунаєм;&lt;br /&gt;</w:t>
        <w:br/>
        <w:t>А може — вже в Московщині&lt;br /&gt;</w:t>
        <w:br/>
        <w:t>Другую кохає!&lt;br /&gt;</w:t>
        <w:br/>
        <w:t>Ні, чорнявий не убитий,&lt;br /&gt;</w:t>
        <w:br/>
        <w:t>Він живий, здоровий...&lt;br /&gt;</w:t>
        <w:br/>
        <w:t>А де ж найде такі очі,&lt;br /&gt;</w:t>
        <w:br/>
        <w:t>Такі чорні брови?&lt;br /&gt;</w:t>
        <w:br/>
        <w:t>На край світа, в Московщині,&lt;br /&gt;</w:t>
        <w:br/>
        <w:t>По тім боці моря,&lt;br /&gt;</w:t>
        <w:br/>
        <w:t>Нема нігде Катерини;&lt;br /&gt;</w:t>
        <w:br/>
        <w:t>Та здалась на горе!..&lt;br /&gt;</w:t>
        <w:br/>
        <w:t>Вміла мати брови дати,&lt;br /&gt;</w:t>
        <w:br/>
        <w:t>Карі оченята,&lt;br /&gt;</w:t>
        <w:br/>
        <w:t>Та не вміла на сім світі&lt;br /&gt;</w:t>
        <w:br/>
        <w:t>Щастя-долі дати.&lt;br /&gt;</w:t>
        <w:br/>
        <w:t>А без долі біле личко —&lt;br /&gt;</w:t>
        <w:br/>
        <w:t>Як квітка на полі:&lt;br /&gt;</w:t>
        <w:br/>
        <w:t>Пече сонце, гойда вітер,&lt;br /&gt;</w:t>
        <w:br/>
        <w:t>Рве всякий по волі.&lt;br /&gt;</w:t>
        <w:br/>
        <w:t>Умивай же біле личко&lt;br /&gt;</w:t>
        <w:br/>
        <w:t>Дрібними сльозами,&lt;br /&gt;</w:t>
        <w:br/>
        <w:t>Бо вернулись москалики&lt;br /&gt;</w:t>
        <w:br/>
        <w:t>Іншими шляхами.</w:t>
      </w:r>
    </w:p>
    <w:p>
      <w:r>
        <w:br/>
        <w:t>II</w:t>
      </w:r>
    </w:p>
    <w:p>
      <w:r>
        <w:br/>
        <w:t>Сидить батько кінець стола,&lt;br /&gt;</w:t>
        <w:br/>
        <w:t>На руки схилився;&lt;br /&gt;</w:t>
        <w:br/>
        <w:t>Не дивиться на світ божий:&lt;br /&gt;</w:t>
        <w:br/>
        <w:t>Тяжко зажурився.&lt;br /&gt;</w:t>
        <w:br/>
        <w:t>Коло його стара мати&lt;br /&gt;</w:t>
        <w:br/>
        <w:t>Сидить на ослоні,&lt;br /&gt;</w:t>
        <w:br/>
        <w:t>За сльозами ледве-ледве&lt;br /&gt;</w:t>
        <w:br/>
        <w:t>Вимовляє доні:&lt;br /&gt;</w:t>
        <w:br/>
        <w:t>"Що весілля, доню моя?&lt;br /&gt;</w:t>
        <w:br/>
        <w:t>А де ж твоя пара?&lt;br /&gt;</w:t>
        <w:br/>
        <w:t>Де світилки з друженьками,&lt;br /&gt;</w:t>
        <w:br/>
        <w:t>Старости, бояре?&lt;br /&gt;</w:t>
        <w:br/>
        <w:t>В Московщині, доню моя!&lt;br /&gt;</w:t>
        <w:br/>
        <w:t>Іди ж їх шукати,&lt;br /&gt;</w:t>
        <w:br/>
        <w:t>Та не кажи добрим людям,&lt;br /&gt;</w:t>
        <w:br/>
        <w:t>Що є в тебе мати.&lt;br /&gt;</w:t>
        <w:br/>
        <w:t>Проклятий час-годинонька,&lt;br /&gt;</w:t>
        <w:br/>
        <w:t>Що ти народилась!&lt;br /&gt;</w:t>
        <w:br/>
        <w:t>Якби знала, до схід сонця&lt;br /&gt;</w:t>
        <w:br/>
        <w:t>Була б утопила...&lt;br /&gt;</w:t>
        <w:br/>
        <w:t>Здалась тоді б ти гадині,&lt;br /&gt;</w:t>
        <w:br/>
        <w:t>Тепер — москалеві...&lt;br /&gt;</w:t>
        <w:br/>
        <w:t>Доню моя, доню моя,&lt;br /&gt;</w:t>
        <w:br/>
        <w:t>Цвіте мій рожевий!&lt;br /&gt;</w:t>
        <w:br/>
        <w:t>Як ягодку, як пташечку,&lt;br /&gt;</w:t>
        <w:br/>
        <w:t>Кохала, ростила&lt;br /&gt;</w:t>
        <w:br/>
        <w:t>На лишенько... Доню моя,&lt;br /&gt;</w:t>
        <w:br/>
        <w:t>Що ти наробила?..&lt;br /&gt;</w:t>
        <w:br/>
        <w:t>Оддячила!.. Іди ж, шукай&lt;br /&gt;</w:t>
        <w:br/>
        <w:t>У Москві свекрухи.&lt;br /&gt;</w:t>
        <w:br/>
        <w:t>Не слухала моїх річей,&lt;br /&gt;</w:t>
        <w:br/>
        <w:t>То її послухай.&lt;br /&gt;</w:t>
        <w:br/>
        <w:t>Іди, доню, найди її,&lt;br /&gt;</w:t>
        <w:br/>
        <w:t>Найди, привітайся,&lt;br /&gt;</w:t>
        <w:br/>
        <w:t>Будь щаслива в чужих людях,&lt;br /&gt;</w:t>
        <w:br/>
        <w:t>До нас не вертайся!&lt;br /&gt;</w:t>
        <w:br/>
        <w:t>Не вертайся, дитя моє,&lt;br /&gt;</w:t>
        <w:br/>
        <w:t>З далекого краю...&lt;br /&gt;</w:t>
        <w:br/>
        <w:t>А хто ж мою головоньку&lt;br /&gt;</w:t>
        <w:br/>
        <w:t>Без тебе сховає?&lt;br /&gt;</w:t>
        <w:br/>
        <w:t>Хто заплаче надо мною,&lt;br /&gt;</w:t>
        <w:br/>
        <w:t>Як рідна дитина?&lt;br /&gt;</w:t>
        <w:br/>
        <w:t>Хто посадить на могилі&lt;br /&gt;</w:t>
        <w:br/>
        <w:t>Червону калину?&lt;br /&gt;</w:t>
        <w:br/>
        <w:t>Хто без тебе грішну дуту&lt;br /&gt;</w:t>
        <w:br/>
        <w:t>Поминати буде?&lt;br /&gt;</w:t>
        <w:br/>
        <w:t>Доню моя, доню моя,&lt;br /&gt;</w:t>
        <w:br/>
        <w:t>Дитя моє любе!&lt;br /&gt;</w:t>
        <w:br/>
        <w:t>Іди од нас..."&lt;br /&gt;</w:t>
        <w:br/>
        <w:t>Ледве-ледве&lt;br /&gt;</w:t>
        <w:br/>
        <w:t>Поблагословила:&lt;br /&gt;</w:t>
        <w:br/>
        <w:t>"Бог з тобою!" — та, як мертва,&lt;br /&gt;</w:t>
        <w:br/>
        <w:t>На діл повалилась...</w:t>
      </w:r>
    </w:p>
    <w:p>
      <w:r>
        <w:br/>
        <w:t>Обізвався старий батько:&lt;br /&gt;</w:t>
        <w:br/>
        <w:t>"Чого ждеш, небого?"&lt;br /&gt;</w:t>
        <w:br/>
        <w:t>Заридала Катерина&lt;br /&gt;</w:t>
        <w:br/>
        <w:t>Та бух йому в ноги:&lt;br /&gt;</w:t>
        <w:br/>
        <w:t>"Прости мені, мій батечку,&lt;br /&gt;</w:t>
        <w:br/>
        <w:t>Що я наробила!&lt;br /&gt;</w:t>
        <w:br/>
        <w:t>Прости мені, мій голубе,&lt;br /&gt;</w:t>
        <w:br/>
        <w:t>Мій соколе милий!"&lt;br /&gt;</w:t>
        <w:br/>
        <w:t>"Нехай тебе бог прощає&lt;br /&gt;</w:t>
        <w:br/>
        <w:t>Та добрії люде;&lt;br /&gt;</w:t>
        <w:br/>
        <w:t>Молись богу та йди собі —&lt;br /&gt;</w:t>
        <w:br/>
        <w:t>Мені легше буде".</w:t>
      </w:r>
    </w:p>
    <w:p>
      <w:r>
        <w:br/>
        <w:t>Ледве встала, поклонилась,&lt;br /&gt;</w:t>
        <w:br/>
        <w:t>Вийшла мовчки з хати;&lt;br /&gt;</w:t>
        <w:br/>
        <w:t>Осталися сиротами&lt;br /&gt;</w:t>
        <w:br/>
        <w:t>Старий батько й мати.&lt;br /&gt;</w:t>
        <w:br/>
        <w:t>Пішла в садок у вишневий,&lt;br /&gt;</w:t>
        <w:br/>
        <w:t>Богу помолилась,&lt;br /&gt;</w:t>
        <w:br/>
        <w:t>Взяла землі під вишнею,&lt;br /&gt;</w:t>
        <w:br/>
        <w:t>На хрест почепила;&lt;br /&gt;</w:t>
        <w:br/>
        <w:t>Промовила: "Не вернуся!&lt;br /&gt;</w:t>
        <w:br/>
        <w:t>В далекому краю,&lt;br /&gt;</w:t>
        <w:br/>
        <w:t>В чужу землю, чужі люде&lt;br /&gt;</w:t>
        <w:br/>
        <w:t>Мене заховають;&lt;br /&gt;</w:t>
        <w:br/>
        <w:t>А своєї ся крихотка&lt;br /&gt;</w:t>
        <w:br/>
        <w:t>Надо мною ляже&lt;br /&gt;</w:t>
        <w:br/>
        <w:t>Та про долю, моє горе,&lt;br /&gt;</w:t>
        <w:br/>
        <w:t>Чужим людям скаже...&lt;br /&gt;</w:t>
        <w:br/>
        <w:t>Не розказуй, голубонько!&lt;br /&gt;</w:t>
        <w:br/>
        <w:t>Де б ні заховали,&lt;br /&gt;</w:t>
        <w:br/>
        <w:t>Щоб грішної на сім світі&lt;br /&gt;</w:t>
        <w:br/>
        <w:t>Люди не займали.&lt;br /&gt;</w:t>
        <w:br/>
        <w:t>Ти не скажеш... ось хто скаже,&lt;br /&gt;</w:t>
        <w:br/>
        <w:t>Що я його мати!&lt;br /&gt;</w:t>
        <w:br/>
        <w:t>Боже ти мій!.. лихо моє!&lt;br /&gt;</w:t>
        <w:br/>
        <w:t>Де мені сховатись?&lt;br /&gt;</w:t>
        <w:br/>
        <w:t>Заховаюсь, дитя моє,&lt;br /&gt;</w:t>
        <w:br/>
        <w:t>Сама під водою,&lt;br /&gt;</w:t>
        <w:br/>
        <w:t>А ти гріх мій спокутуєш&lt;br /&gt;</w:t>
        <w:br/>
        <w:t>В людях сиротою,&lt;br /&gt;</w:t>
        <w:br/>
        <w:t>Безбатченком!.."</w:t>
      </w:r>
    </w:p>
    <w:p>
      <w:r>
        <w:br/>
        <w:t>Пішла селом,&lt;br /&gt;</w:t>
        <w:br/>
        <w:t>Плаче Катерина;&lt;br /&gt;</w:t>
        <w:br/>
        <w:t>На голові хустиночка,&lt;br /&gt;</w:t>
        <w:br/>
        <w:t>На руках дитина.&lt;br /&gt;</w:t>
        <w:br/>
        <w:t>Вийшла з села — серце мліє;&lt;br /&gt;</w:t>
        <w:br/>
        <w:t>Назад подивилась,&lt;br /&gt;</w:t>
        <w:br/>
        <w:t>Покивала головою&lt;br /&gt;</w:t>
        <w:br/>
        <w:t>Та й заголосила.&lt;br /&gt;</w:t>
        <w:br/>
        <w:t>Як тополя, .стала в полі&lt;br /&gt;</w:t>
        <w:br/>
        <w:t>При битій дорозі;&lt;br /&gt;</w:t>
        <w:br/>
        <w:t>Як роса та до схід сонця,&lt;br /&gt;</w:t>
        <w:br/>
        <w:t>Покапали сльози,&lt;br /&gt;</w:t>
        <w:br/>
        <w:t>За сльозами за гіркими&lt;br /&gt;</w:t>
        <w:br/>
        <w:t>І світа не бачить,&lt;br /&gt;</w:t>
        <w:br/>
        <w:t>Тілько сина пригортає,&lt;br /&gt;</w:t>
        <w:br/>
        <w:t>Цілує та плаче.&lt;br /&gt;</w:t>
        <w:br/>
        <w:t>А воно, як янгелятко,&lt;br /&gt;</w:t>
        <w:br/>
        <w:t>Нічого не знає,&lt;br /&gt;</w:t>
        <w:br/>
        <w:t>Маленькими ручицями&lt;br /&gt;</w:t>
        <w:br/>
        <w:t>Пазухи шукає.&lt;br /&gt;</w:t>
        <w:br/>
        <w:t>Сіло сонце, з-за діброви&lt;br /&gt;</w:t>
        <w:br/>
        <w:t>Небо червоніє;&lt;br /&gt;</w:t>
        <w:br/>
        <w:t>Утерлася, повернулась,&lt;br /&gt;</w:t>
        <w:br/>
        <w:t>Пішла... тілько мріє.&lt;br /&gt;</w:t>
        <w:br/>
        <w:t>В селі довго говорили&lt;br /&gt;</w:t>
        <w:br/>
        <w:t>Дечого багато,&lt;br /&gt;</w:t>
        <w:br/>
        <w:t>Та не чули вже тих річей&lt;br /&gt;</w:t>
        <w:br/>
        <w:t>Ні батько, ні мати...</w:t>
      </w:r>
    </w:p>
    <w:p>
      <w:r>
        <w:br/>
        <w:t>Отаке-то на сім світі&lt;br /&gt;</w:t>
        <w:br/>
        <w:t>Роблять людям люде!&lt;br /&gt;</w:t>
        <w:br/>
        <w:t>Того в'яжуть, того ріжуть,&lt;br /&gt;</w:t>
        <w:br/>
        <w:t>Той сам себе губить...&lt;br /&gt;</w:t>
        <w:br/>
        <w:t>А за віщо? Святий знає.&lt;br /&gt;</w:t>
        <w:br/>
        <w:t>Світ, бачся, широкий,&lt;br /&gt;</w:t>
        <w:br/>
        <w:t>Та нема де прихилитись&lt;br /&gt;</w:t>
        <w:br/>
        <w:t>В світі одиноким.&lt;br /&gt;</w:t>
        <w:br/>
        <w:t>Тому доля запродала&lt;br /&gt;</w:t>
        <w:br/>
        <w:t>Од краю до краю,&lt;br /&gt;</w:t>
        <w:br/>
        <w:t>А другому оставила&lt;br /&gt;</w:t>
        <w:br/>
        <w:t>Те, де заховають.&lt;br /&gt;</w:t>
        <w:br/>
        <w:t>Де ж ті люде, де ж ті добрі,&lt;br /&gt;</w:t>
        <w:br/>
        <w:t>Що серце збиралось&lt;br /&gt;</w:t>
        <w:br/>
        <w:t>З ними жити, їх любити?&lt;br /&gt;</w:t>
        <w:br/>
        <w:t>Пропали, пропали!</w:t>
      </w:r>
    </w:p>
    <w:p>
      <w:r>
        <w:br/>
        <w:t>Єсть на світі доля,&lt;br /&gt;</w:t>
        <w:br/>
        <w:t>А хто її знає?&lt;br /&gt;</w:t>
        <w:br/>
        <w:t>Єсть на світі воля,&lt;br /&gt;</w:t>
        <w:br/>
        <w:t>А хто її має?&lt;br /&gt;</w:t>
        <w:br/>
        <w:t>Єсть люде на світі —&lt;br /&gt;</w:t>
        <w:br/>
        <w:t>Сріблом-злотом сяють,&lt;br /&gt;</w:t>
        <w:br/>
        <w:t>Здається, панують,&lt;br /&gt;</w:t>
        <w:br/>
        <w:t>А долі не знають, —&lt;br /&gt;</w:t>
        <w:br/>
        <w:t>Ні долі, ні волі!&lt;br /&gt;</w:t>
        <w:br/>
        <w:t>З нудьгою та з горем&lt;br /&gt;</w:t>
        <w:br/>
        <w:t>Жупан надівають,&lt;br /&gt;</w:t>
        <w:br/>
        <w:t>А плакати — сором.&lt;br /&gt;</w:t>
        <w:br/>
        <w:t>Возьміть срібло-злото&lt;br /&gt;</w:t>
        <w:br/>
        <w:t>Та будьте багаті,&lt;br /&gt;</w:t>
        <w:br/>
        <w:t>А я візьму сльози —&lt;br /&gt;</w:t>
        <w:br/>
        <w:t>Лихо виливати;&lt;br /&gt;</w:t>
        <w:br/>
        <w:t>Затоплю недолю&lt;br /&gt;</w:t>
        <w:br/>
        <w:t>Дрібними сльозами,&lt;br /&gt;</w:t>
        <w:br/>
        <w:t>Затопчу неволю&lt;br /&gt;</w:t>
        <w:br/>
        <w:t>Босими ногами!&lt;br /&gt;</w:t>
        <w:br/>
        <w:t>Тоді я веселий,&lt;br /&gt;</w:t>
        <w:br/>
        <w:t>Тоді я багатий,&lt;br /&gt;</w:t>
        <w:br/>
        <w:t>Як буде серденько&lt;br /&gt;</w:t>
        <w:br/>
        <w:t>По волі гуляти!</w:t>
      </w:r>
    </w:p>
    <w:p>
      <w:r>
        <w:br/>
        <w:t>III</w:t>
      </w:r>
    </w:p>
    <w:p>
      <w:r>
        <w:br/>
        <w:t>Кричать сови, спить діброва,&lt;br /&gt;</w:t>
        <w:br/>
        <w:t>Зіроньки сіяють,&lt;br /&gt;</w:t>
        <w:br/>
        <w:t>Понад шляхом, щирицею,&lt;br /&gt;</w:t>
        <w:br/>
        <w:t>Ховрашки гуляють.&lt;br /&gt;</w:t>
        <w:br/>
        <w:t>Спочивають добрі люде,&lt;br /&gt;</w:t>
        <w:br/>
        <w:t>Що кого втомило:&lt;br /&gt;</w:t>
        <w:br/>
        <w:t>Кого — щастя, кого — сльози,&lt;br /&gt;</w:t>
        <w:br/>
        <w:t>Все нічка покрила.&lt;br /&gt;</w:t>
        <w:br/>
        <w:t>Всіх покрила темнісінька,&lt;br /&gt;</w:t>
        <w:br/>
        <w:t>Як діточок мати;&lt;br /&gt;</w:t>
        <w:br/>
        <w:t>Де ж Катрусю пригорнула:&lt;br /&gt;</w:t>
        <w:br/>
        <w:t>Чи в лісі, чи в хаті?&lt;br /&gt;</w:t>
        <w:br/>
        <w:t>Чи на полі під копою&lt;br /&gt;</w:t>
        <w:br/>
        <w:t>Сина забавляє,&lt;br /&gt;</w:t>
        <w:br/>
        <w:t>Чи в діброві з-під колоди&lt;br /&gt;</w:t>
        <w:br/>
        <w:t>Вовка виглядає?&lt;br /&gt;</w:t>
        <w:br/>
        <w:t>Бодай же вас, чорні брови,&lt;br /&gt;</w:t>
        <w:br/>
        <w:t>Нікому не мати,&lt;br /&gt;</w:t>
        <w:br/>
        <w:t>Коли за вас таке лихо&lt;br /&gt;</w:t>
        <w:br/>
        <w:t>Треба одбувати!&lt;br /&gt;</w:t>
        <w:br/>
        <w:t>А що дальше спіткається?&lt;br /&gt;</w:t>
        <w:br/>
        <w:t>Буде лихо, буде!&lt;br /&gt;</w:t>
        <w:br/>
        <w:t>Зустрінуться жовті піски&lt;br /&gt;</w:t>
        <w:br/>
        <w:t>І чужії люде;&lt;br /&gt;</w:t>
        <w:br/>
        <w:t>Зустрінеться зима люта...&lt;br /&gt;</w:t>
        <w:br/>
        <w:t>А той чи зустріне,&lt;br /&gt;</w:t>
        <w:br/>
        <w:t>Що пізнає Катерину,&lt;br /&gt;</w:t>
        <w:br/>
        <w:t>Привітає сина?&lt;br /&gt;</w:t>
        <w:br/>
        <w:t>З ним забула 6 чорнобрива&lt;br /&gt;</w:t>
        <w:br/>
        <w:t>Шляхи, піски, горе:&lt;br /&gt;</w:t>
        <w:br/>
        <w:t>Він, як мати, привітає,&lt;br /&gt;</w:t>
        <w:br/>
        <w:t>Як брат, заговорить...</w:t>
      </w:r>
    </w:p>
    <w:p>
      <w:r>
        <w:br/>
        <w:t>Побачимо, почуємо...&lt;br /&gt;</w:t>
        <w:br/>
        <w:t>А поки — спочину&lt;br /&gt;</w:t>
        <w:br/>
        <w:t>Та тим часом розпитаю&lt;br /&gt;</w:t>
        <w:br/>
        <w:t>Шлях на Московщину.&lt;br /&gt;</w:t>
        <w:br/>
        <w:t>Далекий шлях, пани-брати,&lt;br /&gt;</w:t>
        <w:br/>
        <w:t>Знаю його, знаю!&lt;br /&gt;</w:t>
        <w:br/>
        <w:t>Аж на серці похолоне,&lt;br /&gt;</w:t>
        <w:br/>
        <w:t>Як його згадаю.&lt;br /&gt;</w:t>
        <w:br/>
        <w:t>Попоміряв і я колись —&lt;br /&gt;</w:t>
        <w:br/>
        <w:t>Щоб його не мірять!..&lt;br /&gt;</w:t>
        <w:br/>
        <w:t>Розказав би про те лихо,&lt;br /&gt;</w:t>
        <w:br/>
        <w:t>Та чи то ж повірять!&lt;br /&gt;</w:t>
        <w:br/>
        <w:t>"Бреше, — скажуть, — сякий-такий!&lt;br /&gt;</w:t>
        <w:br/>
        <w:t>(Звичайно, не в очі),&lt;br /&gt;</w:t>
        <w:br/>
        <w:t>А так тілько псує мову&lt;br /&gt;</w:t>
        <w:br/>
        <w:t>Та людей морочить".&lt;br /&gt;</w:t>
        <w:br/>
        <w:t>Правда ваша, правда, люде!&lt;br /&gt;</w:t>
        <w:br/>
        <w:t>Та й нащо те знати,&lt;br /&gt;</w:t>
        <w:br/>
        <w:t>Що сльозами перед вами&lt;br /&gt;</w:t>
        <w:br/>
        <w:t>Буду виливати?&lt;br /&gt;</w:t>
        <w:br/>
        <w:t>Нащо воно? У всякого&lt;br /&gt;</w:t>
        <w:br/>
        <w:t>І свого чимало...&lt;br /&gt;</w:t>
        <w:br/>
        <w:t>Цур же йому!.. А тим часом&lt;br /&gt;</w:t>
        <w:br/>
        <w:t>Кете лиш кресало&lt;br /&gt;</w:t>
        <w:br/>
        <w:t>Та тютюну, щоб, знаєте,&lt;br /&gt;</w:t>
        <w:br/>
        <w:t>Дома не журились.&lt;br /&gt;</w:t>
        <w:br/>
        <w:t>А то лихо розказувать,&lt;br /&gt;</w:t>
        <w:br/>
        <w:t>Щоб бридке приснилось!&lt;br /&gt;</w:t>
        <w:br/>
        <w:t>Нехай його лихий візьме!&lt;br /&gt;</w:t>
        <w:br/>
        <w:t>Лучче ж поміркую,&lt;br /&gt;</w:t>
        <w:br/>
        <w:t>Де то моя Катерина&lt;br /&gt;</w:t>
        <w:br/>
        <w:t>З Івасем мандрує.</w:t>
      </w:r>
    </w:p>
    <w:p>
      <w:r>
        <w:br/>
        <w:t>За Києвом, та за Дніпром,&lt;br /&gt;</w:t>
        <w:br/>
        <w:t>Попід темним гаєм,&lt;br /&gt;</w:t>
        <w:br/>
        <w:t>Ідуть шляхом чумаченьки,&lt;br /&gt;</w:t>
        <w:br/>
        <w:t>Пугача співають.&lt;br /&gt;</w:t>
        <w:br/>
        <w:t>Іде шляхом молодиця,&lt;br /&gt;</w:t>
        <w:br/>
        <w:t>Мусить бути, з прощі.&lt;br /&gt;</w:t>
        <w:br/>
        <w:t>Чого ж смутна, невесела,&lt;br /&gt;</w:t>
        <w:br/>
        <w:t>Заплакані очі?&lt;br /&gt;</w:t>
        <w:br/>
        <w:t>У латаній свитиночці,&lt;br /&gt;</w:t>
        <w:br/>
        <w:t>На плечах торбина,&lt;br /&gt;</w:t>
        <w:br/>
        <w:t>В руці ціпок, а на другій&lt;br /&gt;</w:t>
        <w:br/>
        <w:t>Заснула дитина.&lt;br /&gt;</w:t>
        <w:br/>
        <w:t>Зустрілася з чумаками,&lt;br /&gt;</w:t>
        <w:br/>
        <w:t>Закрила дитину,&lt;br /&gt;</w:t>
        <w:br/>
        <w:t>Питається: "Люде добрі,&lt;br /&gt;</w:t>
        <w:br/>
        <w:t>Де шлях в Московщину?"&lt;br /&gt;</w:t>
        <w:br/>
        <w:t>"В Московщину? оцей самий.&lt;br /&gt;</w:t>
        <w:br/>
        <w:t>Далеко, небого?"&lt;br /&gt;</w:t>
        <w:br/>
        <w:t>"В саму Москву, Христа ради,&lt;br /&gt;</w:t>
        <w:br/>
        <w:t>Дайте на дорогу!"&lt;br /&gt;</w:t>
        <w:br/>
        <w:t>Бере шага , аж труситься:&lt;br /&gt;</w:t>
        <w:br/>
        <w:t>Тяжко його брати!..&lt;br /&gt;</w:t>
        <w:br/>
        <w:t>Та й навіщо?.. А дитина?&lt;br /&gt;</w:t>
        <w:br/>
        <w:t>Вона ж його мати!&lt;br /&gt;</w:t>
        <w:br/>
        <w:t>Заплакала, пішла шляхом,&lt;br /&gt;</w:t>
        <w:br/>
        <w:t>В Броварях спочила7&lt;br /&gt;</w:t>
        <w:br/>
        <w:t>Та синові за гіркого&lt;br /&gt;</w:t>
        <w:br/>
        <w:t>Медяник купила.&lt;br /&gt;</w:t>
        <w:br/>
        <w:t>Довго, довго, сердешная,&lt;br /&gt;</w:t>
        <w:br/>
        <w:t>Все йшла та питала;&lt;br /&gt;</w:t>
        <w:br/>
        <w:t>Було й таке, що під тином&lt;br /&gt;</w:t>
        <w:br/>
        <w:t>З сином ночувала...&lt;br /&gt;</w:t>
        <w:br/>
        <w:t>Бач, на що здалися карі оченята:&lt;br /&gt;</w:t>
        <w:br/>
        <w:t>Щоб під чужим тином сльози виливать!&lt;br /&gt;</w:t>
        <w:br/>
        <w:t>Отож-то дивіться та кайтесь, дівчата,&lt;br /&gt;</w:t>
        <w:br/>
        <w:t>Щоб не довелося москаля шукать,&lt;br /&gt;</w:t>
        <w:br/>
        <w:t>Щоб не довелося, як Катря шукає...&lt;br /&gt;</w:t>
        <w:br/>
        <w:t>Тоді не питайте, за що люде лають,&lt;br /&gt;</w:t>
        <w:br/>
        <w:t>За що не пускають в хату ночувать.</w:t>
      </w:r>
    </w:p>
    <w:p>
      <w:r>
        <w:br/>
        <w:t>Не питайте, чорнобриві,&lt;br /&gt;</w:t>
        <w:br/>
        <w:t>Бо люде не знають;&lt;br /&gt;</w:t>
        <w:br/>
        <w:t>Кого бог кара на світі,&lt;br /&gt;</w:t>
        <w:br/>
        <w:t>То й вони карають...&lt;br /&gt;</w:t>
        <w:br/>
        <w:t>Люде гнуться, як ті лози,&lt;br /&gt;</w:t>
        <w:br/>
        <w:t>Куди вітер віє.&lt;br /&gt;</w:t>
        <w:br/>
        <w:t>Сиротині сонце світить&lt;br /&gt;</w:t>
        <w:br/>
        <w:t>(Світить, та не гріє) —&lt;br /&gt;</w:t>
        <w:br/>
        <w:t>Люде б сонце заступили,&lt;br /&gt;</w:t>
        <w:br/>
        <w:t>Якби мали силу,&lt;br /&gt;</w:t>
        <w:br/>
        <w:t>Щоб сироті не світило,&lt;br /&gt;</w:t>
        <w:br/>
        <w:t>Сльози не сушило.&lt;br /&gt;</w:t>
        <w:br/>
        <w:t>А за віщо, боже милий!&lt;br /&gt;</w:t>
        <w:br/>
        <w:t>За що світом нудить?&lt;br /&gt;</w:t>
        <w:br/>
        <w:t>Що зробила вона людям,&lt;br /&gt;</w:t>
        <w:br/>
        <w:t>Чого хотять люде?&lt;br /&gt;</w:t>
        <w:br/>
        <w:t>Щоб плакала!.. Серце моє!&lt;br /&gt;</w:t>
        <w:br/>
        <w:t>Не плач, Катерино,&lt;br /&gt;</w:t>
        <w:br/>
        <w:t>Не показуй людям сльози,&lt;br /&gt;</w:t>
        <w:br/>
        <w:t>Терпи до загину!&lt;br /&gt;</w:t>
        <w:br/>
        <w:t>А щоб личко не марніло&lt;br /&gt;</w:t>
        <w:br/>
        <w:t>З чорними бровами —&lt;br /&gt;</w:t>
        <w:br/>
        <w:t>До схід сонця в темнім лісі&lt;br /&gt;</w:t>
        <w:br/>
        <w:t>Умийся сльозами.&lt;br /&gt;</w:t>
        <w:br/>
        <w:t>Умиєшся — не побачать,&lt;br /&gt;</w:t>
        <w:br/>
        <w:t>То й не засміються;&lt;br /&gt;</w:t>
        <w:br/>
        <w:t>А серденько одпочине,&lt;br /&gt;</w:t>
        <w:br/>
        <w:t>Поки сльози ллються.</w:t>
      </w:r>
    </w:p>
    <w:p>
      <w:r>
        <w:br/>
        <w:t>Отаке-то лихо, бачите, дівчата.&lt;br /&gt;</w:t>
        <w:br/>
        <w:t>Жартуючи кинув Катрусю москаль.&lt;br /&gt;</w:t>
        <w:br/>
        <w:t>Недоля не бачить, з ким їй жартувати,&lt;br /&gt;</w:t>
        <w:br/>
        <w:t>А люде хоч бачать, та людям не жаль:&lt;br /&gt;</w:t>
        <w:br/>
        <w:t>"Нехай, — кажуть, — гине ледача дитина,&lt;br /&gt;</w:t>
        <w:br/>
        <w:t>Коли не зуміла себе шанувать".&lt;br /&gt;</w:t>
        <w:br/>
        <w:t>Шануйтеся ж, любі, в недобру годину,&lt;br /&gt;</w:t>
        <w:br/>
        <w:t>Щоб не довелося москаля шукать.&lt;br /&gt;</w:t>
        <w:br/>
        <w:t>Де ж Катруся блудить?&lt;br /&gt;</w:t>
        <w:br/>
        <w:t>Попідтинню ночувала,&lt;br /&gt;</w:t>
        <w:br/>
        <w:t>Раненько вставала,&lt;br /&gt;</w:t>
        <w:br/>
        <w:t>Поспішала в Московщину;&lt;br /&gt;</w:t>
        <w:br/>
        <w:t>Аж гульк — зима впала.&lt;br /&gt;</w:t>
        <w:br/>
        <w:t>Свище полем заверюха,&lt;br /&gt;</w:t>
        <w:br/>
        <w:t>Іде Катерина&lt;br /&gt;</w:t>
        <w:br/>
        <w:t>У личаках — лихо тяжке! —&lt;br /&gt;</w:t>
        <w:br/>
        <w:t>І в одній свитині.&lt;br /&gt;</w:t>
        <w:br/>
        <w:t>Іде Катря, шкандибає;&lt;br /&gt;</w:t>
        <w:br/>
        <w:t>Дивиться — щось мріє...&lt;br /&gt;</w:t>
        <w:br/>
        <w:t>Либонь, ідуть москалики...&lt;br /&gt;</w:t>
        <w:br/>
        <w:t>Лихо!.. серце мліє —&lt;br /&gt;</w:t>
        <w:br/>
        <w:t>Полетіла, зустрілася,&lt;br /&gt;</w:t>
        <w:br/>
        <w:t>Пита: "Чи немає&lt;br /&gt;</w:t>
        <w:br/>
        <w:t>Мого Йвана чорнявого?"&lt;br /&gt;</w:t>
        <w:br/>
        <w:t>А ті: "Мьі не знаєм".&lt;br /&gt;</w:t>
        <w:br/>
        <w:t>І, звичайно, як москалі,&lt;br /&gt;</w:t>
        <w:br/>
        <w:t>Сміються, жартують:&lt;br /&gt;</w:t>
        <w:br/>
        <w:t>"Ай да баба! ай да наши!&lt;br /&gt;</w:t>
        <w:br/>
        <w:t>Кого не надуют!"&lt;br /&gt;</w:t>
        <w:br/>
        <w:t>Подивилась Катерина:&lt;br /&gt;</w:t>
        <w:br/>
        <w:t>"І ви, бачу, люде!&lt;br /&gt;</w:t>
        <w:br/>
        <w:t>Не плач, сину, моє лихо!&lt;br /&gt;</w:t>
        <w:br/>
        <w:t>Що буде, то й буде.&lt;br /&gt;</w:t>
        <w:br/>
        <w:t>Піду дальше — більш ходила..&lt;br /&gt;</w:t>
        <w:br/>
        <w:t>А може, й зустріну;&lt;br /&gt;</w:t>
        <w:br/>
        <w:t>Оддам тебе, мій голубе,&lt;br /&gt;</w:t>
        <w:br/>
        <w:t>А сама загину".</w:t>
      </w:r>
    </w:p>
    <w:p>
      <w:r>
        <w:br/>
        <w:t>Реве, стогне хуртовина,&lt;br /&gt;</w:t>
        <w:br/>
        <w:t>Котить, верне полем;&lt;br /&gt;</w:t>
        <w:br/>
        <w:t>Стоїть Катря серед поля,&lt;br /&gt;</w:t>
        <w:br/>
        <w:t>Дала сльозам волю.&lt;br /&gt;</w:t>
        <w:br/>
        <w:t>Утомилась заверюха,&lt;br /&gt;</w:t>
        <w:br/>
        <w:t>Де-де позіхає;&lt;br /&gt;</w:t>
        <w:br/>
        <w:t>Ще б плакала Катерина,&lt;br /&gt;</w:t>
        <w:br/>
        <w:t>Та сліз більш немає.&lt;br /&gt;</w:t>
        <w:br/>
        <w:t>Подивилась на дитину:&lt;br /&gt;</w:t>
        <w:br/>
        <w:t>Умите сльозою,&lt;br /&gt;</w:t>
        <w:br/>
        <w:t>Червоніє, як квіточка&lt;br /&gt;</w:t>
        <w:br/>
        <w:t>Вранці під росою.&lt;br /&gt;</w:t>
        <w:br/>
        <w:t>Усміхнулась Катерина,&lt;br /&gt;</w:t>
        <w:br/>
        <w:t>Тяжко усміхнулась:&lt;br /&gt;</w:t>
        <w:br/>
        <w:t>Коло серця — як гадина&lt;br /&gt;</w:t>
        <w:br/>
        <w:t>Чорна повернулась.&lt;br /&gt;</w:t>
        <w:br/>
        <w:t>Кругом мовчки подивилась;&lt;br /&gt;</w:t>
        <w:br/>
        <w:t>Бачить — ліс чорніє,&lt;br /&gt;</w:t>
        <w:br/>
        <w:t>А під лісом, край дороги,&lt;br /&gt;</w:t>
        <w:br/>
        <w:t>Либонь, курінь мріє.&lt;br /&gt;</w:t>
        <w:br/>
        <w:t>"Ходім, сину, смеркається,&lt;br /&gt;</w:t>
        <w:br/>
        <w:t>Коли пустять в хату;&lt;br /&gt;</w:t>
        <w:br/>
        <w:t>А не пустять, то й надворі&lt;br /&gt;</w:t>
        <w:br/>
        <w:t>Будем ночувати.&lt;br /&gt;</w:t>
        <w:br/>
        <w:t>Під хатою заночуєм,&lt;br /&gt;</w:t>
        <w:br/>
        <w:t>Сину мій Іване!&lt;br /&gt;</w:t>
        <w:br/>
        <w:t>Де ж ти будеш ночувати,&lt;br /&gt;</w:t>
        <w:br/>
        <w:t>Як мене не стане?&lt;br /&gt;</w:t>
        <w:br/>
        <w:t>З собаками, мій синочку,&lt;br /&gt;</w:t>
        <w:br/>
        <w:t>Кохайся надворі!&lt;br /&gt;</w:t>
        <w:br/>
        <w:t>Собаки злі, покусають,&lt;br /&gt;</w:t>
        <w:br/>
        <w:t>Та не заговорять,&lt;br /&gt;</w:t>
        <w:br/>
        <w:t>Не розкажуть сміючися...&lt;br /&gt;</w:t>
        <w:br/>
        <w:t>З псами їсти й пити...&lt;br /&gt;</w:t>
        <w:br/>
        <w:t>Бідна моя головонько!&lt;br /&gt;</w:t>
        <w:br/>
        <w:t>Що мені робити?"</w:t>
      </w:r>
    </w:p>
    <w:p>
      <w:r>
        <w:br/>
        <w:t>Сирота-собака має свою долю,&lt;br /&gt;</w:t>
        <w:br/>
        <w:t>Має добре слово в світі сирота;&lt;br /&gt;</w:t>
        <w:br/>
        <w:t>Його б'ють і лають, закують в неволю,&lt;br /&gt;</w:t>
        <w:br/>
        <w:t>Та ніхто про матір на сміх не спита,&lt;br /&gt;</w:t>
        <w:br/>
        <w:t>А Йвася спитають, зараннє спитають,&lt;br /&gt;</w:t>
        <w:br/>
        <w:t>Не дадуть до мови дитині дожить.&lt;br /&gt;</w:t>
        <w:br/>
        <w:t>На кого собаки на улиці лають?&lt;br /&gt;</w:t>
        <w:br/>
        <w:t>Хто голий, голодний під тином сидить?&lt;br /&gt;</w:t>
        <w:br/>
        <w:t>Хто лобуря водить? Чорняві байстрята...&lt;br /&gt;</w:t>
        <w:br/>
        <w:t>Одна його доля — чорні бровенята,&lt;br /&gt;</w:t>
        <w:br/>
        <w:t>Та й тих люде заздрі не дають носить.</w:t>
      </w:r>
    </w:p>
    <w:p>
      <w:r>
        <w:br/>
        <w:t>IV</w:t>
      </w:r>
    </w:p>
    <w:p>
      <w:r>
        <w:br/>
        <w:t>Попід горою, яром, долом,&lt;br /&gt;</w:t>
        <w:br/>
        <w:t>Мов ті діди високочолі,&lt;br /&gt;</w:t>
        <w:br/>
        <w:t>Дуби з гетьманщини стоять.&lt;br /&gt;</w:t>
        <w:br/>
        <w:t>У яру гребля, верби в ряд,&lt;br /&gt;</w:t>
        <w:br/>
        <w:t>Ставок під кригою в неволі&lt;br /&gt;</w:t>
        <w:br/>
        <w:t>І ополонка — воду брать...&lt;br /&gt;</w:t>
        <w:br/>
        <w:t>Мов покотьоло— червоніє,&lt;br /&gt;</w:t>
        <w:br/>
        <w:t>Крізь хмару — сонце зайнялось.&lt;br /&gt;</w:t>
        <w:br/>
        <w:t>Надувся вітер; як повіє —&lt;br /&gt;</w:t>
        <w:br/>
        <w:t>Нема нічого: скрізь біліє...&lt;br /&gt;</w:t>
        <w:br/>
        <w:t>Та тілько лісом загуло.</w:t>
      </w:r>
    </w:p>
    <w:p>
      <w:r>
        <w:br/>
        <w:t>Реве, свище заверюха.&lt;br /&gt;</w:t>
        <w:br/>
        <w:t>По лісу завило;&lt;br /&gt;</w:t>
        <w:br/>
        <w:t>Як те море, біле поле&lt;br /&gt;</w:t>
        <w:br/>
        <w:t>Снігом покотилось.&lt;br /&gt;</w:t>
        <w:br/>
        <w:t>Вийшов з хати карбівничий,&lt;br /&gt;</w:t>
        <w:br/>
        <w:t>Щоб ліс оглядіти,&lt;br /&gt;</w:t>
        <w:br/>
        <w:t>Та де тобі! таке лихо,&lt;br /&gt;</w:t>
        <w:br/>
        <w:t>Що не видно й світа.&lt;br /&gt;</w:t>
        <w:br/>
        <w:t>"Еге, бачу, яка фуга!&lt;br /&gt;</w:t>
        <w:br/>
        <w:t>Цур же йому я лісом!&lt;br /&gt;</w:t>
        <w:br/>
        <w:t>Піти в хату... Що там таке?&lt;br /&gt;</w:t>
        <w:br/>
        <w:t>От їх достобіса!&lt;br /&gt;</w:t>
        <w:br/>
        <w:t>Недобра їх розносила,&lt;br /&gt;</w:t>
        <w:br/>
        <w:t>Мов справді за ділом.&lt;br /&gt;</w:t>
        <w:br/>
        <w:t>Ничипоре! дивись лишень,&lt;br /&gt;</w:t>
        <w:br/>
        <w:t>Які побілілі!"&lt;br /&gt;</w:t>
        <w:br/>
        <w:t>"Що, москалі?.. Де москалі?"&lt;br /&gt;</w:t>
        <w:br/>
        <w:t>"Що ти? схаменися!"&lt;br /&gt;</w:t>
        <w:br/>
        <w:t>"Де москалі, лебедики?"&lt;br /&gt;</w:t>
        <w:br/>
        <w:t>"Та он, подивися".&lt;br /&gt;</w:t>
        <w:br/>
        <w:t>Полетіла Катерина&lt;br /&gt;</w:t>
        <w:br/>
        <w:t>І не одяглася.&lt;br /&gt;</w:t>
        <w:br/>
        <w:t>"Мабуть, добре Московщина&lt;br /&gt;</w:t>
        <w:br/>
        <w:t>В тямку їй далася!&lt;br /&gt;</w:t>
        <w:br/>
        <w:t>Бо уночі тілько й знає,&lt;br /&gt;</w:t>
        <w:br/>
        <w:t>Що москаля кличе".&lt;br /&gt;</w:t>
        <w:br/>
        <w:t>Через пеньки, заметами,&lt;br /&gt;</w:t>
        <w:br/>
        <w:t>Летить, ледве дише,&lt;br /&gt;</w:t>
        <w:br/>
        <w:t>Боса стала серед шляху,&lt;br /&gt;</w:t>
        <w:br/>
        <w:t>Втерлась рукавами.&lt;br /&gt;</w:t>
        <w:br/>
        <w:t>А москалі їй назустріч,&lt;br /&gt;</w:t>
        <w:br/>
        <w:t>Як один, верхами.&lt;br /&gt;</w:t>
        <w:br/>
        <w:t>"Лихо моє! доле моя!"&lt;br /&gt;</w:t>
        <w:br/>
        <w:t>До їх... коли гляне —&lt;br /&gt;</w:t>
        <w:br/>
        <w:t>Попереду старший їде.&lt;br /&gt;</w:t>
        <w:br/>
        <w:t>"Любий мій Іване!&lt;br /&gt;</w:t>
        <w:br/>
        <w:t>Серце моє коханеє!&lt;br /&gt;</w:t>
        <w:br/>
        <w:t>Де ти так барився?"&lt;br /&gt;</w:t>
        <w:br/>
        <w:t>Та до його... за стремена...&lt;br /&gt;</w:t>
        <w:br/>
        <w:t>А він подивився,&lt;br /&gt;</w:t>
        <w:br/>
        <w:t>Та шпорами коня в боки.&lt;br /&gt;</w:t>
        <w:br/>
        <w:t>"Чого ж утікаєш?&lt;br /&gt;</w:t>
        <w:br/>
        <w:t>Хіба забув Катерину?&lt;br /&gt;</w:t>
        <w:br/>
        <w:t>Хіба не пізнаєш?&lt;br /&gt;</w:t>
        <w:br/>
        <w:t>Подивися, мій голубе,&lt;br /&gt;</w:t>
        <w:br/>
        <w:t>Подивись на мене:&lt;br /&gt;</w:t>
        <w:br/>
        <w:t>Я Катруся твоя люба.&lt;br /&gt;</w:t>
        <w:br/>
        <w:t>Нащо рвеш стремена?"&lt;br /&gt;</w:t>
        <w:br/>
        <w:t>А він коня поганяє,&lt;br /&gt;</w:t>
        <w:br/>
        <w:t>Нібито й не бачить.&lt;br /&gt;</w:t>
        <w:br/>
        <w:t>"Постривай же, мій голубе!&lt;br /&gt;</w:t>
        <w:br/>
        <w:t>Дивись — я не плачу.&lt;br /&gt;</w:t>
        <w:br/>
        <w:t>Ти не пізнав мене, Йване?&lt;br /&gt;</w:t>
        <w:br/>
        <w:t>Серце, подивися,&lt;br /&gt;</w:t>
        <w:br/>
        <w:t>Їй же богу, я Катруся!"&lt;br /&gt;</w:t>
        <w:br/>
        <w:t>"Дура, отвяжися!&lt;br /&gt;</w:t>
        <w:br/>
        <w:t>Возьмите прочь безумную!"&lt;br /&gt;</w:t>
        <w:br/>
        <w:t>"Боже мій! Іване!&lt;br /&gt;</w:t>
        <w:br/>
        <w:t>І ти мене покидаєш?&lt;br /&gt;</w:t>
        <w:br/>
        <w:t>А ти ж присягався!"&lt;br /&gt;</w:t>
        <w:br/>
        <w:t>"Возьмите прочь! Что ж вьі стали?&lt;br /&gt;</w:t>
        <w:br/>
        <w:t>"Кого? мене взяти?&lt;br /&gt;</w:t>
        <w:br/>
        <w:t>За що ж, скажи, мій голубе?&lt;br /&gt;</w:t>
        <w:br/>
        <w:t>Кому хоч оддати&lt;br /&gt;</w:t>
        <w:br/>
        <w:t>Свою Катрю, що до тебе&lt;br /&gt;</w:t>
        <w:br/>
        <w:t>В садочок ходила,&lt;br /&gt;</w:t>
        <w:br/>
        <w:t>Свою Катрю, що для тебе&lt;br /&gt;</w:t>
        <w:br/>
        <w:t>Сина породила?&lt;br /&gt;</w:t>
        <w:br/>
        <w:t>Мій батечку, мій братику!&lt;br /&gt;</w:t>
        <w:br/>
        <w:t>Хоч ти не цурайся!&lt;br /&gt;</w:t>
        <w:br/>
        <w:t>Наймичкою тобі стану...&lt;br /&gt;</w:t>
        <w:br/>
        <w:t>З другою кохайся...&lt;br /&gt;</w:t>
        <w:br/>
        <w:t>З цілим світом... Я забуду,&lt;br /&gt;</w:t>
        <w:br/>
        <w:t>Що колись кохалась,&lt;br /&gt;</w:t>
        <w:br/>
        <w:t>Що од тебе сина мала,&lt;br /&gt;</w:t>
        <w:br/>
        <w:t>Покриткою стала...&lt;br /&gt;</w:t>
        <w:br/>
        <w:t>Покриткою... який сором!&lt;br /&gt;</w:t>
        <w:br/>
        <w:t>І за що я гину!&lt;br /&gt;</w:t>
        <w:br/>
        <w:t>Покинь мене, забудь мене,&lt;br /&gt;</w:t>
        <w:br/>
        <w:t>Та не кидай сина.&lt;br /&gt;</w:t>
        <w:br/>
        <w:t>Не покинеш?.. Серце моє,&lt;br /&gt;</w:t>
        <w:br/>
        <w:t>Не втікай од мене...&lt;br /&gt;</w:t>
        <w:br/>
        <w:t>Я винесу тобі сина".&lt;br /&gt;</w:t>
        <w:br/>
        <w:t>Кинула стремена&lt;br /&gt;</w:t>
        <w:br/>
        <w:t>Та в хатину. Вертається,&lt;br /&gt;</w:t>
        <w:br/>
        <w:t>Несе йому сина.&lt;br /&gt;</w:t>
        <w:br/>
        <w:t>Несповита, заплакана&lt;br /&gt;</w:t>
        <w:br/>
        <w:t>Сердешна дитина.&lt;br /&gt;</w:t>
        <w:br/>
        <w:t>"Осьде воно, подивися!&lt;br /&gt;</w:t>
        <w:br/>
        <w:t>Де ж ти? заховався?&lt;br /&gt;</w:t>
        <w:br/>
        <w:t>Утік!.. нема!.. Сина, сина&lt;br /&gt;</w:t>
        <w:br/>
        <w:t>Батько одцурався!&lt;br /&gt;</w:t>
        <w:br/>
        <w:t>Боже ти мій!.. Дитя моє!&lt;br /&gt;</w:t>
        <w:br/>
        <w:t>Де дінусь з тобою?&lt;br /&gt;</w:t>
        <w:br/>
        <w:t>Москалики!голубчики!&lt;br /&gt;</w:t>
        <w:br/>
        <w:t>Возьміть за собою;&lt;br /&gt;</w:t>
        <w:br/>
        <w:t>Не цурайтесь, лебедики:&lt;br /&gt;</w:t>
        <w:br/>
        <w:t>Воно сиротина;&lt;br /&gt;</w:t>
        <w:br/>
        <w:t>Возьміть його та оддайте&lt;br /&gt;</w:t>
        <w:br/>
        <w:t>Старшому за сина,&lt;br /&gt;</w:t>
        <w:br/>
        <w:t>Возьміть його... бо покину,&lt;br /&gt;</w:t>
        <w:br/>
        <w:t>Як батько покинув, —&lt;br /&gt;</w:t>
        <w:br/>
        <w:t>Бодай його не кидала&lt;br /&gt;</w:t>
        <w:br/>
        <w:t>Лихая година!&lt;br /&gt;</w:t>
        <w:br/>
        <w:t>Гріхом тебе на світ божий&lt;br /&gt;</w:t>
        <w:br/>
        <w:t>Мати породила;&lt;br /&gt;</w:t>
        <w:br/>
        <w:t>Виростай же на сміх людям! —&lt;br /&gt;</w:t>
        <w:br/>
        <w:t>На шлях положила. —&lt;br /&gt;</w:t>
        <w:br/>
        <w:t>Оставайся шукать батька,&lt;br /&gt;</w:t>
        <w:br/>
        <w:t>А я вже шукала".&lt;br /&gt;</w:t>
        <w:br/>
        <w:t>Та в ліс з шляху, як навісна!&lt;br /&gt;</w:t>
        <w:br/>
        <w:t>А дитя осталось,&lt;br /&gt;</w:t>
        <w:br/>
        <w:t>Плаче бідне... А москалям&lt;br /&gt;</w:t>
        <w:br/>
        <w:t>Байдуже; минули.&lt;br /&gt;</w:t>
        <w:br/>
        <w:t>Воно й добре; та на лихо&lt;br /&gt;</w:t>
        <w:br/>
        <w:t>Лісничі почули.</w:t>
      </w:r>
    </w:p>
    <w:p>
      <w:r>
        <w:br/>
        <w:t>Біга Катря боса лісом,&lt;br /&gt;</w:t>
        <w:br/>
        <w:t>Біга та голосить;&lt;br /&gt;</w:t>
        <w:br/>
        <w:t>То проклина свого Йвана,&lt;br /&gt;</w:t>
        <w:br/>
        <w:t>То плаче, то просить.&lt;br /&gt;</w:t>
        <w:br/>
        <w:t>Вибігає на возлісся;&lt;br /&gt;</w:t>
        <w:br/>
        <w:t>Кругом подивилась&lt;br /&gt;</w:t>
        <w:br/>
        <w:t>Та в яр... біжить... серед ставу&lt;br /&gt;</w:t>
        <w:br/>
        <w:t>Мовчки опинилась.&lt;br /&gt;</w:t>
        <w:br/>
        <w:t>"Прийми, боже, мою душу,&lt;br /&gt;</w:t>
        <w:br/>
        <w:t>А ти — моє тіло!"&lt;br /&gt;</w:t>
        <w:br/>
        <w:t>Шубовсть в воду!.. Попід льодом&lt;br /&gt;</w:t>
        <w:br/>
        <w:t>Геть загуркотіло.</w:t>
      </w:r>
    </w:p>
    <w:p>
      <w:r>
        <w:br/>
        <w:t>Чорнобрива Катерина&lt;br /&gt;</w:t>
        <w:br/>
        <w:t>Найшла, що шукала.&lt;br /&gt;</w:t>
        <w:br/>
        <w:t>Дунув вітер понад ставом —&lt;br /&gt;</w:t>
        <w:br/>
        <w:t>І сліду не стало.</w:t>
      </w:r>
    </w:p>
    <w:p>
      <w:r>
        <w:br/>
        <w:t>То не вітер, то не буйний,&lt;br /&gt;</w:t>
        <w:br/>
        <w:t>Що дуба ламає;&lt;br /&gt;</w:t>
        <w:br/>
        <w:t>То не лихо, то не тяжке,&lt;br /&gt;</w:t>
        <w:br/>
        <w:t>Що мати вмирає;&lt;br /&gt;</w:t>
        <w:br/>
        <w:t>Не сироти малі діти,&lt;br /&gt;</w:t>
        <w:br/>
        <w:t>Що неньку сховали:&lt;br /&gt;</w:t>
        <w:br/>
        <w:t>Їм зосталась добра слава,&lt;br /&gt;</w:t>
        <w:br/>
        <w:t>Могила зосталась.&lt;br /&gt;</w:t>
        <w:br/>
        <w:t>Засміються злії люде&lt;br /&gt;</w:t>
        <w:br/>
        <w:t>Малій сиротині;&lt;br /&gt;</w:t>
        <w:br/>
        <w:t>Виллє сльози на могилу —&lt;br /&gt;</w:t>
        <w:br/>
        <w:t>Серденько спочине.&lt;br /&gt;</w:t>
        <w:br/>
        <w:t>А тому, тому на світі,&lt;br /&gt;</w:t>
        <w:br/>
        <w:t>Що йому зосталось,&lt;br /&gt;</w:t>
        <w:br/>
        <w:t>Кого батько і не бачив,&lt;br /&gt;</w:t>
        <w:br/>
        <w:t>Мати одцуралась?&lt;br /&gt;</w:t>
        <w:br/>
        <w:t>Що зосталось байстрюкові?&lt;br /&gt;</w:t>
        <w:br/>
        <w:t>Хто з ним заговорить?&lt;br /&gt;</w:t>
        <w:br/>
        <w:t>Ні родини, ні хатини;&lt;br /&gt;</w:t>
        <w:br/>
        <w:t>Шляхи, піски, горе...&lt;br /&gt;</w:t>
        <w:br/>
        <w:t>Панське личко, чорні брови..&lt;br /&gt;</w:t>
        <w:br/>
        <w:t>Нащо? Щоб пізнали!&lt;br /&gt;</w:t>
        <w:br/>
        <w:t>Змальовала, не сховала...&lt;br /&gt;</w:t>
        <w:br/>
        <w:t>Бодай полиняли!</w:t>
      </w:r>
    </w:p>
    <w:p>
      <w:r>
        <w:br/>
        <w:t>V</w:t>
      </w:r>
    </w:p>
    <w:p>
      <w:r>
        <w:br/>
        <w:t>Ішов кобзар до Києва&lt;br /&gt;</w:t>
        <w:br/>
        <w:t>Та сів спочивати,&lt;br /&gt;</w:t>
        <w:br/>
        <w:t>Торбинками обвішаний&lt;br /&gt;</w:t>
        <w:br/>
        <w:t>Його повожатий.&lt;br /&gt;</w:t>
        <w:br/>
        <w:t>Мале дитя коло його&lt;br /&gt;</w:t>
        <w:br/>
        <w:t>На сонці куняє,&lt;br /&gt;</w:t>
        <w:br/>
        <w:t>А тим часом старий кобзар&lt;br /&gt;</w:t>
        <w:br/>
        <w:t>І с у с а співає.&lt;br /&gt;</w:t>
        <w:br/>
        <w:t>Хто йде, їде — не минає:&lt;br /&gt;</w:t>
        <w:br/>
        <w:t>Хто бублик, хто гроші;&lt;br /&gt;</w:t>
        <w:br/>
        <w:t>Хто старому, а дівчата&lt;br /&gt;</w:t>
        <w:br/>
        <w:t>Шажок міхоноші.&lt;br /&gt;</w:t>
        <w:br/>
        <w:t>Задивляться чорноброві —&lt;br /&gt;</w:t>
        <w:br/>
        <w:t>І босе, і голе.&lt;br /&gt;</w:t>
        <w:br/>
        <w:t>"Дала, — кажуть, — бровенята,&lt;br /&gt;</w:t>
        <w:br/>
        <w:t>Та не дала долі!"&lt;br /&gt;</w:t>
        <w:br/>
        <w:t>Іде шляхом до Києва&lt;br /&gt;</w:t>
        <w:br/>
        <w:t>Берлин шестернею,&lt;br /&gt;</w:t>
        <w:br/>
        <w:t>А в берлині господиня&lt;br /&gt;</w:t>
        <w:br/>
        <w:t>З паном і сем'єю.&lt;br /&gt;</w:t>
        <w:br/>
        <w:t>Опинився против старців —&lt;br /&gt;</w:t>
        <w:br/>
        <w:t>Курява лягає.&lt;br /&gt;</w:t>
        <w:br/>
        <w:t>Побіг Івась, бо з віконця&lt;br /&gt;</w:t>
        <w:br/>
        <w:t>Рукою махає.&lt;br /&gt;</w:t>
        <w:br/>
        <w:t>Дає гроші Івасеві,&lt;br /&gt;</w:t>
        <w:br/>
        <w:t>Дивується пані.&lt;br /&gt;</w:t>
        <w:br/>
        <w:t>А пан глянув... одвернувся..&lt;br /&gt;</w:t>
        <w:br/>
        <w:t>Пізнав, препоганий,&lt;br /&gt;</w:t>
        <w:br/>
        <w:t>Пізнав тії карі очі,&lt;br /&gt;</w:t>
        <w:br/>
        <w:t>Чорні бровенята...&lt;br /&gt;</w:t>
        <w:br/>
        <w:t>Пізнав батько свого сина,&lt;br /&gt;</w:t>
        <w:br/>
        <w:t>Та не хоче взяти.&lt;br /&gt;</w:t>
        <w:br/>
        <w:t>Пита пані, як зоветься?&lt;br /&gt;</w:t>
        <w:br/>
        <w:t>"Івась", — "Какой милый!"&lt;br /&gt;</w:t>
        <w:br/>
        <w:t>Берлин рушив, а Івася&lt;br /&gt;</w:t>
        <w:br/>
        <w:t>Курява покрила...&lt;br /&gt;</w:t>
        <w:br/>
        <w:t>Полічили, що достали,&lt;br /&gt;</w:t>
        <w:br/>
        <w:t>Встали сіромахи,&lt;br /&gt;</w:t>
        <w:br/>
        <w:t>Помолились на схід сонця,&lt;br /&gt;</w:t>
        <w:br/>
        <w:t>Пішли понад шляхом.</w:t>
      </w:r>
    </w:p>
    <w:p>
      <w:r>
        <w:br/>
        <w:t>[1838,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Катерина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