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Катарсис</w:t>
      </w:r>
    </w:p>
    <w:p>
      <w:r>
        <w:br/>
        <w:t xml:space="preserve"> І</w:t>
      </w:r>
    </w:p>
    <w:p>
      <w:r>
        <w:br/>
        <w:t>Червоне серце місячної панни&lt;br /&gt;</w:t>
        <w:br/>
        <w:t>цей хлопець третій день сидить без чаю&lt;br /&gt;</w:t>
        <w:br/>
        <w:t>а потім чай привозять лиш натомість&lt;br /&gt;</w:t>
        <w:br/>
        <w:t>собачий біль катує зуби не вщухає</w:t>
      </w:r>
    </w:p>
    <w:p>
      <w:r>
        <w:br/>
        <w:t>зелене серце сонячної панни&lt;br /&gt;</w:t>
        <w:br/>
        <w:t>ці діти безпритульні і голодні&lt;br /&gt;</w:t>
        <w:br/>
        <w:t>намети розбивають на майданах —&lt;br /&gt;</w:t>
        <w:br/>
        <w:t>бо нова революція іде не біля церкви&lt;br /&gt;</w:t>
        <w:br/>
        <w:t>бо в церкві моляться за успіх революції</w:t>
      </w:r>
    </w:p>
    <w:p>
      <w:r>
        <w:br/>
        <w:t>і зоряної панни серце чорне&lt;br /&gt;</w:t>
        <w:br/>
        <w:t>сором’язливі руки та полюції&lt;br /&gt;</w:t>
        <w:br/>
        <w:t>дівчата в котрих почалися демонстрації&lt;br /&gt;</w:t>
        <w:br/>
        <w:t>їм наказали припинити мають рацію</w:t>
      </w:r>
    </w:p>
    <w:p>
      <w:r>
        <w:br/>
        <w:t>а ти в цей час урочий плив&lt;br /&gt;</w:t>
        <w:br/>
        <w:t>сховавшися у трюмі пив&lt;br /&gt;</w:t>
        <w:br/>
        <w:t>а потім пісяв і курив&lt;br /&gt;</w:t>
        <w:br/>
        <w:t>на митниці у Дуврі</w:t>
      </w:r>
    </w:p>
    <w:p>
      <w:r>
        <w:br/>
        <w:t>відринутий від себе сам —&lt;br /&gt;</w:t>
        <w:br/>
        <w:t>ні псам ні небесам —&lt;br /&gt;</w:t>
        <w:br/>
        <w:t>я думав що ж нормальний сон&lt;br /&gt;</w:t>
        <w:br/>
        <w:t>Ла-Манш туманний Альбіон&lt;br /&gt;</w:t>
        <w:br/>
        <w:t>а он</w:t>
      </w:r>
    </w:p>
    <w:p>
      <w:r>
        <w:br/>
        <w:t>три панни у кутку&lt;br /&gt;</w:t>
        <w:br/>
        <w:t>три серця на однім шнурку&lt;br /&gt;</w:t>
        <w:br/>
        <w:t>культурний кнур колишній поліцай&lt;br /&gt;</w:t>
        <w:br/>
        <w:t>сховав за спиною нагай&lt;br /&gt;</w:t>
        <w:br/>
        <w:t>гадюка</w:t>
      </w:r>
    </w:p>
    <w:p>
      <w:r>
        <w:br/>
        <w:t>це місце темне як смола&lt;br /&gt;</w:t>
        <w:br/>
        <w:t>рука тремтить вона пила&lt;br /&gt;</w:t>
        <w:br/>
        <w:t>бо T. С. Еліот помер&lt;br /&gt;</w:t>
        <w:br/>
        <w:t>він може у раю тепер&lt;br /&gt;</w:t>
        <w:br/>
        <w:t>зате його ровесник Хвунт[6]&lt;br /&gt;</w:t>
        <w:br/>
        <w:t>усе ще поміж нами тут&lt;br /&gt;</w:t>
        <w:br/>
        <w:t>і ти часу не гай поете —&lt;br /&gt;</w:t>
        <w:br/>
        <w:t>попереду свята Ельжбета[7]&lt;br /&gt;</w:t>
        <w:br/>
        <w:t>пиши сховавшися на сіні&lt;br /&gt;</w:t>
        <w:br/>
        <w:t>"Jefferson airplane and/or Mussolini"[8]</w:t>
      </w:r>
    </w:p>
    <w:p>
      <w:r>
        <w:br/>
        <w:t>тим часом Лондон ледь не плаче:&lt;br /&gt;</w:t>
        <w:br/>
        <w:t>"чи не дали ми братця маху?" —&lt;br /&gt;</w:t>
        <w:br/>
        <w:t>зрезиґнувала місіс Татчер&lt;br /&gt;</w:t>
        <w:br/>
        <w:t>бо їй сказали: "Йди ти нах…"</w:t>
      </w:r>
    </w:p>
    <w:p>
      <w:r>
        <w:br/>
        <w:t>О місіс Татчер місіс Татчер!&lt;br /&gt;</w:t>
        <w:br/>
        <w:t>твоя сукенка голуба&lt;br /&gt;</w:t>
        <w:br/>
        <w:t>її я більше не побачу&lt;br /&gt;</w:t>
        <w:br/>
        <w:t>а так хотілось… не судьба!</w:t>
      </w:r>
    </w:p>
    <w:p>
      <w:r>
        <w:br/>
        <w:t>а тепер кинь їм кістку&lt;br /&gt;</w:t>
        <w:br/>
        <w:t>кинь їм цю чистоту&lt;br /&gt;</w:t>
        <w:br/>
        <w:t>ти ж бо знаєш: вони не можуть&lt;br /&gt;</w:t>
        <w:br/>
        <w:t>залишатися брудними дуже довго&lt;br /&gt;</w:t>
        <w:br/>
        <w:t>ностальгія за індульгенціями&lt;br /&gt;</w:t>
        <w:br/>
        <w:t>неминуща&lt;br /&gt;</w:t>
        <w:br/>
        <w:t>"індульгенції повинні бути&lt;br /&gt;</w:t>
        <w:br/>
        <w:t>пекла бути не повинно" —&lt;br /&gt;</w:t>
        <w:br/>
        <w:t>скандують багатотисячні натовпи&lt;br /&gt;</w:t>
        <w:br/>
        <w:t>серед ночі</w:t>
      </w:r>
    </w:p>
    <w:p>
      <w:r>
        <w:br/>
        <w:t>і от — чистота:&lt;br /&gt;</w:t>
        <w:br/>
        <w:t>диснеївського кролика&lt;br /&gt;</w:t>
        <w:br/>
        <w:t>донька вбирає в твої окуляри&lt;br /&gt;</w:t>
        <w:br/>
        <w:t>в мамині коралі&lt;br /&gt;</w:t>
        <w:br/>
        <w:t>веде його за лапку до ріки&lt;br /&gt;</w:t>
        <w:br/>
        <w:t>барвисті камінці кидати в чисту воду</w:t>
      </w:r>
    </w:p>
    <w:p>
      <w:r>
        <w:br/>
        <w:t>:"цей камінець — сорока&lt;br /&gt;</w:t>
        <w:br/>
        <w:t>полетіла сорока!"&lt;br /&gt;</w:t>
        <w:br/>
        <w:t>:"цей камінець — баранчик&lt;br /&gt;</w:t>
        <w:br/>
        <w:t>полетів баранчик!"&lt;br /&gt;</w:t>
        <w:br/>
        <w:t>:"цей камінець — місяць&lt;br /&gt;</w:t>
        <w:br/>
        <w:t>полетів місяць!"&lt;br /&gt;</w:t>
        <w:br/>
        <w:t>:"а цей камінець — зоря&lt;br /&gt;</w:t>
        <w:br/>
        <w:t>полетіла зоря!"</w:t>
      </w:r>
    </w:p>
    <w:p>
      <w:r>
        <w:br/>
        <w:t>крихітний апокаліпсис на березі Бистриці&lt;br /&gt;</w:t>
        <w:br/>
        <w:t>маленька панночка із кроликом:&lt;br /&gt;</w:t>
        <w:br/>
        <w:t>"покажи нам мадам Сезанн"</w:t>
      </w:r>
    </w:p>
    <w:p>
      <w:r>
        <w:br/>
        <w:t>в домі повішеного&lt;br /&gt;</w:t>
        <w:br/>
        <w:t>з розмови про хор Верьовки&lt;br /&gt;</w:t>
        <w:br/>
        <w:t>переходять на бесіду про імажизм&lt;br /&gt;</w:t>
        <w:br/>
        <w:t>цікаві порівняння Ісідори Дункан&lt;br /&gt;</w:t>
        <w:br/>
        <w:t>з Гільдою Дулітл а потім&lt;br /&gt;</w:t>
        <w:br/>
        <w:t>відеофільм де так само дві жінки&lt;br /&gt;</w:t>
        <w:br/>
        <w:t>кохаються з білим песиком&lt;br /&gt;</w:t>
        <w:br/>
        <w:t>"ОМ!" — проказує стрижений Іван&lt;br /&gt;</w:t>
        <w:br/>
        <w:t>і першим не дивиться на екран&lt;br /&gt;</w:t>
        <w:br/>
        <w:t>де дві жінки все одно кохаються&lt;br /&gt;</w:t>
        <w:br/>
        <w:t>з білим коником&lt;br /&gt;</w:t>
        <w:br/>
        <w:t>"ОМ!" — повторює стрижена Ленокс&lt;br /&gt;</w:t>
        <w:br/>
        <w:t>якій поки що не загрожує клімакс&lt;br /&gt;</w:t>
        <w:br/>
        <w:t>і відвернувшися від екрана&lt;br /&gt;</w:t>
        <w:br/>
        <w:t>уважно дивиться на Івана&lt;br /&gt;</w:t>
        <w:br/>
        <w:t>ом-дан&amp;#225;-ом-д&amp;#225;на-ом</w:t>
      </w:r>
    </w:p>
    <w:p>
      <w:r>
        <w:br/>
        <w:t>кінець уже забаві&lt;br /&gt;</w:t>
        <w:br/>
        <w:t>гоббітів і хронопів&lt;br /&gt;</w:t>
        <w:br/>
        <w:t>погашено у каві&lt;br /&gt;</w:t>
        <w:br/>
        <w:t>недопалки коноплі&lt;br /&gt;</w:t>
        <w:br/>
        <w:t>спіймали відхідняк&lt;br /&gt;</w:t>
        <w:br/>
        <w:t>і каца[9] упіймали&lt;br /&gt;</w:t>
        <w:br/>
        <w:t>хотіли приручити їх&lt;br /&gt;</w:t>
        <w:br/>
        <w:t>тому не відпускали&lt;br /&gt;</w:t>
        <w:br/>
        <w:t>але то є звірюки&lt;br /&gt;</w:t>
        <w:br/>
        <w:t>дурні й несамовиті&lt;br /&gt;</w:t>
        <w:br/>
        <w:t>кусаються за руки&lt;br /&gt;</w:t>
        <w:br/>
        <w:t>літають у повітрі&lt;br /&gt;</w:t>
        <w:br/>
        <w:t>візьми одеколон&lt;br /&gt;</w:t>
        <w:br/>
        <w:t>і розведи водою&lt;br /&gt;</w:t>
        <w:br/>
        <w:t>вони втечуть як сон&lt;br /&gt;</w:t>
        <w:br/>
        <w:t>квапливою ходою</w:t>
      </w:r>
    </w:p>
    <w:p>
      <w:r>
        <w:br/>
        <w:t>II</w:t>
      </w:r>
    </w:p>
    <w:p>
      <w:r>
        <w:br/>
        <w:t>це золото і пурпур храму&lt;br /&gt;</w:t>
        <w:br/>
        <w:t>це сипле білий сніг&lt;br /&gt;</w:t>
        <w:br/>
        <w:t>це зрізана троянда в сріблі&lt;br /&gt;</w:t>
        <w:br/>
        <w:t>це істина яка сміється&lt;br /&gt;</w:t>
        <w:br/>
        <w:t>мені в обличчя:</w:t>
      </w:r>
    </w:p>
    <w:p>
      <w:r>
        <w:br/>
        <w:t>це водопади крові скелі круки&lt;br /&gt;</w:t>
        <w:br/>
        <w:t>це храми золоті і чорні хмари&lt;br /&gt;</w:t>
        <w:br/>
        <w:t>і хвилі дощу всеочищуючого&lt;br /&gt;</w:t>
        <w:br/>
        <w:t>залишаються вранці&lt;br /&gt;</w:t>
        <w:br/>
        <w:t>вишневі пелюстки в калюжах&lt;br /&gt;</w:t>
        <w:br/>
        <w:t>вільготний запах зламані галузки&lt;br /&gt;</w:t>
        <w:br/>
        <w:t>пісок який тримає пташині&lt;br /&gt;</w:t>
        <w:br/>
        <w:t>і коров’ячі сліди&lt;br /&gt;</w:t>
        <w:br/>
        <w:t>це те за що мене не люблять&lt;br /&gt;</w:t>
        <w:br/>
        <w:t>і бояться&lt;br /&gt;</w:t>
        <w:br/>
        <w:t>це синій і весняний дим&lt;br /&gt;</w:t>
        <w:br/>
        <w:t>пожежа в котрій плавляться шиби&lt;br /&gt;</w:t>
        <w:br/>
        <w:t>полум’я відсвічене в келихах з вином&lt;br /&gt;</w:t>
        <w:br/>
        <w:t>знання вистраждане як зубний біль&lt;br /&gt;</w:t>
        <w:br/>
        <w:t>і це зубний біль&lt;br /&gt;</w:t>
        <w:br/>
        <w:t>любов до гарних ножів&lt;br /&gt;</w:t>
        <w:br/>
        <w:t>любов до смерті</w:t>
      </w:r>
    </w:p>
    <w:p>
      <w:r>
        <w:br/>
        <w:t>це все що приходить у віщих снах&lt;br /&gt;</w:t>
        <w:br/>
        <w:t>це те що приходить як безсоння&lt;br /&gt;</w:t>
        <w:br/>
        <w:t>як білі хмари що летять&lt;br /&gt;</w:t>
        <w:br/>
        <w:t>повз місяць до світання&lt;br /&gt;</w:t>
        <w:br/>
        <w:t>доки я пам’ятаю про неможливість&lt;br /&gt;</w:t>
        <w:br/>
        <w:t>попереднього і майбутнього існування&lt;br /&gt;</w:t>
        <w:br/>
        <w:t>наступає тиша після пожежі&lt;br /&gt;</w:t>
        <w:br/>
        <w:t>її можна почути навіть тоді&lt;br /&gt;</w:t>
        <w:br/>
        <w:t>коли мене вже нема бо я вийшов&lt;br /&gt;</w:t>
        <w:br/>
        <w:t>із тиші в тишу переходжу покоями&lt;br /&gt;</w:t>
        <w:br/>
        <w:t>сиплеться сніг за вікном знайомим&lt;br /&gt;</w:t>
        <w:br/>
        <w:t>спалахи і дзеркала мовчазні&lt;br /&gt;</w:t>
        <w:br/>
        <w:t>достовірна сила&lt;br /&gt;</w:t>
        <w:br/>
        <w:t>до мене ніхто не наблизиться&lt;br /&gt;</w:t>
        <w:br/>
        <w:t>бо мене немає для них&lt;br /&gt;</w:t>
        <w:br/>
        <w:t>доки горить лампа&lt;br /&gt;</w:t>
        <w:br/>
        <w:t>доки пише перо&lt;br /&gt;</w:t>
        <w:br/>
        <w:t>доки падає сніг</w:t>
      </w:r>
    </w:p>
    <w:p>
      <w:r>
        <w:br/>
        <w:t>III</w:t>
      </w:r>
    </w:p>
    <w:p>
      <w:r>
        <w:br/>
        <w:t>четверта ранку тихий рок і теплий плед&lt;br /&gt;</w:t>
        <w:br/>
        <w:t>я випросив у тебе трохи рому&lt;br /&gt;</w:t>
        <w:br/>
        <w:t>лишилося півпачки сиґарет</w:t>
      </w:r>
    </w:p>
    <w:p>
      <w:r>
        <w:br/>
        <w:t>а решта невідома</w:t>
      </w:r>
    </w:p>
    <w:p>
      <w:r>
        <w:br/>
        <w:t>гравці твоє волосся розплетуть&lt;br /&gt;</w:t>
        <w:br/>
        <w:t>і Дюрер у старій пінакотеці[10]&lt;br /&gt;</w:t>
        <w:br/>
        <w:t>розкаже щ&amp;#243; лишається на серці</w:t>
      </w:r>
    </w:p>
    <w:p>
      <w:r>
        <w:br/>
        <w:t>а що з собою на Вкраїну не беруть</w:t>
      </w:r>
    </w:p>
    <w:p>
      <w:r>
        <w:br/>
        <w:t>усе таке пречисте і пусте&lt;br /&gt;</w:t>
        <w:br/>
        <w:t>побачимось у снах або у віршах&lt;br /&gt;</w:t>
        <w:br/>
        <w:t>і може все складеться щасливіше</w:t>
      </w:r>
    </w:p>
    <w:p>
      <w:r>
        <w:br/>
        <w:t>тоді коли п 'ять років перейде</w:t>
      </w:r>
    </w:p>
    <w:p>
      <w:r>
        <w:br/>
        <w:t>IV</w:t>
      </w:r>
    </w:p>
    <w:p>
      <w:r>
        <w:br/>
        <w:t>співай стрижена співай[11]&lt;br /&gt;</w:t>
        <w:br/>
        <w:t>відбувай ритуал і перуки міняй&lt;br /&gt;</w:t>
        <w:br/>
        <w:t>міняй довгі ноги і руки&lt;br /&gt;</w:t>
        <w:br/>
        <w:t>бухарі наші про тебе не знають&lt;br /&gt;</w:t>
        <w:br/>
        <w:t>вони по крапках собі блукають&lt;br /&gt;</w:t>
        <w:br/>
        <w:t>зараз так важко дістати чорнила</w:t>
      </w:r>
    </w:p>
    <w:p>
      <w:r>
        <w:br/>
        <w:t>але ти все одно співай мила</w:t>
      </w:r>
    </w:p>
    <w:p>
      <w:r>
        <w:br/>
        <w:t>вони в підземці блюють їм погано&lt;br /&gt;</w:t>
        <w:br/>
        <w:t>колишні художники і бітломани&lt;br /&gt;</w:t>
        <w:br/>
        <w:t>їх лягаві в’яжуть по яйцях періщать&lt;br /&gt;</w:t>
        <w:br/>
        <w:t>а вони знай повторюють "Харе Крішна"</w:t>
      </w:r>
    </w:p>
    <w:p>
      <w:r>
        <w:br/>
        <w:t>а ти співай стрижена не замовкай&lt;br /&gt;</w:t>
        <w:br/>
        <w:t>кожен по-своєму ловить кайф&lt;br /&gt;</w:t>
        <w:br/>
        <w:t>давай сержанте всіх відмикай&lt;br /&gt;</w:t>
        <w:br/>
        <w:t>і відпускай&lt;br /&gt;</w:t>
        <w:br/>
        <w:t>в рай</w:t>
      </w:r>
    </w:p>
    <w:p>
      <w:r>
        <w:br/>
        <w:t>а в раю море кіру&lt;br /&gt;</w:t>
        <w:br/>
        <w:t>кольору вина&lt;br /&gt;</w:t>
        <w:br/>
        <w:t>кольору твоїх очей&lt;br /&gt;</w:t>
        <w:br/>
        <w:t>стри-же-на&lt;br /&gt;</w:t>
        <w:br/>
        <w:t>і під кожним кущем&lt;br /&gt;</w:t>
        <w:br/>
        <w:t>чути твій голос —&lt;br /&gt;</w:t>
        <w:br/>
        <w:t>то грають в раю&lt;br /&gt;</w:t>
        <w:br/>
        <w:t>маги фірми "Фаллос"</w:t>
      </w:r>
    </w:p>
    <w:p>
      <w:r>
        <w:br/>
        <w:t>яка ідилія!</w:t>
      </w:r>
    </w:p>
    <w:p>
      <w:r>
        <w:br/>
        <w:t>V</w:t>
      </w:r>
    </w:p>
    <w:p>
      <w:r>
        <w:br/>
        <w:t>"зуби мої зуби&lt;br /&gt;</w:t>
        <w:br/>
        <w:t>заболіли з ночі&lt;br /&gt;</w:t>
        <w:br/>
        <w:t>біжу до шпиталю&lt;br /&gt;</w:t>
        <w:br/>
        <w:t>вилізают очі"</w:t>
      </w:r>
    </w:p>
    <w:p>
      <w:r>
        <w:br/>
        <w:t>так співають косівські Гуцули[12]&lt;br /&gt;</w:t>
        <w:br/>
        <w:t>які не читали віршів&lt;br /&gt;</w:t>
        <w:br/>
        <w:t>Гільди Дулітл&lt;br /&gt;</w:t>
        <w:br/>
        <w:t>і мають досить своєрідні уявлення&lt;br /&gt;</w:t>
        <w:br/>
        <w:t>про вортицизм&lt;br /&gt;</w:t>
        <w:br/>
        <w:t>а також три літри самогону&lt;br /&gt;</w:t>
        <w:br/>
        <w:t>за кулісами і за лаштунками</w:t>
      </w:r>
    </w:p>
    <w:p>
      <w:r>
        <w:br/>
        <w:t>плід не може впасти&lt;br /&gt;</w:t>
        <w:br/>
        <w:t>бо надто густе повітря&lt;br /&gt;</w:t>
        <w:br/>
        <w:t>співає зелений камінь&lt;br /&gt;</w:t>
        <w:br/>
        <w:t>беззубий зелений камінь —</w:t>
      </w:r>
    </w:p>
    <w:p>
      <w:r>
        <w:br/>
        <w:t>адже я вам сказав&lt;br /&gt;</w:t>
        <w:br/>
        <w:t>що каміння не має зубів&lt;br /&gt;</w:t>
        <w:br/>
        <w:t>ні очей&lt;br /&gt;</w:t>
        <w:br/>
        <w:t>так само й листя&lt;br /&gt;</w:t>
        <w:br/>
        <w:t>місіс Олдінґтон[13]&lt;br /&gt;</w:t>
        <w:br/>
        <w:t>так само червона тачка&lt;br /&gt;</w:t>
        <w:br/>
        <w:t>біля білих курчат&lt;br /&gt;</w:t>
        <w:br/>
        <w:t>із очима</w:t>
      </w:r>
    </w:p>
    <w:p>
      <w:r>
        <w:br/>
        <w:t>ой-йой-йой&lt;br /&gt;</w:t>
        <w:br/>
        <w:t>ой-йой-йой&lt;br /&gt;</w:t>
        <w:br/>
        <w:t>плід не може впасти&lt;br /&gt;</w:t>
        <w:br/>
        <w:t>бо співає зелений камінь&lt;br /&gt;</w:t>
        <w:br/>
        <w:t>і курчата співають під густим дощем:</w:t>
      </w:r>
    </w:p>
    <w:p>
      <w:r>
        <w:br/>
        <w:t>ой-йой-йой&lt;br /&gt;</w:t>
        <w:br/>
        <w:t>ой-йой-йой</w:t>
      </w:r>
    </w:p>
    <w:p>
      <w:r>
        <w:br/>
        <w:t>з упертістю старої кішки&lt;br /&gt;</w:t>
        <w:br/>
        <w:t>художник ще раз починає малювати&lt;br /&gt;</w:t>
        <w:br/>
        <w:t>одну і ту ж гору</w:t>
      </w:r>
    </w:p>
    <w:p>
      <w:r>
        <w:br/>
        <w:t>його мадам уже не тут&lt;br /&gt;</w:t>
        <w:br/>
        <w:t>її нема в саду&lt;br /&gt;</w:t>
        <w:br/>
        <w:t>її нема в червоній сукні&lt;br /&gt;</w:t>
        <w:br/>
        <w:t>її нема в зеленому домі&lt;br /&gt;</w:t>
        <w:br/>
        <w:t>і в жовтому кріслі нема її</w:t>
      </w:r>
    </w:p>
    <w:p>
      <w:r>
        <w:br/>
        <w:t>померзли руки мов гортензії примхливі&lt;br /&gt;</w:t>
        <w:br/>
        <w:t>мальовані цигани плачуть гірко&lt;br /&gt;</w:t>
        <w:br/>
        <w:t>і тільки темрявою пахнуть їхні сльози</w:t>
      </w:r>
    </w:p>
    <w:p>
      <w:r>
        <w:br/>
        <w:t>один і той самий собор&lt;br /&gt;</w:t>
        <w:br/>
        <w:t>око всього-на-всього&lt;br /&gt;</w:t>
        <w:br/>
        <w:t>ось до чого ми дійшли&lt;br /&gt;</w:t>
        <w:br/>
        <w:t>покажи нам мадам Сезанн</w:t>
      </w:r>
    </w:p>
    <w:p>
      <w:r>
        <w:br/>
        <w:t>думкою циганів не поцікавилися&lt;br /&gt;</w:t>
        <w:br/>
        <w:t>ніхто не поїхав до Saintes Maries-de-la-Mer[14]&lt;br /&gt;</w:t>
        <w:br/>
        <w:t>наприкінці травня&lt;br /&gt;</w:t>
        <w:br/>
        <w:t>пом’яніть у свій час&lt;br /&gt;</w:t>
        <w:br/>
        <w:t>про їхні страждання&lt;br /&gt;</w:t>
        <w:br/>
        <w:t>доки ти не забув про неможливість&lt;br /&gt;</w:t>
        <w:br/>
        <w:t>попереднього і майбутнього існування&lt;br /&gt;</w:t>
        <w:br/>
        <w:t>доки я пам’ятаю</w:t>
      </w:r>
    </w:p>
    <w:p>
      <w:r>
        <w:br/>
        <w:t>VI</w:t>
      </w:r>
    </w:p>
    <w:p>
      <w:r>
        <w:br/>
        <w:t>палає неба край&lt;br /&gt;</w:t>
        <w:br/>
        <w:t>світає&lt;br /&gt;</w:t>
        <w:br/>
        <w:t>і діти прокидаються на площі</w:t>
      </w:r>
    </w:p>
    <w:p>
      <w:r>
        <w:br/>
        <w:t>цей неможливий холод шелестить&lt;br /&gt;</w:t>
        <w:br/>
        <w:t>пожовкле листя сяють очі&lt;br /&gt;</w:t>
        <w:br/>
        <w:t>мерзнуть ноги</w:t>
      </w:r>
    </w:p>
    <w:p>
      <w:r>
        <w:br/>
        <w:t>орда була несамовита&lt;br /&gt;</w:t>
        <w:br/>
        <w:t>юрба була дурна&lt;br /&gt;</w:t>
        <w:br/>
        <w:t>відтак найкращих перебито&lt;br /&gt;</w:t>
        <w:br/>
        <w:t>лунає музика смурна</w:t>
      </w:r>
    </w:p>
    <w:p>
      <w:r>
        <w:br/>
        <w:t>слабкіші вирішили здатись&lt;br /&gt;</w:t>
        <w:br/>
        <w:t>на ласку варварів — і от&lt;br /&gt;</w:t>
        <w:br/>
        <w:t>ми бачимо що діти&lt;br /&gt;</w:t>
        <w:br/>
        <w:t>прокидаються на площі&lt;br /&gt;</w:t>
        <w:br/>
        <w:t>а в ліжках спить народ</w:t>
      </w:r>
    </w:p>
    <w:p>
      <w:r>
        <w:br/>
        <w:t>залізь у книжку про любов</w:t>
      </w:r>
    </w:p>
    <w:p>
      <w:r>
        <w:br/>
        <w:t>над Темзою туман палають ліхтарі&lt;br /&gt;</w:t>
        <w:br/>
        <w:t>про що ти кажеш нам поете</w:t>
      </w:r>
    </w:p>
    <w:p>
      <w:r>
        <w:br/>
        <w:t>весна так щедро ллється вниз</w:t>
      </w:r>
    </w:p>
    <w:p>
      <w:r>
        <w:br/>
        <w:t>незапашна і невидюща&lt;br /&gt;</w:t>
        <w:br/>
        <w:t>зеленочорнобілосуща&lt;br /&gt;</w:t>
        <w:br/>
        <w:t>поміж психологічних криз&lt;br /&gt;</w:t>
        <w:br/>
        <w:t>у книжку про любов заліз&lt;br /&gt;</w:t>
        <w:br/>
        <w:t>гори вогонь гори вогонь&lt;br /&gt;</w:t>
        <w:br/>
        <w:t>ми смажим голубів&lt;br /&gt;</w:t>
        <w:br/>
        <w:t>об’їдки підбираєм на вокзалах&lt;br /&gt;</w:t>
        <w:br/>
        <w:t>ми ладні їсти кактуси якби&lt;br /&gt;</w:t>
        <w:br/>
        <w:t>нас і за це не покарали</w:t>
      </w:r>
    </w:p>
    <w:p>
      <w:r>
        <w:br/>
        <w:t>гори вогонь гори вогонь&lt;br /&gt;</w:t>
        <w:br/>
        <w:t>сентиментальна Англія посилки вишле нам&lt;br /&gt;</w:t>
        <w:br/>
        <w:t>але суворі й справедливі&lt;br /&gt;</w:t>
        <w:br/>
        <w:t>ми відмовляємося&lt;br /&gt;</w:t>
        <w:br/>
        <w:t>маючи&lt;br /&gt;</w:t>
        <w:br/>
        <w:t>все ще маючи наші недоїдки&lt;br /&gt;</w:t>
        <w:br/>
        <w:t>як солодко горить вогонь&lt;br /&gt;</w:t>
        <w:br/>
        <w:t>залізь у книжку про любов</w:t>
      </w:r>
    </w:p>
    <w:p>
      <w:r>
        <w:br/>
        <w:t>а вона роздягається на майдані&lt;br /&gt;</w:t>
        <w:br/>
        <w:t>люби її&lt;br /&gt;</w:t>
        <w:br/>
        <w:t>а вона обливає бензином себе&lt;br /&gt;</w:t>
        <w:br/>
        <w:t>люби її&lt;br /&gt;</w:t>
        <w:br/>
        <w:t>вона цнотлива ти розумієш це&lt;br /&gt;</w:t>
        <w:br/>
        <w:t>і дзвонять телефони&lt;br /&gt;</w:t>
        <w:br/>
        <w:t>і виють пожежні сирени&lt;br /&gt;</w:t>
        <w:br/>
        <w:t>і спалахує сірник&lt;br /&gt;</w:t>
        <w:br/>
        <w:t>ну то люби ж її люби</w:t>
      </w:r>
    </w:p>
    <w:p>
      <w:r>
        <w:br/>
        <w:t>вона догорає одна&lt;br /&gt;</w:t>
        <w:br/>
        <w:t>люби вогонь&lt;br /&gt;</w:t>
        <w:br/>
        <w:t>вона — це попіл і сажа і кістки&lt;br /&gt;</w:t>
        <w:br/>
        <w:t>люби попіл і сажу і кістки</w:t>
      </w:r>
    </w:p>
    <w:p>
      <w:r>
        <w:br/>
        <w:t>і тоді прийде день&lt;br /&gt;</w:t>
        <w:br/>
        <w:t>ти зможеш теж&lt;br /&gt;</w:t>
        <w:br/>
        <w:t>так само&lt;br /&gt;</w:t>
        <w:br/>
        <w:t>Не that loveth not&lt;br /&gt;</w:t>
        <w:br/>
        <w:t>his brother&lt;br /&gt;</w:t>
        <w:br/>
        <w:t>abideth in death[15]</w:t>
      </w:r>
    </w:p>
    <w:p>
      <w:r>
        <w:br/>
        <w:t>VII</w:t>
      </w:r>
    </w:p>
    <w:p>
      <w:r>
        <w:br/>
        <w:t>ворона сіла на горіх&lt;br /&gt;</w:t>
        <w:br/>
        <w:t>чудовий кадр — а не для всіх&lt;br /&gt;</w:t>
        <w:br/>
        <w:t>ворона кряче</w:t>
      </w:r>
    </w:p>
    <w:p>
      <w:r>
        <w:br/>
        <w:t>у церкві дзвони б’ють-гудуть&lt;br /&gt;</w:t>
        <w:br/>
        <w:t>до церкви каятись ідуть&lt;br /&gt;</w:t>
        <w:br/>
        <w:t>а Дисней плаче:</w:t>
      </w:r>
    </w:p>
    <w:p>
      <w:r>
        <w:br/>
        <w:t>laterna magica усі&lt;br /&gt;</w:t>
        <w:br/>
        <w:t>деталі пов’язала&lt;br /&gt;</w:t>
        <w:br/>
        <w:t>тому не дивно</w:t>
      </w:r>
    </w:p>
    <w:p>
      <w:r>
        <w:br/>
        <w:t>що там де був колись вівтар&lt;br /&gt;</w:t>
        <w:br/>
        <w:t>тепер Конфуція нектар&lt;br /&gt;</w:t>
        <w:br/>
        <w:t>у серце плине</w:t>
      </w:r>
    </w:p>
    <w:p>
      <w:r>
        <w:br/>
        <w:t>а те що називали "гріх"&lt;br /&gt;</w:t>
        <w:br/>
        <w:t>тепер постало як горіх&lt;br /&gt;</w:t>
        <w:br/>
        <w:t>і сум ворони&lt;br /&gt;</w:t>
        <w:br/>
        <w:t>тому нехай&lt;br /&gt;</w:t>
        <w:br/>
        <w:t>усіх-усіх&lt;br /&gt;</w:t>
        <w:br/>
        <w:t>нас ж е н ь боронить</w:t>
      </w:r>
    </w:p>
    <w:p>
      <w:r>
        <w:br/>
        <w:t>тому нехай тому нехай&lt;br /&gt;</w:t>
        <w:br/>
        <w:t>ворони крячуть&lt;br /&gt;</w:t>
        <w:br/>
        <w:t>тому нехай тому нехай&lt;br /&gt;</w:t>
        <w:br/>
        <w:t>весь Лондон плаче&lt;br /&gt;</w:t>
        <w:br/>
        <w:t>тому не х… тому не х…&lt;br /&gt;</w:t>
        <w:br/>
        <w:t>і місіс Татчер&lt;br /&gt;</w:t>
        <w:br/>
        <w:t>тому наплюй тому наплюй&lt;br /&gt;</w:t>
        <w:br/>
        <w:t>на біль собачий</w:t>
      </w:r>
    </w:p>
    <w:p>
      <w:r>
        <w:br/>
        <w:t>"Ши цзін" "Лі цзі"&lt;br /&gt;</w:t>
        <w:br/>
        <w:t>"Шу цзін" "І цзін"&lt;br /&gt;</w:t>
        <w:br/>
        <w:t>"Чунь цю" і "Cantos"</w:t>
      </w:r>
    </w:p>
    <w:p>
      <w:r>
        <w:br/>
        <w:t>земля приватна&lt;br /&gt;</w:t>
        <w:br/>
        <w:t>і "Rock Drill"&lt;br /&gt;</w:t>
        <w:br/>
        <w:t>безплідний етос</w:t>
      </w:r>
    </w:p>
    <w:p>
      <w:r>
        <w:br/>
        <w:t>три панни Інни&lt;br /&gt;</w:t>
        <w:br/>
        <w:t>їх серця&lt;br /&gt;</w:t>
        <w:br/>
        <w:t>переобтяжені добою</w:t>
      </w:r>
    </w:p>
    <w:p>
      <w:r>
        <w:br/>
        <w:t>чекай а к&amp;#225;тарсис?&lt;br /&gt;</w:t>
        <w:br/>
        <w:t>а він&lt;br /&gt;</w:t>
        <w:br/>
        <w:t>перед тобою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Катарсис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