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Кассандра</w:t>
      </w:r>
    </w:p>
    <w:p>
      <w:r>
        <w:br/>
        <w:t xml:space="preserve"> Кассандра</w:t>
      </w:r>
    </w:p>
    <w:p>
      <w:r>
        <w:br/>
        <w:t>ДІЯЧІ:</w:t>
      </w:r>
    </w:p>
    <w:p>
      <w:r>
        <w:br/>
        <w:t>К а с с а н д р а — дочка троянського царя Пріама, пророчиця, жриця Аполлона.</w:t>
      </w:r>
    </w:p>
    <w:p>
      <w:r>
        <w:br/>
        <w:t>П о л і к с е н а — її сестра, молода дівчина.</w:t>
      </w:r>
    </w:p>
    <w:p>
      <w:r>
        <w:br/>
        <w:t>Д е ї ф о б — її найстарший брат, ватаг військовий.</w:t>
      </w:r>
    </w:p>
    <w:p>
      <w:r>
        <w:br/>
        <w:t>Г е л е н — другий її брат, віщун і жрець.</w:t>
      </w:r>
    </w:p>
    <w:p>
      <w:r>
        <w:br/>
        <w:t>П а р і с — наймолодший брат Кассандри.</w:t>
      </w:r>
    </w:p>
    <w:p>
      <w:r>
        <w:br/>
        <w:t>Г е л е н а — жінка спартанського царя Менелая, що втекла з Парісом у Трою.</w:t>
      </w:r>
    </w:p>
    <w:p>
      <w:r>
        <w:br/>
        <w:t>А н д р о м а х а — жінка Гектора, брата Кассандри.&lt;br /&gt;</w:t>
        <w:br/>
        <w:t>Л е в к е&lt;br /&gt;</w:t>
        <w:br/>
        <w:t>Х р і з е&lt;br /&gt;</w:t>
        <w:br/>
        <w:t>А й т р а&lt;br /&gt;</w:t>
        <w:br/>
        <w:t>К л і м е н а&lt;br /&gt;</w:t>
        <w:br/>
        <w:t>К р е у з а</w:t>
      </w:r>
    </w:p>
    <w:p>
      <w:r>
        <w:br/>
        <w:t>рабині Андромахи.</w:t>
      </w:r>
    </w:p>
    <w:p>
      <w:r>
        <w:br/>
        <w:t>Стара рабиня Поліксенина.</w:t>
      </w:r>
    </w:p>
    <w:p>
      <w:r>
        <w:br/>
        <w:t>Д о л о н — молодий троянець, колишній наречений Кассандри,</w:t>
      </w:r>
    </w:p>
    <w:p>
      <w:r>
        <w:br/>
        <w:t>О н о м а й — цар лідійський, що сватає Кассандру.&lt;br /&gt;</w:t>
        <w:br/>
        <w:t>1-й вартовий&lt;br /&gt;</w:t>
        <w:br/>
        <w:t>2-й вартовий&lt;br /&gt;</w:t>
        <w:br/>
        <w:t>3-й вартовий&lt;br /&gt;</w:t>
        <w:br/>
        <w:t>4-й вартовий</w:t>
      </w:r>
    </w:p>
    <w:p>
      <w:r>
        <w:br/>
        <w:t>сторожа міста Іліона в Трої.</w:t>
      </w:r>
    </w:p>
    <w:p>
      <w:r>
        <w:br/>
        <w:t>Флейтист.</w:t>
      </w:r>
    </w:p>
    <w:p>
      <w:r>
        <w:br/>
        <w:t>К і т а р и ст.</w:t>
      </w:r>
    </w:p>
    <w:p>
      <w:r>
        <w:br/>
        <w:t>С і н о н — еллін, шпигун.</w:t>
      </w:r>
    </w:p>
    <w:p>
      <w:r>
        <w:br/>
        <w:t>А г а м е м н о н А т р і д — цар аргоськнй, найстарший ватаг ахейського війська.&lt;br /&gt;</w:t>
        <w:br/>
        <w:t>М е н е л а й А т р і д — брат його, цар спартанський&lt;br /&gt;</w:t>
        <w:br/>
        <w:t>О д і с с е й — цар Ітаки&lt;br /&gt;</w:t>
        <w:br/>
        <w:t>Д і о м е д&lt;br /&gt;</w:t>
        <w:br/>
        <w:t>А я к с</w:t>
      </w:r>
    </w:p>
    <w:p>
      <w:r>
        <w:br/>
        <w:t>підрядні ватаги ахейського війська</w:t>
      </w:r>
    </w:p>
    <w:p>
      <w:r>
        <w:br/>
        <w:t>К л і т е м н е с т р а — жінка Агамемнона.</w:t>
      </w:r>
    </w:p>
    <w:p>
      <w:r>
        <w:br/>
        <w:t>Е г і с т — родич і намісник Агамемнона.&lt;br /&gt;</w:t>
        <w:br/>
        <w:t>Троянці, троянки, раби, рабині, вояки троянські й еллінські.</w:t>
      </w:r>
    </w:p>
    <w:p>
      <w:r>
        <w:br/>
        <w:t>Діється в часи еллінсько-троянської війни в Трої, в місті Іліоні.&lt;br /&gt;</w:t>
        <w:br/>
        <w:t>Епілог — в Елладі, в столиці Арголіди Мікенах.&lt;br /&gt;</w:t>
        <w:br/>
        <w:t>I</w:t>
      </w:r>
    </w:p>
    <w:p>
      <w:r>
        <w:br/>
        <w:t>Кімната в генекеї (жіночій половині) Пріамового дому. Гелена сидить на низькім різьбленім стільці і пряде пурпурну вовну на золотій кужілці; сама пишно вбрана, на поясі висить кругле срібне свічадо.</w:t>
      </w:r>
    </w:p>
    <w:p>
      <w:r>
        <w:br/>
        <w:t>Кассандра ввіходить у кімнату, замислена, дивиться поперед себе, погляд її падає на Гелену, немов пронизує її і немов бачить крізь неї ще щось далі. Так дивлячись, Кассандра спиняється посеред кімнати і стоїть мовчки.</w:t>
      </w:r>
    </w:p>
    <w:p>
      <w:r>
        <w:br/>
        <w:t>Гелена</w:t>
      </w:r>
    </w:p>
    <w:p>
      <w:r>
        <w:br/>
        <w:t>Сестрице, радуйся!</w:t>
      </w:r>
    </w:p>
    <w:p>
      <w:r>
        <w:br/>
        <w:t>Кассандра</w:t>
      </w:r>
    </w:p>
    <w:p>
      <w:r>
        <w:br/>
        <w:t>Радій, Гелено,—&lt;br /&gt;</w:t>
        <w:br/>
        <w:t>бо ми не сестри.</w:t>
      </w:r>
    </w:p>
    <w:p>
      <w:r>
        <w:br/>
        <w:t>Гелена</w:t>
      </w:r>
    </w:p>
    <w:p>
      <w:r>
        <w:br/>
        <w:t>Ох, я добре знаю,&lt;br /&gt;</w:t>
        <w:br/>
        <w:t>що осоружна я тобі, як смерть.</w:t>
      </w:r>
    </w:p>
    <w:p>
      <w:r>
        <w:br/>
        <w:t>Кассандра</w:t>
      </w:r>
    </w:p>
    <w:p>
      <w:r>
        <w:br/>
        <w:t>І ти, і смерть — обидві рідні сестри,</w:t>
      </w:r>
    </w:p>
    <w:p>
      <w:r>
        <w:br/>
        <w:t>Гелена</w:t>
      </w:r>
    </w:p>
    <w:p>
      <w:r>
        <w:br/>
        <w:t>Кассандро!</w:t>
      </w:r>
    </w:p>
    <w:p>
      <w:r>
        <w:br/>
        <w:t>Кассандра</w:t>
      </w:r>
    </w:p>
    <w:p>
      <w:r>
        <w:br/>
        <w:t>Так зови мене, Гелено,&lt;br /&gt;</w:t>
        <w:br/>
        <w:t>а не сестрою.</w:t>
      </w:r>
    </w:p>
    <w:p>
      <w:r>
        <w:br/>
        <w:t>Гелена</w:t>
      </w:r>
    </w:p>
    <w:p>
      <w:r>
        <w:br/>
        <w:t>(вражена)</w:t>
      </w:r>
    </w:p>
    <w:p>
      <w:r>
        <w:br/>
        <w:t>Більш тебе ніколи&lt;br /&gt;</w:t>
        <w:br/>
        <w:t>не назову сестрою. Тільки чом&lt;br /&gt;</w:t>
        <w:br/>
        <w:t>с е б е ти не зовеш сестрою смерті,&lt;br /&gt;</w:t>
        <w:br/>
        <w:t>було б тоді се більше до лиця.&lt;br /&gt;</w:t>
        <w:br/>
        <w:t>Вже так, що до лиця!</w:t>
      </w:r>
    </w:p>
    <w:p>
      <w:r>
        <w:br/>
        <w:t>Кассандра</w:t>
      </w:r>
    </w:p>
    <w:p>
      <w:r>
        <w:br/>
        <w:t>Візьми свічадо.</w:t>
      </w:r>
    </w:p>
    <w:p>
      <w:r>
        <w:br/>
        <w:t>Гелена</w:t>
      </w:r>
    </w:p>
    <w:p>
      <w:r>
        <w:br/>
        <w:t>До чого сі слова?</w:t>
      </w:r>
    </w:p>
    <w:p>
      <w:r>
        <w:br/>
        <w:t>Кассандра</w:t>
      </w:r>
    </w:p>
    <w:p>
      <w:r>
        <w:br/>
        <w:t>Візьми свічадо.</w:t>
      </w:r>
    </w:p>
    <w:p>
      <w:r>
        <w:br/>
        <w:t>Гелена мимохіть слухається і бере свічадо вруки. Кассандра стає з нею поруч.</w:t>
      </w:r>
    </w:p>
    <w:p>
      <w:r>
        <w:br/>
        <w:t>Дивись: от ти і я,— у нас нічого&lt;br /&gt;</w:t>
        <w:br/>
        <w:t>подібного нема.</w:t>
      </w:r>
    </w:p>
    <w:p>
      <w:r>
        <w:br/>
        <w:t>Гелена</w:t>
      </w:r>
    </w:p>
    <w:p>
      <w:r>
        <w:br/>
        <w:t>А хто ж те каже?</w:t>
      </w:r>
    </w:p>
    <w:p>
      <w:r>
        <w:br/>
        <w:t>Кассандра</w:t>
      </w:r>
    </w:p>
    <w:p>
      <w:r>
        <w:br/>
        <w:t>Якби ж я так була подібна смерті,&lt;br /&gt;</w:t>
        <w:br/>
        <w:t>була б тобі подібна.</w:t>
      </w:r>
    </w:p>
    <w:p>
      <w:r>
        <w:br/>
        <w:t>Гелена</w:t>
      </w:r>
    </w:p>
    <w:p>
      <w:r>
        <w:br/>
        <w:t>Геть іди!&lt;br /&gt;</w:t>
        <w:br/>
        <w:t>Чого ти смерть на мене накликаєш?</w:t>
      </w:r>
    </w:p>
    <w:p>
      <w:r>
        <w:br/>
        <w:t>Кассандра</w:t>
      </w:r>
    </w:p>
    <w:p>
      <w:r>
        <w:br/>
        <w:t>Хіба сестра сестру повинна вбити?&lt;br /&gt;</w:t>
        <w:br/>
        <w:t>Сестра сестрі частіше помагає.</w:t>
      </w:r>
    </w:p>
    <w:p>
      <w:r>
        <w:br/>
        <w:t>Гелена</w:t>
      </w:r>
    </w:p>
    <w:p>
      <w:r>
        <w:br/>
        <w:t>Так ти того прийшла оце до мене,&lt;br /&gt;</w:t>
        <w:br/>
        <w:t>щоб дорікати? Що ж, печи, картай,&lt;br /&gt;</w:t>
        <w:br/>
        <w:t>вам тільки й радощів, коли я плачу.</w:t>
      </w:r>
    </w:p>
    <w:p>
      <w:r>
        <w:br/>
        <w:t>Кассандра бере з її рук свічадо і держить проти її лиця. Гелена насуплює брови, але не плаче й не одвертається, обличчя їй дедалі випогоджується</w:t>
      </w:r>
    </w:p>
    <w:p>
      <w:r>
        <w:br/>
        <w:t>Кассандра</w:t>
      </w:r>
    </w:p>
    <w:p>
      <w:r>
        <w:br/>
        <w:t>Ти плакати не можеш, як і смерть.&lt;br /&gt;</w:t>
        <w:br/>
        <w:t>Дивись: твоє обличчя знов спокійне,&lt;br /&gt;</w:t>
        <w:br/>
        <w:t>знов тая сила у твоїх очах,&lt;br /&gt;</w:t>
        <w:br/>
        <w:t>велика сила,— їй усі коряться,&lt;br /&gt;</w:t>
        <w:br/>
        <w:t>всі смертні, і Кассандра вкупі з ними.</w:t>
      </w:r>
    </w:p>
    <w:p>
      <w:r>
        <w:br/>
        <w:t>(Спускає свічадо).</w:t>
      </w:r>
    </w:p>
    <w:p>
      <w:r>
        <w:br/>
        <w:t>Ідеш ти — і старі, поважні люди&lt;br /&gt;</w:t>
        <w:br/>
        <w:t>склоняються перед тобою низько&lt;br /&gt;</w:t>
        <w:br/>
        <w:t>і мовлять урочисто: "Богорівна!"&lt;br /&gt;</w:t>
        <w:br/>
        <w:t>Ти глянеш — кам'яніють мужі сильні&lt;br /&gt;</w:t>
        <w:br/>
        <w:t>і тихо шепотять: "Непереможна!"&lt;br /&gt;</w:t>
        <w:br/>
        <w:t>Ти поцілуєш — і погасне погляд&lt;br /&gt;</w:t>
        <w:br/>
        <w:t>у наймолодшого з синів Пріама,&lt;br /&gt;</w:t>
        <w:br/>
        <w:t>кров хвилею потужною приб'є&lt;br /&gt;</w:t>
        <w:br/>
        <w:t>до серця, і німіє серце й слово,&lt;br /&gt;</w:t>
        <w:br/>
        <w:t>і блідне пам'ять, і обличчя блідне,&lt;br /&gt;</w:t>
        <w:br/>
        <w:t>і весь він твій, і вже нема для нього&lt;br /&gt;</w:t>
        <w:br/>
        <w:t>ні матері, ні батька, ні родини,&lt;br /&gt;</w:t>
        <w:br/>
        <w:t>ні краю рідного... Троянки, плачте!&lt;br /&gt;</w:t>
        <w:br/>
        <w:t>Умер, загинув молодий Паріс!</w:t>
      </w:r>
    </w:p>
    <w:p>
      <w:r>
        <w:br/>
        <w:t>Гелена</w:t>
      </w:r>
    </w:p>
    <w:p>
      <w:r>
        <w:br/>
        <w:t>Ти братові своєму смерть віщуєш?</w:t>
      </w:r>
    </w:p>
    <w:p>
      <w:r>
        <w:br/>
        <w:t>Кассандра</w:t>
      </w:r>
    </w:p>
    <w:p>
      <w:r>
        <w:br/>
        <w:t>Для мене він давно вже не живе.</w:t>
      </w:r>
    </w:p>
    <w:p>
      <w:r>
        <w:br/>
        <w:t>Гелена</w:t>
      </w:r>
    </w:p>
    <w:p>
      <w:r>
        <w:br/>
        <w:t>Ненависна! Я знаю, як ти зроду&lt;br /&gt;</w:t>
        <w:br/>
        <w:t>ворогувала на Паріса.</w:t>
      </w:r>
    </w:p>
    <w:p>
      <w:r>
        <w:br/>
        <w:t>Кассандра</w:t>
      </w:r>
    </w:p>
    <w:p>
      <w:r>
        <w:br/>
        <w:t>Зроду&lt;br /&gt;</w:t>
        <w:br/>
        <w:t>любила я його.</w:t>
      </w:r>
    </w:p>
    <w:p>
      <w:r>
        <w:br/>
        <w:t>Гелена</w:t>
      </w:r>
    </w:p>
    <w:p>
      <w:r>
        <w:br/>
        <w:t>А нащо ж ти&lt;br /&gt;</w:t>
        <w:br/>
        <w:t>вмовляла батька й матір не приймати&lt;br /&gt;</w:t>
        <w:br/>
        <w:t>його до двору, як прийшов він вперше&lt;br /&gt;</w:t>
        <w:br/>
        <w:t>від пастухів убогих, що його&lt;br /&gt;</w:t>
        <w:br/>
        <w:t>ховали від пророцтва навісного?</w:t>
      </w:r>
    </w:p>
    <w:p>
      <w:r>
        <w:br/>
        <w:t>Кассандра</w:t>
      </w:r>
    </w:p>
    <w:p>
      <w:r>
        <w:br/>
        <w:t>То не було пророцтво навісне.&lt;br /&gt;</w:t>
        <w:br/>
        <w:t>Умерти або жити з пастухами&lt;br /&gt;</w:t>
        <w:br/>
        <w:t>було б єдине для Паріса щастя.</w:t>
      </w:r>
    </w:p>
    <w:p>
      <w:r>
        <w:br/>
        <w:t>Гелена</w:t>
      </w:r>
    </w:p>
    <w:p>
      <w:r>
        <w:br/>
        <w:t>Чому ж то так? Чому ж то Деїфоб,&lt;br /&gt;</w:t>
        <w:br/>
        <w:t>і Гектор, і Гелен, і всі брати,&lt;br /&gt;</w:t>
        <w:br/>
        <w:t>і сестри всі, і ти сама, Кассандро,&lt;br /&gt;</w:t>
        <w:br/>
        <w:t>в палатах здатні жити, а Паріс&lt;br /&gt;</w:t>
        <w:br/>
        <w:t>у курені пастушім мав би скніти?</w:t>
      </w:r>
    </w:p>
    <w:p>
      <w:r>
        <w:br/>
        <w:t>Кассандра</w:t>
      </w:r>
    </w:p>
    <w:p>
      <w:r>
        <w:br/>
        <w:t>А скніти у палатах, може, краще,&lt;br /&gt;</w:t>
        <w:br/>
        <w:t>так як Паріс у тебе в гінекеї?&lt;br /&gt;</w:t>
        <w:br/>
        <w:t>І Деїфоб, і Гектор, і Гелен&lt;br /&gt;</w:t>
        <w:br/>
        <w:t>живуть, не скніють: Деїфоб на раді,&lt;br /&gt;</w:t>
        <w:br/>
        <w:t>а Гектор на війні, Гелен у храмі —&lt;br /&gt;</w:t>
        <w:br/>
        <w:t>живуть душею й тілом. А Паріс?&lt;br /&gt;</w:t>
        <w:br/>
        <w:t>Він тільки й жив, як грав там на сопілці&lt;br /&gt;</w:t>
        <w:br/>
        <w:t>серед отар. Мовчить Паріс на раді,&lt;br /&gt;</w:t>
        <w:br/>
        <w:t>і зброю надягає, мов кайдани,&lt;br /&gt;</w:t>
        <w:br/>
        <w:t>боги з ним на розмові не бувають.</w:t>
      </w:r>
    </w:p>
    <w:p>
      <w:r>
        <w:br/>
        <w:t>Гелена</w:t>
      </w:r>
    </w:p>
    <w:p>
      <w:r>
        <w:br/>
        <w:t>З ним Афродіта розмовляє!</w:t>
      </w:r>
    </w:p>
    <w:p>
      <w:r>
        <w:br/>
        <w:t>Кассандра</w:t>
      </w:r>
    </w:p>
    <w:p>
      <w:r>
        <w:br/>
        <w:t>Ні!&lt;br /&gt;</w:t>
        <w:br/>
        <w:t>Він раб її, з рабом нема розмови.&lt;br /&gt;</w:t>
        <w:br/>
        <w:t>Вона велить, він слухає, та й годі.</w:t>
      </w:r>
    </w:p>
    <w:p>
      <w:r>
        <w:br/>
        <w:t>Гелена</w:t>
      </w:r>
    </w:p>
    <w:p>
      <w:r>
        <w:br/>
        <w:t>Се ж тільки ти змагаєшся з богами,&lt;br /&gt;</w:t>
        <w:br/>
        <w:t>за те вони тебе й карають.</w:t>
      </w:r>
    </w:p>
    <w:p>
      <w:r>
        <w:br/>
        <w:t>Кассандра</w:t>
      </w:r>
    </w:p>
    <w:p>
      <w:r>
        <w:br/>
        <w:t>Що ж,&lt;br /&gt;</w:t>
        <w:br/>
        <w:t>їх сила в карі, а моя в змаганні.</w:t>
      </w:r>
    </w:p>
    <w:p>
      <w:r>
        <w:br/>
        <w:t>Гелена</w:t>
      </w:r>
    </w:p>
    <w:p>
      <w:r>
        <w:br/>
        <w:t>Для того ти й з Кіпрідою змагалась,&lt;br /&gt;</w:t>
        <w:br/>
        <w:t>коли вона Паріса напутила&lt;br /&gt;</w:t>
        <w:br/>
        <w:t>до мене в Спарту плисти? Ще ж, Кассандро,&lt;br /&gt;</w:t>
        <w:br/>
        <w:t>Кіпріда, бач, перемогла тебе 1</w:t>
      </w:r>
    </w:p>
    <w:p>
      <w:r>
        <w:br/>
        <w:t>Кассандра</w:t>
      </w:r>
    </w:p>
    <w:p>
      <w:r>
        <w:br/>
        <w:t>Мене, Гелено? Ні, тебе й Паріса.</w:t>
      </w:r>
    </w:p>
    <w:p>
      <w:r>
        <w:br/>
        <w:t>Гелена</w:t>
      </w:r>
    </w:p>
    <w:p>
      <w:r>
        <w:br/>
        <w:t>Але ж Паріс послухав не тебе.</w:t>
      </w:r>
    </w:p>
    <w:p>
      <w:r>
        <w:br/>
        <w:t>Кассандра</w:t>
      </w:r>
    </w:p>
    <w:p>
      <w:r>
        <w:br/>
        <w:t>Глухий не чує — де ж тут перемога?</w:t>
      </w:r>
    </w:p>
    <w:p>
      <w:r>
        <w:br/>
        <w:t>Гелена</w:t>
      </w:r>
    </w:p>
    <w:p>
      <w:r>
        <w:br/>
        <w:t>Та хта ж би слухав провісті твоєї?&lt;br /&gt;</w:t>
        <w:br/>
        <w:t>Не говорила ж ти, почім ти знала,&lt;br /&gt;</w:t>
        <w:br/>
        <w:t>що вийде з подоріжжя.</w:t>
      </w:r>
    </w:p>
    <w:p>
      <w:r>
        <w:br/>
        <w:t>Кассандра</w:t>
      </w:r>
    </w:p>
    <w:p>
      <w:r>
        <w:br/>
        <w:t>Я не знаю&lt;br /&gt;</w:t>
        <w:br/>
        <w:t>нічого, окрім того, що я бачу.</w:t>
      </w:r>
    </w:p>
    <w:p>
      <w:r>
        <w:br/>
        <w:t>Гелена</w:t>
      </w:r>
    </w:p>
    <w:p>
      <w:r>
        <w:br/>
        <w:t>Та що ж могла ти бачити тоді?</w:t>
      </w:r>
    </w:p>
    <w:p>
      <w:r>
        <w:br/>
        <w:t>Кассандра</w:t>
      </w:r>
    </w:p>
    <w:p>
      <w:r>
        <w:br/>
        <w:t>Я бачила, як молодик вродливий&lt;br /&gt;</w:t>
        <w:br/>
        <w:t>з веселим серцем на чужину плив,&lt;br /&gt;</w:t>
        <w:br/>
        <w:t>не посланцем народу велемудрим,&lt;br /&gt;</w:t>
        <w:br/>
        <w:t>не збройним вояком і не купцем;&lt;br /&gt;</w:t>
        <w:br/>
        <w:t>шличок пастуший легкодумне чоло&lt;br /&gt;</w:t>
        <w:br/>
        <w:t>не зброїв, а красив. І я сказала:&lt;br /&gt;</w:t>
        <w:br/>
        <w:t>"Гей, куйте шоломи, троянські мужі,&lt;br /&gt;</w:t>
        <w:br/>
        <w:t>утроє, вчетверо кладіть блискучу мідь!"&lt;br /&gt;</w:t>
        <w:br/>
        <w:t>А потім... ох, страшна була хвилина,&lt;br /&gt;</w:t>
        <w:br/>
        <w:t>як він прибув, а з ним і ти, Гелено,&lt;br /&gt;</w:t>
        <w:br/>
        <w:t>і я отой смертельний поцілунок&lt;br /&gt;</w:t>
        <w:br/>
        <w:t>побачила...</w:t>
      </w:r>
    </w:p>
    <w:p>
      <w:r>
        <w:br/>
        <w:t>Гелена</w:t>
      </w:r>
    </w:p>
    <w:p>
      <w:r>
        <w:br/>
        <w:t>Кассандро! се неправда! —&lt;br /&gt;</w:t>
        <w:br/>
        <w:t>Паріса я в той час не цілувала.</w:t>
      </w:r>
    </w:p>
    <w:p>
      <w:r>
        <w:br/>
        <w:t>Кассандра</w:t>
      </w:r>
    </w:p>
    <w:p>
      <w:r>
        <w:br/>
        <w:t>І все-таки я бачила його,&lt;br /&gt;</w:t>
        <w:br/>
        <w:t>той поцілунок, саме в ту хвилину,&lt;br /&gt;</w:t>
        <w:br/>
        <w:t>коли до нашої землі торкнулась&lt;br /&gt;</w:t>
        <w:br/>
        <w:t>червоновзута білая нога&lt;br /&gt;</w:t>
        <w:br/>
        <w:t>твоя, Гелено. Ранила ти землю.</w:t>
      </w:r>
    </w:p>
    <w:p>
      <w:r>
        <w:br/>
        <w:t>Гелена</w:t>
      </w:r>
    </w:p>
    <w:p>
      <w:r>
        <w:br/>
        <w:t>Ти крикнула до мене: "Кров і смерть!"&lt;br /&gt;</w:t>
        <w:br/>
        <w:t>Того тобі довіку не забуду.</w:t>
      </w:r>
    </w:p>
    <w:p>
      <w:r>
        <w:br/>
        <w:t>Кассандра</w:t>
      </w:r>
    </w:p>
    <w:p>
      <w:r>
        <w:br/>
        <w:t>Я не тобі те крикнула, Гелено.&lt;br /&gt;</w:t>
        <w:br/>
        <w:t>Була я в той час новонарожденна&lt;br /&gt;</w:t>
        <w:br/>
        <w:t>і криком болю світ новий стрічала.&lt;br /&gt;</w:t>
        <w:br/>
        <w:t>Я бачила: Паріс на нас не глянув,&lt;br /&gt;</w:t>
        <w:br/>
        <w:t>устами тільки — привітав троянців.&lt;br /&gt;</w:t>
        <w:br/>
        <w:t>Я бачила, як на його думки&lt;br /&gt;</w:t>
        <w:br/>
        <w:t>сандалія червона наступила.&lt;br /&gt;</w:t>
        <w:br/>
        <w:t>Я крикнула: "Несіть ячмінь і сіль,—&lt;br /&gt;</w:t>
        <w:br/>
        <w:t>за жрицею рокована йде жертва!"&lt;br /&gt;</w:t>
        <w:br/>
        <w:t>Розвіяв вітер золотеє пасмо&lt;br /&gt;</w:t>
        <w:br/>
        <w:t>твого волосся. "Мчить Арес 2 неситий&lt;br /&gt;</w:t>
        <w:br/>
        <w:t>на поводі Кіпрідинім, як огир&lt;br /&gt;</w:t>
        <w:br/>
        <w:t>в палу жаги. Готуйте гекатомбу!"3 —&lt;br /&gt;</w:t>
        <w:br/>
        <w:t>волала я і бачила: на морі&lt;br /&gt;</w:t>
        <w:br/>
        <w:t>вже чорні кораблі багряну хвилю&lt;br /&gt;</w:t>
        <w:br/>
        <w:t>стернами різали, вітрила рвались...&lt;br /&gt;</w:t>
        <w:br/>
        <w:t>На шоломах у вояків ахейських&lt;br /&gt;</w:t>
        <w:br/>
        <w:t>тряслися грізно гриви...</w:t>
      </w:r>
    </w:p>
    <w:p>
      <w:r>
        <w:br/>
        <w:t>Гелена</w:t>
      </w:r>
    </w:p>
    <w:p>
      <w:r>
        <w:br/>
        <w:t>Ти безумна!&lt;br /&gt;</w:t>
        <w:br/>
        <w:t>Хіба в той день ахейці приплили?&lt;br /&gt;</w:t>
        <w:br/>
        <w:t>Ми ж більше року прожили спокійно!</w:t>
      </w:r>
    </w:p>
    <w:p>
      <w:r>
        <w:br/>
        <w:t>Кассандра</w:t>
      </w:r>
    </w:p>
    <w:p>
      <w:r>
        <w:br/>
        <w:t>Я б а ч и л а в той день ахейське військо.&lt;br /&gt;</w:t>
        <w:br/>
        <w:t>Тепер я бачу: Менелай бере&lt;br /&gt;</w:t>
        <w:br/>
        <w:t>тебе за руку...</w:t>
      </w:r>
    </w:p>
    <w:p>
      <w:r>
        <w:br/>
        <w:t>Гелена</w:t>
      </w:r>
    </w:p>
    <w:p>
      <w:r>
        <w:br/>
        <w:t>Геть від мене, люта!&lt;br /&gt;</w:t>
        <w:br/>
        <w:t>Неправда то! неправда! І ніколи&lt;br /&gt;</w:t>
        <w:br/>
        <w:t>того не буде! Краще розіб'юся,&lt;br /&gt;</w:t>
        <w:br/>
        <w:t>упавши з вежі на каміння гостре!</w:t>
      </w:r>
    </w:p>
    <w:p>
      <w:r>
        <w:br/>
        <w:t>Кассандра</w:t>
      </w:r>
    </w:p>
    <w:p>
      <w:r>
        <w:br/>
        <w:t>(з певністю)</w:t>
      </w:r>
    </w:p>
    <w:p>
      <w:r>
        <w:br/>
        <w:t>Твій чоловік бере тебе за руку,&lt;br /&gt;</w:t>
        <w:br/>
        <w:t>і, ледве взяв, вже ти його ведеш.&lt;br /&gt;</w:t>
        <w:br/>
        <w:t>Ти попереду, він іде позаду...&lt;br /&gt;</w:t>
        <w:br/>
        <w:t>Чужі моря, чужі краї минає&lt;br /&gt;</w:t>
        <w:br/>
        <w:t>ваш корабель, несучи вас додому...&lt;br /&gt;</w:t>
        <w:br/>
        <w:t>Огні погасли на руїнах Трої,&lt;br /&gt;</w:t>
        <w:br/>
        <w:t>і дим від Іліона в небі зник...&lt;br /&gt;</w:t>
        <w:br/>
        <w:t>А ти сидиш на троні, ти цариця,&lt;br /&gt;</w:t>
        <w:br/>
        <w:t>прядеш собі на золотій кужілці&lt;br /&gt;</w:t>
        <w:br/>
        <w:t>пурпурну вовну, і червона нитка&lt;br /&gt;</w:t>
        <w:br/>
        <w:t>все точиться, все точиться...</w:t>
      </w:r>
    </w:p>
    <w:p>
      <w:r>
        <w:br/>
        <w:t>Гелена</w:t>
      </w:r>
    </w:p>
    <w:p>
      <w:r>
        <w:br/>
        <w:t>Неправда!</w:t>
      </w:r>
    </w:p>
    <w:p>
      <w:r>
        <w:br/>
        <w:t>Кассандра</w:t>
      </w:r>
    </w:p>
    <w:p>
      <w:r>
        <w:br/>
        <w:t>О богорівна! О непереможна!&lt;br /&gt;</w:t>
        <w:br/>
        <w:t>Епіметея дочко!</w:t>
      </w:r>
    </w:p>
    <w:p>
      <w:r>
        <w:br/>
        <w:t>Гелена</w:t>
      </w:r>
    </w:p>
    <w:p>
      <w:r>
        <w:br/>
        <w:t>Що се знов?&lt;br /&gt;</w:t>
        <w:br/>
        <w:t>Яке нове безумство? Як ти смієш&lt;br /&gt;</w:t>
        <w:br/>
        <w:t>казать мені "Епіметея дочко"?</w:t>
      </w:r>
    </w:p>
    <w:p>
      <w:r>
        <w:br/>
        <w:t>Кассандра</w:t>
      </w:r>
    </w:p>
    <w:p>
      <w:r>
        <w:br/>
        <w:t>Був Прометей і був Епіметей,&lt;br /&gt;</w:t>
        <w:br/>
        <w:t>одного батька-матері синове.&lt;br /&gt;</w:t>
        <w:br/>
        <w:t>Життя й вогонь дав людям Прометей&lt;br /&gt;</w:t>
        <w:br/>
        <w:t>і з н а в, що муки ждуть його за теє,&lt;br /&gt;</w:t>
        <w:br/>
        <w:t>провидець мук не відвернув від себе,—&lt;br /&gt;</w:t>
        <w:br/>
        <w:t>з усіх синів праматері Землі&lt;br /&gt;</w:t>
        <w:br/>
        <w:t>його найгірше покарала Мойра.&lt;br /&gt;</w:t>
        <w:br/>
        <w:t>Епіметей не знав нічого. Завжди&lt;br /&gt;</w:t>
        <w:br/>
        <w:t>у нього думка доганяла вчинок.&lt;br /&gt;</w:t>
        <w:br/>
        <w:t>Він взяв собі за жінку ту Пандору,&lt;br /&gt;</w:t>
        <w:br/>
        <w:t>що смерть і горе людям дарувала,&lt;br /&gt;</w:t>
        <w:br/>
        <w:t>і був щасливий з нею, і довіку&lt;br /&gt;</w:t>
        <w:br/>
        <w:t>ніхто його нещасним не назвав.&lt;br /&gt;</w:t>
        <w:br/>
        <w:t>Одного батька й матері синове,&lt;br /&gt;</w:t>
        <w:br/>
        <w:t>титани зроду не були братами,&lt;br /&gt;</w:t>
        <w:br/>
        <w:t>а ти хотіла, щоб тебе Кассандра&lt;br /&gt;</w:t>
        <w:br/>
        <w:t>сестрою називала! Ні, Гелено,&lt;br /&gt;</w:t>
        <w:br/>
        <w:t>неправди я не можу говорити.</w:t>
      </w:r>
    </w:p>
    <w:p>
      <w:r>
        <w:br/>
        <w:t>Гелена</w:t>
      </w:r>
    </w:p>
    <w:p>
      <w:r>
        <w:br/>
        <w:t>Неправда все, що ти коли говориш!</w:t>
      </w:r>
    </w:p>
    <w:p>
      <w:r>
        <w:br/>
        <w:t>Кассандра</w:t>
      </w:r>
    </w:p>
    <w:p>
      <w:r>
        <w:br/>
        <w:t>Епіметей казав так Прометею&lt;br /&gt;</w:t>
        <w:br/>
        <w:t>і був щасливий. Радуйся, царице!</w:t>
      </w:r>
    </w:p>
    <w:p>
      <w:r>
        <w:br/>
        <w:t>(Виходить).</w:t>
      </w:r>
    </w:p>
    <w:p>
      <w:r>
        <w:br/>
        <w:t>II&lt;br /&gt;</w:t>
        <w:br/>
        <w:t>Кассандрин покій. Кассандра пише Сівілінську книгу 4 на довгім пергаменті. Коло неї великий триніг з запаленим куривом.</w:t>
      </w:r>
    </w:p>
    <w:p>
      <w:r>
        <w:br/>
        <w:t>Поліксена</w:t>
      </w:r>
    </w:p>
    <w:p>
      <w:r>
        <w:br/>
        <w:t>(в білім убранні, червоні стрічки й червоні квітки з гранати в косах)</w:t>
      </w:r>
    </w:p>
    <w:p>
      <w:r>
        <w:br/>
        <w:t>Кассандро, рідна, ти не знаєш, люба,&lt;br /&gt;</w:t>
        <w:br/>
        <w:t>яка щаслива я! Який вродливий&lt;br /&gt;</w:t>
        <w:br/>
        <w:t>мій Ахіллес, мій наречений! Часто&lt;br /&gt;</w:t>
        <w:br/>
        <w:t>я з брами бачу, як він їде полем,&lt;br /&gt;</w:t>
        <w:br/>
        <w:t>мов Геліос прекрасний, так він сяє.&lt;br /&gt;</w:t>
        <w:br/>
        <w:t>З Атрідами 5 в незгоді він, і хоче&lt;br /&gt;</w:t>
        <w:br/>
        <w:t>в міцному мирі з батьком нашим бути,&lt;br /&gt;</w:t>
        <w:br/>
        <w:t>і шлюб наш буде вже одразу плідним,—&lt;br /&gt;</w:t>
        <w:br/>
        <w:t>так кажуть мірмідонці і троянці,&lt;br /&gt;</w:t>
        <w:br/>
        <w:t>бо з нього зродиться і згода, й сила,&lt;br /&gt;</w:t>
        <w:br/>
        <w:t>і не загине вже святая Троя,&lt;br /&gt;</w:t>
        <w:br/>
        <w:t>не вмре народ державного Пріама!</w:t>
      </w:r>
    </w:p>
    <w:p>
      <w:r>
        <w:br/>
        <w:t>Кассандра</w:t>
      </w:r>
    </w:p>
    <w:p>
      <w:r>
        <w:br/>
        <w:t>Пробач мені, сестричко, я не можу&lt;br /&gt;</w:t>
        <w:br/>
        <w:t>тепер з тобою говорити. Бачиш,&lt;br /&gt;</w:t>
        <w:br/>
        <w:t>тепер пишу я книгу, на розмові&lt;br /&gt;</w:t>
        <w:br/>
        <w:t>я мушу бути з яснокудрим богом.</w:t>
      </w:r>
    </w:p>
    <w:p>
      <w:r>
        <w:br/>
        <w:t>Поліксена</w:t>
      </w:r>
    </w:p>
    <w:p>
      <w:r>
        <w:br/>
        <w:t>Негарно заздрити сестрі, Кассандро,&lt;br /&gt;</w:t>
        <w:br/>
        <w:t>не винна я, що Ахіллес мене,&lt;br /&gt;</w:t>
        <w:br/>
        <w:t>а не тебе з усіх царівен вибрав,&lt;br /&gt;</w:t>
        <w:br/>
        <w:t>не дівчина ж бо мужа вибирає,&lt;br /&gt;</w:t>
        <w:br/>
        <w:t>а він її. Із того я не винна,&lt;br /&gt;</w:t>
        <w:br/>
        <w:t>що ти не вміла догодить Кіпріді.</w:t>
      </w:r>
    </w:p>
    <w:p>
      <w:r>
        <w:br/>
        <w:t>Кассандра</w:t>
      </w:r>
    </w:p>
    <w:p>
      <w:r>
        <w:br/>
        <w:t>Ні, Поліксено, я тобі не заздрю!&lt;br /&gt;</w:t>
        <w:br/>
        <w:t>(Заслоняє лице покривалом).</w:t>
      </w:r>
    </w:p>
    <w:p>
      <w:r>
        <w:br/>
        <w:t>Поліксена</w:t>
      </w:r>
    </w:p>
    <w:p>
      <w:r>
        <w:br/>
        <w:t>Прости, кохана, я тебе вразила.&lt;br /&gt;</w:t>
        <w:br/>
        <w:t>В своєму щасті я зовсім забула,&lt;br /&gt;</w:t>
        <w:br/>
        <w:t>що слово "шлюб" гірке моїй Кассандрі&lt;br /&gt;</w:t>
        <w:br/>
        <w:t>від того часу, як Долон зрадливий&lt;br /&gt;</w:t>
        <w:br/>
        <w:t>одкинувся від неї.</w:t>
      </w:r>
    </w:p>
    <w:p>
      <w:r>
        <w:br/>
        <w:t>Кассандра</w:t>
      </w:r>
    </w:p>
    <w:p>
      <w:r>
        <w:br/>
        <w:t>Поліксено,&lt;br /&gt;</w:t>
        <w:br/>
        <w:t>що говорить про те! Я добре знала,&lt;br /&gt;</w:t>
        <w:br/>
        <w:t>що я йому дружиною не буду.</w:t>
      </w:r>
    </w:p>
    <w:p>
      <w:r>
        <w:br/>
        <w:t>Поліксена</w:t>
      </w:r>
    </w:p>
    <w:p>
      <w:r>
        <w:br/>
        <w:t>А нащо ж ти приймала подарунки?</w:t>
      </w:r>
    </w:p>
    <w:p>
      <w:r>
        <w:br/>
        <w:t>Кассандра</w:t>
      </w:r>
    </w:p>
    <w:p>
      <w:r>
        <w:br/>
        <w:t>Бо я його любила. Ті дари —&lt;br /&gt;</w:t>
        <w:br/>
        <w:t>то все, що міг Долон Кассандрі дати.&lt;br /&gt;</w:t>
        <w:br/>
        <w:t>Чому ж я мала б і того зрікатись?&lt;br /&gt;</w:t>
        <w:br/>
        <w:t>Він щиро те давав, а я те брала,&lt;br /&gt;</w:t>
        <w:br/>
        <w:t>щоб мати спогад про хвилини щастя,&lt;br /&gt;</w:t>
        <w:br/>
        <w:t>бо знала я, їх небагато буде.&lt;br /&gt;</w:t>
        <w:br/>
        <w:t>Дивись: і досі золота гадючка&lt;br /&gt;</w:t>
        <w:br/>
        <w:t>мені правицю обвиває так,&lt;br /&gt;</w:t>
        <w:br/>
        <w:t>як спогад в'ється коло мого серця... .</w:t>
      </w:r>
    </w:p>
    <w:p>
      <w:r>
        <w:br/>
        <w:t>(Показує обручку на руці вище ліктя).</w:t>
      </w:r>
    </w:p>
    <w:p>
      <w:r>
        <w:br/>
        <w:t>Долон не винен. Винні сії очі,&lt;br /&gt;</w:t>
        <w:br/>
        <w:t>не вмів їх погляд мовити: "Кохаю",&lt;br /&gt;</w:t>
        <w:br/>
        <w:t>хоч від кохання серце розривалось.&lt;br /&gt;</w:t>
        <w:br/>
        <w:t>Боявся їх Долон. Він сам казав,&lt;br /&gt;</w:t>
        <w:br/>
        <w:t>що вбили щастя наше тії очі&lt;br /&gt;</w:t>
        <w:br/>
        <w:t>холодними і твердими мечами.&lt;br /&gt;</w:t>
        <w:br/>
        <w:t>Вони однакові були, незмінні&lt;br /&gt;</w:t>
        <w:br/>
        <w:t>перед богами і перед коханим.&lt;br /&gt;</w:t>
        <w:br/>
        <w:t>Не міг Долон очей тих подолати,&lt;br /&gt;</w:t>
        <w:br/>
        <w:t>не міг він погляду їх одвернути&lt;br /&gt;</w:t>
        <w:br/>
        <w:t>від таємниці до живого щастя.&lt;br /&gt;</w:t>
        <w:br/>
        <w:t>І знала я, що в сих моїх очах&lt;br /&gt;</w:t>
        <w:br/>
        <w:t>моя недоля, тільки що робити?&lt;br /&gt;</w:t>
        <w:br/>
        <w:t>Хіба осліпнути? Бо де візьметься&lt;br /&gt;</w:t>
        <w:br/>
        <w:t>у птиці віщої коханий погляд&lt;br /&gt;</w:t>
        <w:br/>
        <w:t>голубки, що воркує.</w:t>
      </w:r>
    </w:p>
    <w:p>
      <w:r>
        <w:br/>
        <w:t>Поліксена дивиться їй в очі.</w:t>
      </w:r>
    </w:p>
    <w:p>
      <w:r>
        <w:br/>
        <w:t>Поліксено!&lt;br /&gt;</w:t>
        <w:br/>
        <w:t>Не придивляйся до моїх очей,&lt;br /&gt;</w:t>
        <w:br/>
        <w:t>не говори до мене, не питай&lt;br /&gt;</w:t>
        <w:br/>
        <w:t>нічого, нічогісінько. Ти знаєш,&lt;br /&gt;</w:t>
        <w:br/>
        <w:t>тебе я над усіх сестер злюбила.&lt;br /&gt;</w:t>
        <w:br/>
        <w:t>Не говори до мене.</w:t>
      </w:r>
    </w:p>
    <w:p>
      <w:r>
        <w:br/>
        <w:t>Поліксена</w:t>
      </w:r>
    </w:p>
    <w:p>
      <w:r>
        <w:br/>
        <w:t>Ні, Кассандро,&lt;br /&gt;</w:t>
        <w:br/>
        <w:t>не думай ти, що й я тобі ворожа,&lt;br /&gt;</w:t>
        <w:br/>
        <w:t>як інші всі. Не винна ж ти, що хвора,&lt;br /&gt;</w:t>
        <w:br/>
        <w:t>що бог тобі так затуманив думку,&lt;br /&gt;</w:t>
        <w:br/>
        <w:t>що скрізь лихе ввижається тобі&lt;br /&gt;</w:t>
        <w:br/>
        <w:t>там, де його і признаку немає,&lt;br /&gt;</w:t>
        <w:br/>
        <w:t>що ти собі та й людям труїш радість.&lt;br /&gt;</w:t>
        <w:br/>
        <w:t>Мені тебе, голубко, дуже шкода.&lt;br /&gt;</w:t>
        <w:br/>
        <w:t>(Сідає на низенький ослінчик біля ніг Кассандри).&lt;br /&gt;</w:t>
        <w:br/>
        <w:t>Сестричко, розчеши мені волосся.&lt;br /&gt;</w:t>
        <w:br/>
        <w:t>Мені казала мати розчесатись,&lt;br /&gt;</w:t>
        <w:br/>
        <w:t>та бачиш, як заплуталось воно.&lt;br /&gt;</w:t>
        <w:br/>
        <w:t>Та ще тут сі квітки ніяк не вийму.&lt;br /&gt;</w:t>
        <w:br/>
        <w:t>(Виймає з-за пояса золотий гребінець і маленьке кругле свічадо).</w:t>
      </w:r>
    </w:p>
    <w:p>
      <w:r>
        <w:br/>
        <w:t>Ось маєш гребінець.&lt;br /&gt;</w:t>
        <w:br/>
        <w:t>(Подає гребінець Кассандрі, тая бере слухняно, починає розв'язувати стрічки, виймати квітки з волосся. Поліксена дивиться в свічадо).</w:t>
      </w:r>
    </w:p>
    <w:p>
      <w:r>
        <w:br/>
        <w:t>Кассандра</w:t>
      </w:r>
    </w:p>
    <w:p>
      <w:r>
        <w:br/>
        <w:t>(шепоче)</w:t>
      </w:r>
    </w:p>
    <w:p>
      <w:r>
        <w:br/>
        <w:t>Яка хороша&lt;br /&gt;</w:t>
        <w:br/>
        <w:t>моя сестричка! Заздрісні боги&lt;br /&gt;</w:t>
        <w:br/>
        <w:t>собі найкраще в жертву вибирають.&lt;br /&gt;</w:t>
        <w:br/>
        <w:t>О, краще б я тепер мечем жертовним&lt;br /&gt;</w:t>
        <w:br/>
        <w:t>життя її перетяла, от зараз,&lt;br /&gt;</w:t>
        <w:br/>
        <w:t>поки вона ще горя не зазнала!</w:t>
      </w:r>
    </w:p>
    <w:p>
      <w:r>
        <w:br/>
        <w:t>Поліксена</w:t>
      </w:r>
    </w:p>
    <w:p>
      <w:r>
        <w:br/>
        <w:t>(бачить в свічаді очі Кассандри)</w:t>
      </w:r>
    </w:p>
    <w:p>
      <w:r>
        <w:br/>
        <w:t>Кассандро, я боюсь твоїх очей!&lt;br /&gt;</w:t>
        <w:br/>
        <w:t>Чого так дивишся? Що ти шепочеш?</w:t>
      </w:r>
    </w:p>
    <w:p>
      <w:r>
        <w:br/>
        <w:t>Кассандра</w:t>
      </w:r>
    </w:p>
    <w:p>
      <w:r>
        <w:br/>
        <w:t>Нічого, ні, нічого. Ти казала,&lt;br /&gt;</w:t>
        <w:br/>
        <w:t>що хвора я. Так, може, се і правда,&lt;br /&gt;</w:t>
        <w:br/>
        <w:t>я певне хвора, не вважай на мене...&lt;br /&gt;</w:t>
        <w:br/>
        <w:t>Згадала я про нашого Троїла,&lt;br /&gt;</w:t>
        <w:br/>
        <w:t>до тебе він такий подібний був...&lt;br /&gt;</w:t>
        <w:br/>
        <w:t>а надто як лежав мечем пробитий...&lt;br /&gt;</w:t>
        <w:br/>
        <w:t>спокійний, тихий, гарний... Поліксене,&lt;br /&gt;</w:t>
        <w:br/>
        <w:t>ти вже забула, чий то був той меч&lt;br /&gt;</w:t>
        <w:br/>
        <w:t>у грудях брата нашого Троїла?</w:t>
      </w:r>
    </w:p>
    <w:p>
      <w:r>
        <w:br/>
        <w:t>Поліксена</w:t>
      </w:r>
    </w:p>
    <w:p>
      <w:r>
        <w:br/>
        <w:t>Кассандро, нащо спогадами труїш?&lt;br /&gt;</w:t>
        <w:br/>
        <w:t>На те війна.</w:t>
      </w:r>
    </w:p>
    <w:p>
      <w:r>
        <w:br/>
        <w:t>Кассандра</w:t>
      </w:r>
    </w:p>
    <w:p>
      <w:r>
        <w:br/>
        <w:t>Ох, так, на те війна:&lt;br /&gt;</w:t>
        <w:br/>
        <w:t>убити брата, потім заручити&lt;br /&gt;</w:t>
        <w:br/>
        <w:t>сестру за себе...</w:t>
      </w:r>
    </w:p>
    <w:p>
      <w:r>
        <w:br/>
        <w:t>Поліксена</w:t>
      </w:r>
    </w:p>
    <w:p>
      <w:r>
        <w:br/>
        <w:t>Брат давно убитий,&lt;br /&gt;</w:t>
        <w:br/>
        <w:t>і я його зовсім не пам'ятаю,&lt;br /&gt;</w:t>
        <w:br/>
        <w:t>та й Ахіллес тоді зовсім не знав,&lt;br /&gt;</w:t>
        <w:br/>
        <w:t>кого він убивав.</w:t>
      </w:r>
    </w:p>
    <w:p>
      <w:r>
        <w:br/>
        <w:t>Кассандра</w:t>
      </w:r>
    </w:p>
    <w:p>
      <w:r>
        <w:br/>
        <w:t>Та ми те знаєм.&lt;br /&gt;</w:t>
        <w:br/>
        <w:t>І певне Ахіллес того не знав,&lt;br /&gt;</w:t>
        <w:br/>
        <w:t>що в той же час, як він шукав послів,&lt;br /&gt;</w:t>
        <w:br/>
        <w:t>щоб їх послати у свати до тебе,&lt;br /&gt;</w:t>
        <w:br/>
        <w:t>твій брат, наш Гектор, саме раду радив,&lt;br /&gt;</w:t>
        <w:br/>
        <w:t>щоб запалити кораблі ахейські.&lt;br /&gt;</w:t>
        <w:br/>
        <w:t>В той час, як ти оці квітки з гранати&lt;br /&gt;</w:t>
        <w:br/>
        <w:t>у кучері вплітала, Гектор наш&lt;br /&gt;</w:t>
        <w:br/>
        <w:t>думливу голову шоломом зброїв.</w:t>
      </w:r>
    </w:p>
    <w:p>
      <w:r>
        <w:br/>
        <w:t>Поліксена</w:t>
      </w:r>
    </w:p>
    <w:p>
      <w:r>
        <w:br/>
        <w:t>Так що? Він мірмідонців не зачепить,&lt;br /&gt;</w:t>
        <w:br/>
        <w:t>то й Ахіллесові про те байдуже,&lt;br /&gt;</w:t>
        <w:br/>
        <w:t>як і мені.</w:t>
      </w:r>
    </w:p>
    <w:p>
      <w:r>
        <w:br/>
        <w:t>Андромаха</w:t>
      </w:r>
    </w:p>
    <w:p>
      <w:r>
        <w:br/>
        <w:t>(вбігає)</w:t>
      </w:r>
    </w:p>
    <w:p>
      <w:r>
        <w:br/>
        <w:t>Чи ви те чули, сестри?&lt;br /&gt;</w:t>
        <w:br/>
        <w:t>Мій Гектор, кажуть, заколов Патрокла.&lt;br /&gt;</w:t>
        <w:br/>
        <w:t>Се ж Ахіллес Патрокла мав за друга&lt;br /&gt;</w:t>
        <w:br/>
        <w:t>найпершого...</w:t>
      </w:r>
    </w:p>
    <w:p>
      <w:r>
        <w:br/>
        <w:t>Кассандра</w:t>
      </w:r>
    </w:p>
    <w:p>
      <w:r>
        <w:br/>
        <w:t>Ой горе! кров і помста!&lt;br /&gt;</w:t>
        <w:br/>
        <w:t>Оце твій шлюб, нещасна Поліксено!</w:t>
      </w:r>
    </w:p>
    <w:p>
      <w:r>
        <w:br/>
        <w:t>(Бере з-за тринога ножиці і обрізує коси Поліксені),</w:t>
      </w:r>
    </w:p>
    <w:p>
      <w:r>
        <w:br/>
        <w:t>Поліксена</w:t>
      </w:r>
    </w:p>
    <w:p>
      <w:r>
        <w:br/>
        <w:t>Ой!</w:t>
      </w:r>
    </w:p>
    <w:p>
      <w:r>
        <w:br/>
        <w:t>Кассандра</w:t>
      </w:r>
    </w:p>
    <w:p>
      <w:r>
        <w:br/>
        <w:t>Поліксено, де жалобні шати?</w:t>
      </w:r>
    </w:p>
    <w:p>
      <w:r>
        <w:br/>
        <w:t>Андромаха</w:t>
      </w:r>
    </w:p>
    <w:p>
      <w:r>
        <w:br/>
        <w:t>Безумна, що ти робиш?</w:t>
      </w:r>
    </w:p>
    <w:p>
      <w:r>
        <w:br/>
        <w:t>Кассандра</w:t>
      </w:r>
    </w:p>
    <w:p>
      <w:r>
        <w:br/>
        <w:t>(в пророчім нестямі)</w:t>
      </w:r>
    </w:p>
    <w:p>
      <w:r>
        <w:br/>
        <w:t>Андромахо,&lt;br /&gt;</w:t>
        <w:br/>
        <w:t>сестра по братові жалобу носить,&lt;br /&gt;</w:t>
        <w:br/>
        <w:t>вдова по мужеві бере ще глибшу,&lt;br /&gt;</w:t>
        <w:br/>
        <w:t>а сирота загине в сповитку!</w:t>
      </w:r>
    </w:p>
    <w:p>
      <w:r>
        <w:br/>
        <w:t>Андромаха</w:t>
      </w:r>
    </w:p>
    <w:p>
      <w:r>
        <w:br/>
        <w:t>Зловіснице, бодай ти заніміла!</w:t>
      </w:r>
    </w:p>
    <w:p>
      <w:r>
        <w:br/>
        <w:t>Поліксена</w:t>
      </w:r>
    </w:p>
    <w:p>
      <w:r>
        <w:br/>
        <w:t>Чом ти мені одразу не сказала,&lt;br /&gt;</w:t>
        <w:br/>
        <w:t>що горе близько? Може б, я могла&lt;br /&gt;</w:t>
        <w:br/>
        <w:t>затримать Гектора...</w:t>
      </w:r>
    </w:p>
    <w:p>
      <w:r>
        <w:br/>
        <w:t>Кассандра</w:t>
      </w:r>
    </w:p>
    <w:p>
      <w:r>
        <w:br/>
        <w:t>Ох, Поліксено,&lt;br /&gt;</w:t>
        <w:br/>
        <w:t>я завжди чую горе, бачу горе,&lt;br /&gt;</w:t>
        <w:br/>
        <w:t>а показать не вмію. Я не можу&lt;br /&gt;</w:t>
        <w:br/>
        <w:t>сказати: тут воно або: он там.&lt;br /&gt;</w:t>
        <w:br/>
        <w:t>Я тільки знаю, що воно вже є&lt;br /&gt;</w:t>
        <w:br/>
        <w:t>і що того ніхто вже не одверне,&lt;br /&gt;</w:t>
        <w:br/>
        <w:t>ніхто, ніхто. Ох, якби тільки можна,&lt;br /&gt;</w:t>
        <w:br/>
        <w:t>то я б сама те горе одвернула!</w:t>
      </w:r>
    </w:p>
    <w:p>
      <w:r>
        <w:br/>
        <w:t>Поліксена</w:t>
      </w:r>
    </w:p>
    <w:p>
      <w:r>
        <w:br/>
        <w:t>Та й одвернула б, якби ти сьогодня&lt;br /&gt;</w:t>
        <w:br/>
        <w:t>сказала Гектору: не йди на бій.</w:t>
      </w:r>
    </w:p>
    <w:p>
      <w:r>
        <w:br/>
        <w:t>Андромаха</w:t>
      </w:r>
    </w:p>
    <w:p>
      <w:r>
        <w:br/>
        <w:t>Вжеж, ти се знала,— чом же не сказала?</w:t>
      </w:r>
    </w:p>
    <w:p>
      <w:r>
        <w:br/>
        <w:t>Кассандра</w:t>
      </w:r>
    </w:p>
    <w:p>
      <w:r>
        <w:br/>
        <w:t>Хоч би й сказала,— хто б мені повірив?</w:t>
      </w:r>
    </w:p>
    <w:p>
      <w:r>
        <w:br/>
        <w:t>Андромаха</w:t>
      </w:r>
    </w:p>
    <w:p>
      <w:r>
        <w:br/>
        <w:t>Та як же й вірити, коли ти завжди&lt;br /&gt;</w:t>
        <w:br/>
        <w:t>не в пору й недоладно пророкуєш?</w:t>
      </w:r>
    </w:p>
    <w:p>
      <w:r>
        <w:br/>
        <w:t>Поліксена</w:t>
      </w:r>
    </w:p>
    <w:p>
      <w:r>
        <w:br/>
        <w:t>Віщуєш горе завжди, а чому&lt;br /&gt;</w:t>
        <w:br/>
        <w:t>й від кого прийде горе, не говориш.</w:t>
      </w:r>
    </w:p>
    <w:p>
      <w:r>
        <w:br/>
        <w:t>Кассандра</w:t>
      </w:r>
    </w:p>
    <w:p>
      <w:r>
        <w:br/>
        <w:t>Бо я того не знаю, Поліксено.</w:t>
      </w:r>
    </w:p>
    <w:p>
      <w:r>
        <w:br/>
        <w:t>Андромаха</w:t>
      </w:r>
    </w:p>
    <w:p>
      <w:r>
        <w:br/>
        <w:t>То як ми можем вірити словам?</w:t>
      </w:r>
    </w:p>
    <w:p>
      <w:r>
        <w:br/>
        <w:t>Кассандра</w:t>
      </w:r>
    </w:p>
    <w:p>
      <w:r>
        <w:br/>
        <w:t>То не слова, я все те бачу, сестри,&lt;br /&gt;</w:t>
        <w:br/>
        <w:t>що говорю. Я бачу: Троя гине.</w:t>
      </w:r>
    </w:p>
    <w:p>
      <w:r>
        <w:br/>
        <w:t>Андромаха</w:t>
      </w:r>
    </w:p>
    <w:p>
      <w:r>
        <w:br/>
        <w:t>Чому? Від кого? Хто її зруйнує?&lt;br /&gt;</w:t>
        <w:br/>
        <w:t>А т р і ди? Ахіллес?</w:t>
      </w:r>
    </w:p>
    <w:p>
      <w:r>
        <w:br/>
        <w:t>Кассандра</w:t>
      </w:r>
    </w:p>
    <w:p>
      <w:r>
        <w:br/>
        <w:t>Не знаю, сестри.&lt;br /&gt;</w:t>
        <w:br/>
        <w:t>Я бачу тільки: Троя погибає,&lt;br /&gt;</w:t>
        <w:br/>
        <w:t>і шлюб дочки Пріама з Ахіллесом,&lt;br /&gt;</w:t>
        <w:br/>
        <w:t>червоним від крові троянських мужів,&lt;br /&gt;</w:t>
        <w:br/>
        <w:t>ганебний шлюб не врятував би Трої.&lt;br /&gt;</w:t>
        <w:br/>
        <w:t>Живі вино готують на весілля,&lt;br /&gt;</w:t>
        <w:br/>
        <w:t>мерці волають: "Крові дайте, крові!"&lt;br /&gt;</w:t>
        <w:br/>
        <w:t>...Ох, скільки крові чорної я бачу!&lt;br /&gt;</w:t>
        <w:br/>
        <w:t>І батько наш коліна обіймає&lt;br /&gt;</w:t>
        <w:br/>
        <w:t>катам своїх дітей... Я чую крик...&lt;br /&gt;</w:t>
        <w:br/>
        <w:t>ридає, плаче, скиглить, виє, виє...&lt;br /&gt;</w:t>
        <w:br/>
        <w:t>то наша мати!.. Я пізнала голос!..</w:t>
      </w:r>
    </w:p>
    <w:p>
      <w:r>
        <w:br/>
        <w:t>Андромаха</w:t>
      </w:r>
    </w:p>
    <w:p>
      <w:r>
        <w:br/>
        <w:t>Боги всесильні, відберіть їй мову!</w:t>
      </w:r>
    </w:p>
    <w:p>
      <w:r>
        <w:br/>
        <w:t>Кассандра хапається за голову і з жахом дивиться у простор.&lt;br /&gt;</w:t>
        <w:br/>
        <w:t>Поліксена з плачем кидається в обійми Андромахи.</w:t>
      </w:r>
    </w:p>
    <w:p>
      <w:r>
        <w:br/>
        <w:t>ІІІ</w:t>
      </w:r>
    </w:p>
    <w:p>
      <w:r>
        <w:br/>
        <w:t>Гінекей Андромахи. Р а б и н і прядуть і тчуть, деякі гаптують і шиють.&lt;br /&gt;</w:t>
        <w:br/>
        <w:t>А н д р о м а х а тче великий білий плат, обходячи навколо високі кросна</w:t>
      </w:r>
    </w:p>
    <w:p>
      <w:r>
        <w:br/>
        <w:t>Андромаха</w:t>
      </w:r>
    </w:p>
    <w:p>
      <w:r>
        <w:br/>
        <w:t>(до рабинь)</w:t>
      </w:r>
    </w:p>
    <w:p>
      <w:r>
        <w:br/>
        <w:t>Підіть на браму ви, Левке й Хрізе,&lt;br /&gt;</w:t>
        <w:br/>
        <w:t>іди й ти, Айтро; по черзі вертайтесь,&lt;br /&gt;</w:t>
        <w:br/>
        <w:t>поглянувши на бій і розпитавшись,&lt;br /&gt;</w:t>
        <w:br/>
        <w:t>про Гектора мені звістки приносьте.</w:t>
      </w:r>
    </w:p>
    <w:p>
      <w:r>
        <w:br/>
        <w:t>Рабині виходять.</w:t>
      </w:r>
    </w:p>
    <w:p>
      <w:r>
        <w:br/>
        <w:t>Клімена</w:t>
      </w:r>
    </w:p>
    <w:p>
      <w:r>
        <w:br/>
        <w:t>(стара рабиня)</w:t>
      </w:r>
    </w:p>
    <w:p>
      <w:r>
        <w:br/>
        <w:t>Чому ти, владарко, сама не підеш?&lt;br /&gt;</w:t>
        <w:br/>
        <w:t>Не так би сумувала, подивившись,&lt;br /&gt;</w:t>
        <w:br/>
        <w:t>як твій герой воює ворогів.</w:t>
      </w:r>
    </w:p>
    <w:p>
      <w:r>
        <w:br/>
        <w:t>Андромаха</w:t>
      </w:r>
    </w:p>
    <w:p>
      <w:r>
        <w:br/>
        <w:t>Не можу я, Клімено, я боюся&lt;br /&gt;</w:t>
        <w:br/>
        <w:t>іржання коней, брязкоту мечів,&lt;br /&gt;</w:t>
        <w:br/>
        <w:t>і куряви, і крику, а найгірше&lt;br /&gt;</w:t>
        <w:br/>
        <w:t>того смертельного співання стріл!&lt;br /&gt;</w:t>
        <w:br/>
        <w:t>Як я те чую й бачу, то здається&lt;br /&gt;</w:t>
        <w:br/>
        <w:t>мені, що то повстав з безодні Хаос,&lt;br /&gt;</w:t>
        <w:br/>
        <w:t>що ні людей нема вже, ні богів,&lt;br /&gt;</w:t>
        <w:br/>
        <w:t>а тільки смерть панує самовладне.&lt;br /&gt;</w:t>
        <w:br/>
        <w:t>А як не бачу лютої війни,&lt;br /&gt;</w:t>
        <w:br/>
        <w:t>то й не боюся, і тоді я вірю,&lt;br /&gt;</w:t>
        <w:br/>
        <w:t>що Гектора ніхто не подолає,&lt;br /&gt;</w:t>
        <w:br/>
        <w:t>бо він герой понад усіх героїв.</w:t>
      </w:r>
    </w:p>
    <w:p>
      <w:r>
        <w:br/>
        <w:t>Креуза</w:t>
      </w:r>
    </w:p>
    <w:p>
      <w:r>
        <w:br/>
        <w:t>(молода рабиня)</w:t>
      </w:r>
    </w:p>
    <w:p>
      <w:r>
        <w:br/>
        <w:t>Се правда, владарко! Щаслива жінка,&lt;br /&gt;</w:t>
        <w:br/>
        <w:t>що може про свойого чоловіка&lt;br /&gt;</w:t>
        <w:br/>
        <w:t>таку сказати правду...</w:t>
      </w:r>
    </w:p>
    <w:p>
      <w:r>
        <w:br/>
        <w:t>Кассандра</w:t>
      </w:r>
    </w:p>
    <w:p>
      <w:r>
        <w:br/>
        <w:t>(раптом увіходить)</w:t>
      </w:r>
    </w:p>
    <w:p>
      <w:r>
        <w:br/>
        <w:t>Правда й щастя!&lt;br /&gt;</w:t>
        <w:br/>
        <w:t>Як легко ти паруєш їх, Креузо!</w:t>
      </w:r>
    </w:p>
    <w:p>
      <w:r>
        <w:br/>
        <w:t>Андромаха</w:t>
      </w:r>
    </w:p>
    <w:p>
      <w:r>
        <w:br/>
        <w:t>(з невиразним страхом)</w:t>
      </w:r>
    </w:p>
    <w:p>
      <w:r>
        <w:br/>
        <w:t>Чого тобі, Кассандро? Ти, здається,&lt;br /&gt;</w:t>
        <w:br/>
        <w:t>забула вчора в мене веретено?&lt;br /&gt;</w:t>
        <w:br/>
        <w:t>Креузо, пошукай...</w:t>
      </w:r>
    </w:p>
    <w:p>
      <w:r>
        <w:br/>
        <w:t>Кассандра</w:t>
      </w:r>
    </w:p>
    <w:p>
      <w:r>
        <w:br/>
        <w:t>Не треба, сестро, —&lt;br /&gt;</w:t>
        <w:br/>
        <w:t>не буду я ні прясти, ані ткати.&lt;br /&gt;</w:t>
        <w:br/>
        <w:t>Жалобні шати маю, а на покрив&lt;br /&gt;</w:t>
        <w:br/>
        <w:t>смертельний ти сама давно напряла,&lt;br /&gt;</w:t>
        <w:br/>
        <w:t>не знаю тільки, чи доткати встигнеш.</w:t>
      </w:r>
    </w:p>
    <w:p>
      <w:r>
        <w:br/>
        <w:t>Андромаха</w:t>
      </w:r>
    </w:p>
    <w:p>
      <w:r>
        <w:br/>
        <w:t>До чого ти се кажеш? Я на ложе&lt;br /&gt;</w:t>
        <w:br/>
        <w:t>для Гектора новий готую плат.</w:t>
      </w:r>
    </w:p>
    <w:p>
      <w:r>
        <w:br/>
        <w:t>Кассандра</w:t>
      </w:r>
    </w:p>
    <w:p>
      <w:r>
        <w:br/>
        <w:t>Я тільки се й кажу.</w:t>
      </w:r>
    </w:p>
    <w:p>
      <w:r>
        <w:br/>
        <w:t>Айтра</w:t>
      </w:r>
    </w:p>
    <w:p>
      <w:r>
        <w:br/>
        <w:t>(увіходить)</w:t>
      </w:r>
    </w:p>
    <w:p>
      <w:r>
        <w:br/>
        <w:t>Наш владар в полі&lt;br /&gt;</w:t>
        <w:br/>
        <w:t>зустрівся з Ахіллесом.</w:t>
      </w:r>
    </w:p>
    <w:p>
      <w:r>
        <w:br/>
        <w:t>Андромаха</w:t>
      </w:r>
    </w:p>
    <w:p>
      <w:r>
        <w:br/>
        <w:t>Ох!.. І що ж?!</w:t>
      </w:r>
    </w:p>
    <w:p>
      <w:r>
        <w:br/>
        <w:t>Айтра</w:t>
      </w:r>
    </w:p>
    <w:p>
      <w:r>
        <w:br/>
        <w:t>Здається, він його перемагає.</w:t>
      </w:r>
    </w:p>
    <w:p>
      <w:r>
        <w:br/>
        <w:t>Андромаха</w:t>
      </w:r>
    </w:p>
    <w:p>
      <w:r>
        <w:br/>
        <w:t>Та хто кого?</w:t>
      </w:r>
    </w:p>
    <w:p>
      <w:r>
        <w:br/>
        <w:t>Айтра</w:t>
      </w:r>
    </w:p>
    <w:p>
      <w:r>
        <w:br/>
        <w:t>Наш владар Ахіллеса.&lt;br /&gt;</w:t>
        <w:br/>
        <w:t>На брамі Поліксена аж зомліла,&lt;br /&gt;</w:t>
        <w:br/>
        <w:t>побачивши, як Ахіллесу скрутно.</w:t>
      </w:r>
    </w:p>
    <w:p>
      <w:r>
        <w:br/>
        <w:t>Андромаха</w:t>
      </w:r>
    </w:p>
    <w:p>
      <w:r>
        <w:br/>
        <w:t>От безсоромна! то вона не брата,&lt;br /&gt;</w:t>
        <w:br/>
        <w:t>а мірмідонця стежить?!</w:t>
      </w:r>
    </w:p>
    <w:p>
      <w:r>
        <w:br/>
        <w:t>Кассандра</w:t>
      </w:r>
    </w:p>
    <w:p>
      <w:r>
        <w:br/>
        <w:t>Андромахо!&lt;br /&gt;</w:t>
        <w:br/>
        <w:t>на неї Мойра наложила руку.&lt;br /&gt;</w:t>
        <w:br/>
        <w:t>Не ти найнещасливіша у світі,&lt;br /&gt;</w:t>
        <w:br/>
        <w:t>тож не суди нещасних. Вдів багато,&lt;br /&gt;</w:t>
        <w:br/>
        <w:t>а межи братом вибирати й милим&lt;br /&gt;</w:t>
        <w:br/>
        <w:t>не часто мусить жінка.</w:t>
      </w:r>
    </w:p>
    <w:p>
      <w:r>
        <w:br/>
        <w:t>Андромаха</w:t>
      </w:r>
    </w:p>
    <w:p>
      <w:r>
        <w:br/>
        <w:t>Що ти кажеш?&lt;br /&gt;</w:t>
        <w:br/>
        <w:t>Ти, наче п'яна, помішала в купу&lt;br /&gt;</w:t>
        <w:br/>
        <w:t>і правду, й вигадку...</w:t>
      </w:r>
    </w:p>
    <w:p>
      <w:r>
        <w:br/>
        <w:t>Кассандра</w:t>
      </w:r>
    </w:p>
    <w:p>
      <w:r>
        <w:br/>
        <w:t>Вино з водою&lt;br /&gt;</w:t>
        <w:br/>
        <w:t>помішані стають одним напитком.</w:t>
      </w:r>
    </w:p>
    <w:p>
      <w:r>
        <w:br/>
        <w:t>Левке</w:t>
      </w:r>
    </w:p>
    <w:p>
      <w:r>
        <w:br/>
        <w:t>(увіходить і мовчки спиняється).</w:t>
      </w:r>
    </w:p>
    <w:p>
      <w:r>
        <w:br/>
        <w:t>Андромаха</w:t>
      </w:r>
    </w:p>
    <w:p>
      <w:r>
        <w:br/>
        <w:t>Ну що, Левке?</w:t>
      </w:r>
    </w:p>
    <w:p>
      <w:r>
        <w:br/>
        <w:t>Левке</w:t>
      </w:r>
    </w:p>
    <w:p>
      <w:r>
        <w:br/>
        <w:t>Не посилай мене&lt;br /&gt;</w:t>
        <w:br/>
        <w:t>на браму, владарко...</w:t>
      </w:r>
    </w:p>
    <w:p>
      <w:r>
        <w:br/>
        <w:t>Андромаха</w:t>
      </w:r>
    </w:p>
    <w:p>
      <w:r>
        <w:br/>
        <w:t>Кажи, що сталось?</w:t>
      </w:r>
    </w:p>
    <w:p>
      <w:r>
        <w:br/>
        <w:t>Левке</w:t>
      </w:r>
    </w:p>
    <w:p>
      <w:r>
        <w:br/>
        <w:t>Нічого ще не сталось... я не можу...&lt;br /&gt;</w:t>
        <w:br/>
        <w:t>Ох, сам Арес пустився б утікати,&lt;br /&gt;</w:t>
        <w:br/>
        <w:t>не то що смертний...</w:t>
      </w:r>
    </w:p>
    <w:p>
      <w:r>
        <w:br/>
        <w:t>Андромаха</w:t>
      </w:r>
    </w:p>
    <w:p>
      <w:r>
        <w:br/>
        <w:t>Що ти жебониш?&lt;br /&gt;</w:t>
        <w:br/>
        <w:t>Хто ж утікає?</w:t>
      </w:r>
    </w:p>
    <w:p>
      <w:r>
        <w:br/>
        <w:t>Левке</w:t>
      </w:r>
    </w:p>
    <w:p>
      <w:r>
        <w:br/>
        <w:t>Владар наш... твій муж...</w:t>
      </w:r>
    </w:p>
    <w:p>
      <w:r>
        <w:br/>
        <w:t>Андромаха</w:t>
      </w:r>
    </w:p>
    <w:p>
      <w:r>
        <w:br/>
        <w:t>(замахується на неї човником ткацьким)&lt;br /&gt;</w:t>
        <w:br/>
        <w:t>Неправда! як ти смієш?..</w:t>
      </w:r>
    </w:p>
    <w:p>
      <w:r>
        <w:br/>
        <w:t>Кассандра</w:t>
      </w:r>
    </w:p>
    <w:p>
      <w:r>
        <w:br/>
        <w:t>(спиняє її руку)</w:t>
      </w:r>
    </w:p>
    <w:p>
      <w:r>
        <w:br/>
        <w:t>Не поможе&lt;br /&gt;</w:t>
        <w:br/>
        <w:t>твоя рука проти правиці Мойри.</w:t>
      </w:r>
    </w:p>
    <w:p>
      <w:r>
        <w:br/>
        <w:t>Андромаха</w:t>
      </w:r>
    </w:p>
    <w:p>
      <w:r>
        <w:br/>
        <w:t>Геть, геть, зловіснице! Се ти, ти винна,&lt;br /&gt;</w:t>
        <w:br/>
        <w:t>коли то правда, що говорить сяя!&lt;br /&gt;</w:t>
        <w:br/>
        <w:t>Ти одібрала Гектору відвагу,&lt;br /&gt;</w:t>
        <w:br/>
        <w:t>зламала дух зловісними речами,&lt;br /&gt;</w:t>
        <w:br/>
        <w:t>убила віру й певність. Бо ніколи&lt;br /&gt;</w:t>
        <w:br/>
        <w:t>мій Гектор не втікав від бойовиська,—&lt;br /&gt;</w:t>
        <w:br/>
        <w:t>надію ніс, приносив перемогу&lt;br /&gt;</w:t>
        <w:br/>
        <w:t>і славу. Але ти надію вбила&lt;br /&gt;</w:t>
        <w:br/>
        <w:t>проклятими словами: "Помста й смерть!"&lt;br /&gt;</w:t>
        <w:br/>
        <w:t>Бери ж на себе сором і неславу,&lt;br /&gt;</w:t>
        <w:br/>
        <w:t>що брат нещасний з бою принесе!</w:t>
      </w:r>
    </w:p>
    <w:p>
      <w:r>
        <w:br/>
        <w:t>Кассандра</w:t>
      </w:r>
    </w:p>
    <w:p>
      <w:r>
        <w:br/>
        <w:t>Якби приніс хоч їх, я прийняла б.</w:t>
      </w:r>
    </w:p>
    <w:p>
      <w:r>
        <w:br/>
        <w:t>(Тремтить і, не маючи сили встояти, сідає на перший порожній стілець).</w:t>
      </w:r>
    </w:p>
    <w:p>
      <w:r>
        <w:br/>
        <w:t>Ох, Андромахо, як я палко прагну,&lt;br /&gt;</w:t>
        <w:br/>
        <w:t>щоб не були мої слова правдиві!</w:t>
      </w:r>
    </w:p>
    <w:p>
      <w:r>
        <w:br/>
        <w:t>Андромаха</w:t>
      </w:r>
    </w:p>
    <w:p>
      <w:r>
        <w:br/>
        <w:t>Якби ти тільки їх не вимовляла&lt;br /&gt;</w:t>
        <w:br/>
        <w:t>і не труїла нас, то й не було б&lt;br /&gt;</w:t>
        <w:br/>
        <w:t>лихої правди. Не вгасав би дух.</w:t>
      </w:r>
    </w:p>
    <w:p>
      <w:r>
        <w:br/>
        <w:t>Кассандра</w:t>
      </w:r>
    </w:p>
    <w:p>
      <w:r>
        <w:br/>
        <w:t>Зрікаюсь, Андромахо, я зрікаюсь&lt;br /&gt;</w:t>
        <w:br/>
        <w:t>тих слів зловісних.</w:t>
      </w:r>
    </w:p>
    <w:p>
      <w:r>
        <w:br/>
        <w:t>Андромаха</w:t>
      </w:r>
    </w:p>
    <w:p>
      <w:r>
        <w:br/>
        <w:t>Пізно вже, Кассандро,&lt;br /&gt;</w:t>
        <w:br/>
        <w:t>вже дух погас.</w:t>
      </w:r>
    </w:p>
    <w:p>
      <w:r>
        <w:br/>
        <w:t>Кассандра</w:t>
      </w:r>
    </w:p>
    <w:p>
      <w:r>
        <w:br/>
        <w:t>(мимохіть)</w:t>
      </w:r>
    </w:p>
    <w:p>
      <w:r>
        <w:br/>
        <w:t>Ох! і життя погасло!&lt;br /&gt;</w:t>
        <w:br/>
        <w:t>Ой горе! Що робити? Я те бачу!&lt;br /&gt;</w:t>
        <w:br/>
        <w:t>Я бачу: Ахіллес прудкий женеться,&lt;br /&gt;</w:t>
        <w:br/>
        <w:t>а Гектор упадає... страх і сором&lt;br /&gt;</w:t>
        <w:br/>
        <w:t>його підбили, а не меч Пелідів 6.</w:t>
      </w:r>
    </w:p>
    <w:p>
      <w:r>
        <w:br/>
        <w:t>Андромаха</w:t>
      </w:r>
    </w:p>
    <w:p>
      <w:r>
        <w:br/>
        <w:t>Ні, ти сама була б зо всього винна,&lt;br /&gt;</w:t>
        <w:br/>
        <w:t>не страх, не сором і не меч, а ти,&lt;br /&gt;</w:t>
        <w:br/>
        <w:t>отруйнице, коли ти правду кажеш!..&lt;br /&gt;</w:t>
        <w:br/>
        <w:t>Ох, що ж вони не йдуть? Я більш не можу&lt;br /&gt;</w:t>
        <w:br/>
        <w:t>звісток тих ждати... Я піду сама...</w:t>
      </w:r>
    </w:p>
    <w:p>
      <w:r>
        <w:br/>
        <w:t>Кассандра</w:t>
      </w:r>
    </w:p>
    <w:p>
      <w:r>
        <w:br/>
        <w:t>(затримує її)</w:t>
      </w:r>
    </w:p>
    <w:p>
      <w:r>
        <w:br/>
        <w:t>Я не кажу, нічого не кажу,&lt;br /&gt;</w:t>
        <w:br/>
        <w:t>нічого не віщую... Тільки бачу!!.&lt;br /&gt;</w:t>
        <w:br/>
        <w:t>Осліпніть ви, зловісні очі!..</w:t>
      </w:r>
    </w:p>
    <w:p>
      <w:r>
        <w:br/>
        <w:t>Xрізе</w:t>
      </w:r>
    </w:p>
    <w:p>
      <w:r>
        <w:br/>
        <w:t>(вбігає)</w:t>
      </w:r>
    </w:p>
    <w:p>
      <w:r>
        <w:br/>
        <w:t>Горе!&lt;br /&gt;</w:t>
        <w:br/>
        <w:t>Поліг наш владар від меча Пеліда!</w:t>
      </w:r>
    </w:p>
    <w:p>
      <w:r>
        <w:br/>
        <w:t>А н д р о м а х а мліє, рабині заходжуються коло неї, голосячи.</w:t>
      </w:r>
    </w:p>
    <w:p>
      <w:r>
        <w:br/>
        <w:t>Кассандра</w:t>
      </w:r>
    </w:p>
    <w:p>
      <w:r>
        <w:br/>
        <w:t>(несамовита від туги, промовляє, мов непритомна)</w:t>
      </w:r>
    </w:p>
    <w:p>
      <w:r>
        <w:br/>
        <w:t>Не страх, не сором і не меч, а я&lt;br /&gt;</w:t>
        <w:br/>
        <w:t>своєю правдою згубила брата...</w:t>
      </w:r>
    </w:p>
    <w:p>
      <w:r>
        <w:br/>
        <w:t>(Закриває лице покривалом).</w:t>
      </w:r>
    </w:p>
    <w:p>
      <w:r>
        <w:br/>
        <w:t>IV</w:t>
      </w:r>
    </w:p>
    <w:p>
      <w:r>
        <w:br/>
        <w:t>Частина майдану коло Скейської брами оточена муром. Праворуч,трохи в глибині,— храм, ліворуч — брама. Смеркає. Довгі тіні простягаються через майдан. Невеличкий гурток троянців посередині, межи брамою, й храмом, радиться пошепки про щось. В середині гуртка Д о л о н, колишній наречений Кассандри,— до нього найбільше звертаються ті, що радяться. К а с с а н д р а з П о л і к с е н о ю ідуть через майдан від храму, обидві в чорних жалобних шатах, тільки в Поліксени обрізані коси і непокрита голова, а Кассандра загорнена з головою в довге чорне покривало.</w:t>
      </w:r>
    </w:p>
    <w:p>
      <w:r>
        <w:br/>
        <w:t>Кассандра</w:t>
      </w:r>
    </w:p>
    <w:p>
      <w:r>
        <w:br/>
        <w:t>(спиняє Поліксену й стає нерухомо)</w:t>
      </w:r>
    </w:p>
    <w:p>
      <w:r>
        <w:br/>
        <w:t>Дивись, дивись, які непевні люди&lt;br /&gt;</w:t>
        <w:br/>
        <w:t>зібрались там...</w:t>
      </w:r>
    </w:p>
    <w:p>
      <w:r>
        <w:br/>
        <w:t>Поліксена</w:t>
      </w:r>
    </w:p>
    <w:p>
      <w:r>
        <w:br/>
        <w:t>Чого вони непевні?&lt;br /&gt;</w:t>
        <w:br/>
        <w:t>То ж Агенор, Гелен і Деїфоб,&lt;br /&gt;</w:t>
        <w:br/>
        <w:t>а серед їх Долон.</w:t>
      </w:r>
    </w:p>
    <w:p>
      <w:r>
        <w:br/>
        <w:t>Кассандра</w:t>
      </w:r>
    </w:p>
    <w:p>
      <w:r>
        <w:br/>
        <w:t>Ох, і Долоні</w:t>
      </w:r>
    </w:p>
    <w:p>
      <w:r>
        <w:br/>
        <w:t>Поліксена</w:t>
      </w:r>
    </w:p>
    <w:p>
      <w:r>
        <w:br/>
        <w:t>Чого ти так зітхнула й застогнала?</w:t>
      </w:r>
    </w:p>
    <w:p>
      <w:r>
        <w:br/>
        <w:t>Кассандра</w:t>
      </w:r>
    </w:p>
    <w:p>
      <w:r>
        <w:br/>
        <w:t>Нічого, так.</w:t>
      </w:r>
    </w:p>
    <w:p>
      <w:r>
        <w:br/>
        <w:t>Поліксена</w:t>
      </w:r>
    </w:p>
    <w:p>
      <w:r>
        <w:br/>
        <w:t>Не можеш ти забути,&lt;br /&gt;</w:t>
        <w:br/>
        <w:t>що він тобі...</w:t>
      </w:r>
    </w:p>
    <w:p>
      <w:r>
        <w:br/>
        <w:t>Кассандра</w:t>
      </w:r>
    </w:p>
    <w:p>
      <w:r>
        <w:br/>
        <w:t>Ох, Поліксене люба,&lt;br /&gt;</w:t>
        <w:br/>
        <w:t>я не про себе думаю тепер.</w:t>
      </w:r>
    </w:p>
    <w:p>
      <w:r>
        <w:br/>
        <w:t>Поліксена</w:t>
      </w:r>
    </w:p>
    <w:p>
      <w:r>
        <w:br/>
        <w:t>Про що ж?</w:t>
      </w:r>
    </w:p>
    <w:p>
      <w:r>
        <w:br/>
        <w:t>Кассандра</w:t>
      </w:r>
    </w:p>
    <w:p>
      <w:r>
        <w:br/>
        <w:t>(складає з благанням до неї руки)</w:t>
      </w:r>
    </w:p>
    <w:p>
      <w:r>
        <w:br/>
        <w:t>Сестричко, рідна, найдорожча,&lt;br /&gt;</w:t>
        <w:br/>
        <w:t>молю тебе, благаю, не питай&lt;br /&gt;</w:t>
        <w:br/>
        <w:t>і не примушуй говорити! Може,&lt;br /&gt;</w:t>
        <w:br/>
        <w:t>се правда, що слова мої отрутні,&lt;br /&gt;</w:t>
        <w:br/>
        <w:t>що й очі забивають людську силу!&lt;br /&gt;</w:t>
        <w:br/>
        <w:t>Осліпнути я хтіла б, заніміти...&lt;br /&gt;</w:t>
        <w:br/>
        <w:t>Ох, се було б таке велике щастя!</w:t>
      </w:r>
    </w:p>
    <w:p>
      <w:r>
        <w:br/>
        <w:t>Поліксена</w:t>
      </w:r>
    </w:p>
    <w:p>
      <w:r>
        <w:br/>
        <w:t>Кассандрої схаменись! Де ж та людина,&lt;br /&gt;</w:t>
        <w:br/>
        <w:t>щоб тішилась каліцтвом чи бажала?</w:t>
      </w:r>
    </w:p>
    <w:p>
      <w:r>
        <w:br/>
        <w:t>Кассандра</w:t>
      </w:r>
    </w:p>
    <w:p>
      <w:r>
        <w:br/>
        <w:t>Ось тут вона, з тобою поруч.</w:t>
      </w:r>
    </w:p>
    <w:p>
      <w:r>
        <w:br/>
        <w:t>Поліксена</w:t>
      </w:r>
    </w:p>
    <w:p>
      <w:r>
        <w:br/>
        <w:t>Рідна,&lt;br /&gt;</w:t>
        <w:br/>
        <w:t>ходімо звідси!</w:t>
      </w:r>
    </w:p>
    <w:p>
      <w:r>
        <w:br/>
        <w:t>Кассандра</w:t>
      </w:r>
    </w:p>
    <w:p>
      <w:r>
        <w:br/>
        <w:t>Ні, я не піду,&lt;br /&gt;</w:t>
        <w:br/>
        <w:t>я мушу надивитись на Долона,&lt;br /&gt;</w:t>
        <w:br/>
        <w:t>бо... ні, нічого... тільки надивитись.&lt;br /&gt;</w:t>
        <w:br/>
        <w:t>Я не піду... не можу... ти ж іди,&lt;br /&gt;</w:t>
        <w:br/>
        <w:t>коли ти хочеш.</w:t>
      </w:r>
    </w:p>
    <w:p>
      <w:r>
        <w:br/>
        <w:t>Поліксена</w:t>
      </w:r>
    </w:p>
    <w:p>
      <w:r>
        <w:br/>
        <w:t>Я з тобою буду,&lt;br /&gt;</w:t>
        <w:br/>
        <w:t>самій же так тобі не випадає.</w:t>
      </w:r>
    </w:p>
    <w:p>
      <w:r>
        <w:br/>
        <w:t>Кассандра</w:t>
      </w:r>
    </w:p>
    <w:p>
      <w:r>
        <w:br/>
        <w:t>Кассандрі байдуже, що випадає,&lt;br /&gt;</w:t>
        <w:br/>
        <w:t>що ні,— вона лиш те чинити мусить,&lt;br /&gt;</w:t>
        <w:br/>
        <w:t>що їй на долю випало.</w:t>
      </w:r>
    </w:p>
    <w:p>
      <w:r>
        <w:br/>
        <w:t>Тим часом гурток скінчив нараду і розійшовся. Долон, зоставшись без товаришів, наближається до обох царівен.</w:t>
      </w:r>
    </w:p>
    <w:p>
      <w:r>
        <w:br/>
        <w:t>Долон</w:t>
      </w:r>
    </w:p>
    <w:p>
      <w:r>
        <w:br/>
        <w:t>Царівни,&lt;br /&gt;</w:t>
        <w:br/>
        <w:t>вітаю вас.&lt;br /&gt;</w:t>
        <w:br/>
        <w:t>(Хоче йти далі).</w:t>
      </w:r>
    </w:p>
    <w:p>
      <w:r>
        <w:br/>
        <w:t>Кассандра</w:t>
      </w:r>
    </w:p>
    <w:p>
      <w:r>
        <w:br/>
        <w:t>Долоне, стій!</w:t>
      </w:r>
    </w:p>
    <w:p>
      <w:r>
        <w:br/>
        <w:t>Долон</w:t>
      </w:r>
    </w:p>
    <w:p>
      <w:r>
        <w:br/>
        <w:t>Що скаже&lt;br /&gt;</w:t>
        <w:br/>
        <w:t>мені царівна?</w:t>
      </w:r>
    </w:p>
    <w:p>
      <w:r>
        <w:br/>
        <w:t>(збентежена, шукає, що б спитати. Вона увесь час, поки говорить з Долоном, має покривало низько спущене на очі, так що обличчя її сливе не видко)</w:t>
      </w:r>
    </w:p>
    <w:p>
      <w:r>
        <w:br/>
        <w:t>Я... хотіла, власне...&lt;br /&gt;</w:t>
        <w:br/>
        <w:t>тебе спитати... чи тобі до мислі&lt;br /&gt;</w:t>
        <w:br/>
        <w:t>були дари на поминках у нас&lt;br /&gt;</w:t>
        <w:br/>
        <w:t>по Гекторові?..</w:t>
      </w:r>
    </w:p>
    <w:p>
      <w:r>
        <w:br/>
        <w:t>Долон</w:t>
      </w:r>
    </w:p>
    <w:p>
      <w:r>
        <w:br/>
        <w:t>(трохи здивовано)</w:t>
      </w:r>
    </w:p>
    <w:p>
      <w:r>
        <w:br/>
        <w:t>Так, я дуже вдячен&lt;br /&gt;</w:t>
        <w:br/>
        <w:t>за ласку та за шану.</w:t>
      </w:r>
    </w:p>
    <w:p>
      <w:r>
        <w:br/>
        <w:t>Кассандра</w:t>
      </w:r>
    </w:p>
    <w:p>
      <w:r>
        <w:br/>
        <w:t>Чом же ти...&lt;br /&gt;</w:t>
        <w:br/>
        <w:t>не взяв тепер того щита з собою?</w:t>
      </w:r>
    </w:p>
    <w:p>
      <w:r>
        <w:br/>
        <w:t>Долон</w:t>
      </w:r>
    </w:p>
    <w:p>
      <w:r>
        <w:br/>
        <w:t>А нащо був би щит?.. Чи ти на здогад,&lt;br /&gt;</w:t>
        <w:br/>
        <w:t>пророчице?</w:t>
      </w:r>
    </w:p>
    <w:p>
      <w:r>
        <w:br/>
        <w:t>Кассандра</w:t>
      </w:r>
    </w:p>
    <w:p>
      <w:r>
        <w:br/>
        <w:t>(злякано)</w:t>
      </w:r>
    </w:p>
    <w:p>
      <w:r>
        <w:br/>
        <w:t>Ні, ні, Долоне, ні!</w:t>
      </w:r>
    </w:p>
    <w:p>
      <w:r>
        <w:br/>
        <w:t>Долон</w:t>
      </w:r>
    </w:p>
    <w:p>
      <w:r>
        <w:br/>
        <w:t>(замислений)</w:t>
      </w:r>
    </w:p>
    <w:p>
      <w:r>
        <w:br/>
        <w:t>Се правда, я піду в непевну путь...&lt;br /&gt;</w:t>
        <w:br/>
        <w:t>та тільки щит розвідачу завада...&lt;br /&gt;</w:t>
        <w:br/>
        <w:t>Я ж мушу крадькома зайти у табор&lt;br /&gt;</w:t>
        <w:br/>
        <w:t>ахейський, поночі усе розвідать,&lt;br /&gt;</w:t>
        <w:br/>
        <w:t>підслухати наради й повернутись&lt;br /&gt;</w:t>
        <w:br/>
        <w:t>теж крадькома.</w:t>
      </w:r>
    </w:p>
    <w:p>
      <w:r>
        <w:br/>
        <w:t>Поліксена</w:t>
      </w:r>
    </w:p>
    <w:p>
      <w:r>
        <w:br/>
        <w:t>Прости, воно не личить&lt;br /&gt;</w:t>
        <w:br/>
        <w:t>до справ громадських дівчині втручатись&lt;br /&gt;</w:t>
        <w:br/>
        <w:t>але спитаю, нащо молодого&lt;br /&gt;</w:t>
        <w:br/>
        <w:t>тебе старіші на таке обрали?</w:t>
      </w:r>
    </w:p>
    <w:p>
      <w:r>
        <w:br/>
        <w:t>Долон</w:t>
      </w:r>
    </w:p>
    <w:p>
      <w:r>
        <w:br/>
        <w:t>Бо молодий ходу звиннішу має,</w:t>
      </w:r>
    </w:p>
    <w:p>
      <w:r>
        <w:br/>
        <w:t>(сміється)</w:t>
      </w:r>
    </w:p>
    <w:p>
      <w:r>
        <w:br/>
        <w:t>і втікає швидше!</w:t>
      </w:r>
    </w:p>
    <w:p>
      <w:r>
        <w:br/>
        <w:t>Кассандра</w:t>
      </w:r>
    </w:p>
    <w:p>
      <w:r>
        <w:br/>
        <w:t>(впівголоса, до себе)&lt;br /&gt;</w:t>
        <w:br/>
        <w:t>Як можна ще втекти!</w:t>
      </w:r>
    </w:p>
    <w:p>
      <w:r>
        <w:br/>
        <w:t>Долон</w:t>
      </w:r>
    </w:p>
    <w:p>
      <w:r>
        <w:br/>
        <w:t>Що ти сказала?</w:t>
      </w:r>
    </w:p>
    <w:p>
      <w:r>
        <w:br/>
        <w:t>Кассандра мовчить.</w:t>
      </w:r>
    </w:p>
    <w:p>
      <w:r>
        <w:br/>
        <w:t>Я знаю, я на те не заслужив,&lt;br /&gt;</w:t>
        <w:br/>
        <w:t>щоб ти слова на мене витрачала...&lt;br /&gt;</w:t>
        <w:br/>
        <w:t>а тільки я хотів... Ні, я не вартий...&lt;br /&gt;</w:t>
        <w:br/>
        <w:t>Вітаю вас, царівни...</w:t>
      </w:r>
    </w:p>
    <w:p>
      <w:r>
        <w:br/>
        <w:t>(Похиливши голову, налагоджується йти).</w:t>
      </w:r>
    </w:p>
    <w:p>
      <w:r>
        <w:br/>
        <w:t>Кассандра</w:t>
      </w:r>
    </w:p>
    <w:p>
      <w:r>
        <w:br/>
        <w:t>Постривай!&lt;br /&gt;</w:t>
        <w:br/>
        <w:t>Що ти хотів?</w:t>
      </w:r>
    </w:p>
    <w:p>
      <w:r>
        <w:br/>
        <w:t>Долон</w:t>
      </w:r>
    </w:p>
    <w:p>
      <w:r>
        <w:br/>
        <w:t>Спитати...</w:t>
      </w:r>
    </w:p>
    <w:p>
      <w:r>
        <w:br/>
        <w:t>Кассандра</w:t>
      </w:r>
    </w:p>
    <w:p>
      <w:r>
        <w:br/>
        <w:t>А, спитати!&lt;br /&gt;</w:t>
        <w:br/>
        <w:t>Ні, не питай, я не люблю питання.</w:t>
      </w:r>
    </w:p>
    <w:p>
      <w:r>
        <w:br/>
        <w:t>Долон</w:t>
      </w:r>
    </w:p>
    <w:p>
      <w:r>
        <w:br/>
        <w:t>То я таки піду...</w:t>
      </w:r>
    </w:p>
    <w:p>
      <w:r>
        <w:br/>
        <w:t>Кассандра</w:t>
      </w:r>
    </w:p>
    <w:p>
      <w:r>
        <w:br/>
        <w:t>Питай, питай,&lt;br /&gt;</w:t>
        <w:br/>
        <w:t>я відповім.</w:t>
      </w:r>
    </w:p>
    <w:p>
      <w:r>
        <w:br/>
        <w:t>Долон</w:t>
      </w:r>
    </w:p>
    <w:p>
      <w:r>
        <w:br/>
        <w:t>Пророчице, скажи,&lt;br /&gt;</w:t>
        <w:br/>
        <w:t>чи я верну живий з моєї справи?</w:t>
      </w:r>
    </w:p>
    <w:p>
      <w:r>
        <w:br/>
        <w:t>Кассандра</w:t>
      </w:r>
    </w:p>
    <w:p>
      <w:r>
        <w:br/>
        <w:t>Чого ти, власне, в мене се питаєш?&lt;br /&gt;</w:t>
        <w:br/>
        <w:t>Питай в Гелена, та чи мало ж є&lt;br /&gt;</w:t>
        <w:br/>
        <w:t>у нас у Трої віщунів?</w:t>
      </w:r>
    </w:p>
    <w:p>
      <w:r>
        <w:br/>
        <w:t>Долон</w:t>
      </w:r>
    </w:p>
    <w:p>
      <w:r>
        <w:br/>
        <w:t>Вже пізно&lt;br /&gt;</w:t>
        <w:br/>
        <w:t>шукати їх тепер.</w:t>
      </w:r>
    </w:p>
    <w:p>
      <w:r>
        <w:br/>
        <w:t>Кассандра</w:t>
      </w:r>
    </w:p>
    <w:p>
      <w:r>
        <w:br/>
        <w:t>Та що ж тобі&lt;br /&gt;</w:t>
        <w:br/>
        <w:t>з мого пророкування. Про Кассандру&lt;br /&gt;</w:t>
        <w:br/>
        <w:t>лихая слава в Трої. Хто їй вірить?&lt;br /&gt;</w:t>
        <w:br/>
        <w:t>Ніхто з людей.</w:t>
      </w:r>
    </w:p>
    <w:p>
      <w:r>
        <w:br/>
        <w:t>Долон</w:t>
      </w:r>
    </w:p>
    <w:p>
      <w:r>
        <w:br/>
        <w:t>Не знаю сам чому,&lt;br /&gt;</w:t>
        <w:br/>
        <w:t>але мені бажалось би почути&lt;br /&gt;</w:t>
        <w:br/>
        <w:t>на се відповідь, власне, від Кассандри.</w:t>
      </w:r>
    </w:p>
    <w:p>
      <w:r>
        <w:br/>
        <w:t>Кассандра</w:t>
      </w:r>
    </w:p>
    <w:p>
      <w:r>
        <w:br/>
        <w:t>Ти б їй повірив?</w:t>
      </w:r>
    </w:p>
    <w:p>
      <w:r>
        <w:br/>
        <w:t>Долон</w:t>
      </w:r>
    </w:p>
    <w:p>
      <w:r>
        <w:br/>
        <w:t>Може б, і повірив.</w:t>
      </w:r>
    </w:p>
    <w:p>
      <w:r>
        <w:br/>
        <w:t>Кассандра</w:t>
      </w:r>
    </w:p>
    <w:p>
      <w:r>
        <w:br/>
        <w:t>(гірко)</w:t>
      </w:r>
    </w:p>
    <w:p>
      <w:r>
        <w:br/>
        <w:t>Та тільки "може"?</w:t>
      </w:r>
    </w:p>
    <w:p>
      <w:r>
        <w:br/>
        <w:t>Долон</w:t>
      </w:r>
    </w:p>
    <w:p>
      <w:r>
        <w:br/>
        <w:t>Я вразив тебе?</w:t>
      </w:r>
    </w:p>
    <w:p>
      <w:r>
        <w:br/>
        <w:t>Кассандра</w:t>
      </w:r>
    </w:p>
    <w:p>
      <w:r>
        <w:br/>
        <w:t>О ні, я звикла, що мені не вірять!</w:t>
      </w:r>
    </w:p>
    <w:p>
      <w:r>
        <w:br/>
        <w:t>Долон</w:t>
      </w:r>
    </w:p>
    <w:p>
      <w:r>
        <w:br/>
        <w:t>А все ж пророкування вислухають.</w:t>
      </w:r>
    </w:p>
    <w:p>
      <w:r>
        <w:br/>
        <w:t>Кассандра</w:t>
      </w:r>
    </w:p>
    <w:p>
      <w:r>
        <w:br/>
        <w:t>На жаль!</w:t>
      </w:r>
    </w:p>
    <w:p>
      <w:r>
        <w:br/>
        <w:t>Долон</w:t>
      </w:r>
    </w:p>
    <w:p>
      <w:r>
        <w:br/>
        <w:t>Я прагну вислухать його!</w:t>
      </w:r>
    </w:p>
    <w:p>
      <w:r>
        <w:br/>
        <w:t>Кассандра</w:t>
      </w:r>
    </w:p>
    <w:p>
      <w:r>
        <w:br/>
        <w:t>А якби часом я тобі сказала —&lt;br /&gt;</w:t>
        <w:br/>
        <w:t>я не скажу, се тільки так, наприклад,—&lt;br /&gt;</w:t>
        <w:br/>
        <w:t>щоб ти не йшов тепер на ті розвідки?&lt;br /&gt;</w:t>
        <w:br/>
        <w:t>Чи ти б послухав?</w:t>
      </w:r>
    </w:p>
    <w:p>
      <w:r>
        <w:br/>
        <w:t>Долон</w:t>
      </w:r>
    </w:p>
    <w:p>
      <w:r>
        <w:br/>
        <w:t>Ні, скажу по правді,&lt;br /&gt;</w:t>
        <w:br/>
        <w:t>не міг би я послухати тебе,&lt;br /&gt;</w:t>
        <w:br/>
        <w:t>хоч би смерть видиму віщувала,&lt;br /&gt;</w:t>
        <w:br/>
        <w:t>бо нечестю було б зректися потай&lt;br /&gt;</w:t>
        <w:br/>
        <w:t>того, що сам же я піддав прилюдно,&lt;br /&gt;</w:t>
        <w:br/>
        <w:t>на що пристав незмушений, по волі.</w:t>
      </w:r>
    </w:p>
    <w:p>
      <w:r>
        <w:br/>
        <w:t>Кассандра</w:t>
      </w:r>
    </w:p>
    <w:p>
      <w:r>
        <w:br/>
        <w:t>Та нащо знати, що тебе спіткає?</w:t>
      </w:r>
    </w:p>
    <w:p>
      <w:r>
        <w:br/>
        <w:t>Долон</w:t>
      </w:r>
    </w:p>
    <w:p>
      <w:r>
        <w:br/>
        <w:t>Так, я люблю дивитись долі в вічі.</w:t>
      </w:r>
    </w:p>
    <w:p>
      <w:r>
        <w:br/>
        <w:t>Кассандра</w:t>
      </w:r>
    </w:p>
    <w:p>
      <w:r>
        <w:br/>
        <w:t>О ні, Долоне, ти того не любиш,&lt;br /&gt;</w:t>
        <w:br/>
        <w:t>ніколи не любив, даремне кажеш!&lt;br /&gt;</w:t>
        <w:br/>
        <w:t>Ти ще дитина для таких очей!</w:t>
      </w:r>
    </w:p>
    <w:p>
      <w:r>
        <w:br/>
        <w:t>Долон</w:t>
      </w:r>
    </w:p>
    <w:p>
      <w:r>
        <w:br/>
        <w:t>Дитина? Я, царівно, повнолітній,&lt;br /&gt;</w:t>
        <w:br/>
        <w:t>до ради вхожий і до війська здатний,&lt;br /&gt;</w:t>
        <w:br/>
        <w:t>я не хлоп'я давно!</w:t>
      </w:r>
    </w:p>
    <w:p>
      <w:r>
        <w:br/>
        <w:t>Кассандра</w:t>
      </w:r>
    </w:p>
    <w:p>
      <w:r>
        <w:br/>
        <w:t>Але для того,&lt;br /&gt;</w:t>
        <w:br/>
        <w:t>щоб знести долі погляд, повноліття&lt;br /&gt;</w:t>
        <w:br/>
        <w:t>твого ще мало.</w:t>
      </w:r>
    </w:p>
    <w:p>
      <w:r>
        <w:br/>
        <w:t>Долон</w:t>
      </w:r>
    </w:p>
    <w:p>
      <w:r>
        <w:br/>
        <w:t>Бачу я, царівно,&lt;br /&gt;</w:t>
        <w:br/>
        <w:t>що ти мені не хочеш відповісти,&lt;br /&gt;</w:t>
        <w:br/>
        <w:t>і я даремне тільки гаю час,&lt;br /&gt;</w:t>
        <w:br/>
        <w:t>а я його не маю вже багато.</w:t>
      </w:r>
    </w:p>
    <w:p>
      <w:r>
        <w:br/>
        <w:t>Кассандра</w:t>
      </w:r>
    </w:p>
    <w:p>
      <w:r>
        <w:br/>
        <w:t>(здригається при сих словах)</w:t>
      </w:r>
    </w:p>
    <w:p>
      <w:r>
        <w:br/>
        <w:t>Хто се тобі сказав?</w:t>
      </w:r>
    </w:p>
    <w:p>
      <w:r>
        <w:br/>
        <w:t>Долон</w:t>
      </w:r>
    </w:p>
    <w:p>
      <w:r>
        <w:br/>
        <w:t>Ми призначили,&lt;br /&gt;</w:t>
        <w:br/>
        <w:t>щоб я вернувся, поки зійде місяць.</w:t>
      </w:r>
    </w:p>
    <w:p>
      <w:r>
        <w:br/>
        <w:t>Кассандра</w:t>
      </w:r>
    </w:p>
    <w:p>
      <w:r>
        <w:br/>
        <w:t>Але ж тепера місяць рано сходить!</w:t>
      </w:r>
    </w:p>
    <w:p>
      <w:r>
        <w:br/>
        <w:t>Долон</w:t>
      </w:r>
    </w:p>
    <w:p>
      <w:r>
        <w:br/>
        <w:t>То ж, власне, я тому не маю часу,&lt;br /&gt;</w:t>
        <w:br/>
        <w:t>здається, й так його не мало згаяв!</w:t>
      </w:r>
    </w:p>
    <w:p>
      <w:r>
        <w:br/>
        <w:t>Поліксена</w:t>
      </w:r>
    </w:p>
    <w:p>
      <w:r>
        <w:br/>
        <w:t>Пождав би ти безмісячної ночі.</w:t>
      </w:r>
    </w:p>
    <w:p>
      <w:r>
        <w:br/>
        <w:t>Долон</w:t>
      </w:r>
    </w:p>
    <w:p>
      <w:r>
        <w:br/>
        <w:t>Війна не жде, царівно, поки б ми&lt;br /&gt;</w:t>
        <w:br/>
        <w:t>безмісячних ночей тих дожидали,&lt;br /&gt;</w:t>
        <w:br/>
        <w:t>то, може б, місяць освітив руїну&lt;br /&gt;</w:t>
        <w:br/>
        <w:t>святої Трої. Я піду, царівни.&lt;br /&gt;</w:t>
        <w:br/>
        <w:t>Щасливі будьте!</w:t>
      </w:r>
    </w:p>
    <w:p>
      <w:r>
        <w:br/>
        <w:t>(Іде до брами, не оглядаючись, і зникає в ній).</w:t>
      </w:r>
    </w:p>
    <w:p>
      <w:r>
        <w:br/>
        <w:t>Кассандра мовчки махає йому вслід рукою, а як він виходить поза браму, вона припадає до плеча Поліксени і гірко ридає.</w:t>
      </w:r>
    </w:p>
    <w:p>
      <w:r>
        <w:br/>
        <w:t>Поліксена</w:t>
      </w:r>
    </w:p>
    <w:p>
      <w:r>
        <w:br/>
        <w:t>Та чого ж ти плачеш?</w:t>
      </w:r>
    </w:p>
    <w:p>
      <w:r>
        <w:br/>
        <w:t>Кассандра</w:t>
      </w:r>
    </w:p>
    <w:p>
      <w:r>
        <w:br/>
        <w:t>Се ж я востаннє говорила з ним!&lt;br /&gt;</w:t>
        <w:br/>
        <w:t>Що ж я йому казала? Все холодні,&lt;br /&gt;</w:t>
        <w:br/>
        <w:t>непривітні слова, як ті мечі&lt;br /&gt;</w:t>
        <w:br/>
        <w:t>ворожії, що мають заколоти&lt;br /&gt;</w:t>
        <w:br/>
        <w:t>єдиного, коханого Долона!..&lt;br /&gt;</w:t>
        <w:br/>
        <w:t>Чом я не кинулась йому до ніг?&lt;br /&gt;</w:t>
        <w:br/>
        <w:t>Чом не благала на богів Олімпських,&lt;br /&gt;</w:t>
        <w:br/>
        <w:t>щоб він не йшов у ту лихую путь?&lt;br /&gt;</w:t>
        <w:br/>
        <w:t>Чом не сказала: "Ох, не йди, загинеш!"&lt;br /&gt;</w:t>
        <w:br/>
        <w:t>Чом я хоч поглядом не задержала?&lt;br /&gt;</w:t>
        <w:br/>
        <w:t>Злякався б він очей тих зловорожих&lt;br /&gt;</w:t>
        <w:br/>
        <w:t>і, може б... може б, він мені повірив,—&lt;br /&gt;</w:t>
        <w:br/>
        <w:t>він сам казав,— та, може б, і послухав.&lt;br /&gt;</w:t>
        <w:br/>
        <w:t>Дитина він перед очима долі,&lt;br /&gt;</w:t>
        <w:br/>
        <w:t>не зважився б іти на їх огонь,&lt;br /&gt;</w:t>
        <w:br/>
        <w:t>якби виразно бачив смерть видиму.&lt;br /&gt;</w:t>
        <w:br/>
        <w:t>Ох, а тепер... Моє єдине щастя&lt;br /&gt;</w:t>
        <w:br/>
        <w:t>конає там...</w:t>
      </w:r>
    </w:p>
    <w:p>
      <w:r>
        <w:br/>
        <w:t>Поліксена</w:t>
      </w:r>
    </w:p>
    <w:p>
      <w:r>
        <w:br/>
        <w:t>Кассандро! та вгамуйся!&lt;br /&gt;</w:t>
        <w:br/>
        <w:t>Тож він живий! Чого ти так голосиш,&lt;br /&gt;</w:t>
        <w:br/>
        <w:t>аж моторошно, справді. Не годиться,&lt;br /&gt;</w:t>
        <w:br/>
        <w:t>ще хто почує! Нам додому час.</w:t>
      </w:r>
    </w:p>
    <w:p>
      <w:r>
        <w:br/>
        <w:t>Кассандра</w:t>
      </w:r>
    </w:p>
    <w:p>
      <w:r>
        <w:br/>
        <w:t>Нехай там чує цілий світ! Несила&lt;br /&gt;</w:t>
        <w:br/>
        <w:t>мені мовчати... Ох, ти ще пізнаєш,&lt;br /&gt;</w:t>
        <w:br/>
        <w:t>як тяжко найдорожчого втеряти!</w:t>
      </w:r>
    </w:p>
    <w:p>
      <w:r>
        <w:br/>
        <w:t>Поліксена</w:t>
      </w:r>
    </w:p>
    <w:p>
      <w:r>
        <w:br/>
        <w:t>Кассандро, годі! Що се ти говориш?&lt;br /&gt;</w:t>
        <w:br/>
        <w:t>Ходім, тут темно, страшно, я боюся.&lt;br /&gt;</w:t>
        <w:br/>
        <w:t>Вже пізно...</w:t>
      </w:r>
    </w:p>
    <w:p>
      <w:r>
        <w:br/>
        <w:t>Кассандра</w:t>
      </w:r>
    </w:p>
    <w:p>
      <w:r>
        <w:br/>
        <w:t>Пізно... хутко зійде місяць,&lt;br /&gt;</w:t>
        <w:br/>
        <w:t>освітить поле... Мій Долон на полі&lt;br /&gt;</w:t>
        <w:br/>
        <w:t>такий самотній, наче кипарис&lt;br /&gt;</w:t>
        <w:br/>
        <w:t>на роздоріжжі... він такий хисткий,&lt;br /&gt;</w:t>
        <w:br/>
        <w:t>він молоденький, ніжний — не до зброї,&lt;br /&gt;</w:t>
        <w:br/>
        <w:t>до ліри, до кітари він удався,&lt;br /&gt;</w:t>
        <w:br/>
        <w:t>до весняних пісень... Ох, що ж ті руки&lt;br /&gt;</w:t>
        <w:br/>
        <w:t>порадять проти сих мечів важких,&lt;br /&gt;</w:t>
        <w:br/>
        <w:t>що здійнялись над ним... Рятунку!</w:t>
      </w:r>
    </w:p>
    <w:p>
      <w:r>
        <w:br/>
        <w:t>Поліксена</w:t>
      </w:r>
    </w:p>
    <w:p>
      <w:r>
        <w:br/>
        <w:t>Слухай,&lt;br /&gt;</w:t>
        <w:br/>
        <w:t>чи ти безумна? Тож збіжаться люди!&lt;br /&gt;</w:t>
        <w:br/>
        <w:t>Готові ще й ахейці сполохнутисьі</w:t>
      </w:r>
    </w:p>
    <w:p>
      <w:r>
        <w:br/>
        <w:t>Кассандра</w:t>
      </w:r>
    </w:p>
    <w:p>
      <w:r>
        <w:br/>
        <w:t>Ахейці?.. Я замовкну... я не буду...&lt;br /&gt;</w:t>
        <w:br/>
        <w:t>Довге мовчання.</w:t>
      </w:r>
    </w:p>
    <w:p>
      <w:r>
        <w:br/>
        <w:t>(Кассандра тремтить всім тілом, спочатку щільно закриває лице покривалом і стоїть нерухомо, потім одкривається і пошепки говорить, стискаючи обидві руки Поліксені),</w:t>
      </w:r>
    </w:p>
    <w:p>
      <w:r>
        <w:br/>
        <w:t>Ходім на браму... Ти ходи зо мною...&lt;br /&gt;</w:t>
        <w:br/>
        <w:t>мені так страшно... я боюся долі...</w:t>
      </w:r>
    </w:p>
    <w:p>
      <w:r>
        <w:br/>
        <w:t>Поліксена</w:t>
      </w:r>
    </w:p>
    <w:p>
      <w:r>
        <w:br/>
        <w:t>Та як же підемо? На сходах темно.</w:t>
      </w:r>
    </w:p>
    <w:p>
      <w:r>
        <w:br/>
        <w:t>Кассандра</w:t>
      </w:r>
    </w:p>
    <w:p>
      <w:r>
        <w:br/>
        <w:t>Ох, ні, не досить темно, я все бачу.&lt;br /&gt;</w:t>
        <w:br/>
        <w:t>(Простягає руки в простор).</w:t>
      </w:r>
    </w:p>
    <w:p>
      <w:r>
        <w:br/>
        <w:t>Ох, Артемідо7, сестро Аполлона,&lt;br /&gt;</w:t>
        <w:br/>
        <w:t>богине ясна, погаси свій світач&lt;br /&gt;</w:t>
        <w:br/>
        <w:t>на сюю ніч, на сю єдину ніч!&lt;br /&gt;</w:t>
        <w:br/>
        <w:t>Нехай коханці менше мрій зазнають,&lt;br /&gt;</w:t>
        <w:br/>
        <w:t>вони щасливі й так! Невже для того,&lt;br /&gt;</w:t>
        <w:br/>
        <w:t>щоб їм щасливим марилось любіше,&lt;br /&gt;</w:t>
        <w:br/>
        <w:t>мені нещасній відбереш ти мрію,&lt;br /&gt;</w:t>
        <w:br/>
        <w:t>остатню, розпачливу, тую мрію,&lt;br /&gt;</w:t>
        <w:br/>
        <w:t>що є ще десь на світі мій коханий,&lt;br /&gt;</w:t>
        <w:br/>
        <w:t>м і й, хоч несуджений, та мій єдиний!&lt;br /&gt;</w:t>
        <w:br/>
        <w:t>Коли то правда, що говорять люди,&lt;br /&gt;</w:t>
        <w:br/>
        <w:t>немов і ти зазнала раз кохання,&lt;br /&gt;</w:t>
        <w:br/>
        <w:t>на ймення чистої любові тої,&lt;br /&gt;</w:t>
        <w:br/>
        <w:t>благаю, зглянься!</w:t>
      </w:r>
    </w:p>
    <w:p>
      <w:r>
        <w:br/>
        <w:t>Поліксена</w:t>
      </w:r>
    </w:p>
    <w:p>
      <w:r>
        <w:br/>
        <w:t>(тремтить)</w:t>
      </w:r>
    </w:p>
    <w:p>
      <w:r>
        <w:br/>
        <w:t>Годі, люба, годі!</w:t>
      </w:r>
    </w:p>
    <w:p>
      <w:r>
        <w:br/>
        <w:t>Кассандра</w:t>
      </w:r>
    </w:p>
    <w:p>
      <w:r>
        <w:br/>
        <w:t>(спиняється, потім говорить зміненим голосом)&lt;br /&gt;</w:t>
        <w:br/>
        <w:t>Так, правда, годі, нащо сі благання?&lt;br /&gt;</w:t>
        <w:br/>
        <w:t>Що зможуть проти долі всі боги?&lt;br /&gt;</w:t>
        <w:br/>
        <w:t>Вони законам вічним підлягають&lt;br /&gt;</w:t>
        <w:br/>
        <w:t>так, як і смертні,— сонце, місяць, зорі,&lt;br /&gt;</w:t>
        <w:br/>
        <w:t>то світачі в великім храмі Мойри,&lt;br /&gt;</w:t>
        <w:br/>
        <w:t>боги й богині тільки слуги в храмі,&lt;br /&gt;</w:t>
        <w:br/>
        <w:t>всі владарки жорстокої раби.&lt;br /&gt;</w:t>
        <w:br/>
        <w:t>Благати владарку — даремна праця,&lt;br /&gt;</w:t>
        <w:br/>
        <w:t>вона не знає ні жалю, ні ласки,&lt;br /&gt;</w:t>
        <w:br/>
        <w:t>вона глуха, сліпа, немов Хаос.&lt;br /&gt;</w:t>
        <w:br/>
        <w:t>Рабів її благати — і даремне,&lt;br /&gt;</w:t>
        <w:br/>
        <w:t>і низько, я рабинею рабів&lt;br /&gt;</w:t>
        <w:br/>
        <w:t>не хочу бути!</w:t>
      </w:r>
    </w:p>
    <w:p>
      <w:r>
        <w:br/>
        <w:t>Поліксена</w:t>
      </w:r>
    </w:p>
    <w:p>
      <w:r>
        <w:br/>
        <w:t>Схаменись, нещасна!&lt;br /&gt;</w:t>
        <w:br/>
        <w:t>В таку хвилину ти гнівиш богів?&lt;br /&gt;</w:t>
        <w:br/>
        <w:t>Чи мало ще вони тебе карали&lt;br /&gt;</w:t>
        <w:br/>
        <w:t>за се твоє зухвальство? Хочеш кари&lt;br /&gt;</w:t>
        <w:br/>
        <w:t>ще більшої?</w:t>
      </w:r>
    </w:p>
    <w:p>
      <w:r>
        <w:br/>
        <w:t>Кассандра</w:t>
      </w:r>
    </w:p>
    <w:p>
      <w:r>
        <w:br/>
        <w:t>Якої ще? не може&lt;br /&gt;</w:t>
        <w:br/>
        <w:t>рабиня долі, Артеміда тиха,&lt;br /&gt;</w:t>
        <w:br/>
        <w:t>ні на хвилину запалить раніше,&lt;br /&gt;</w:t>
        <w:br/>
        <w:t>ні погасити місяця на небі&lt;br /&gt;</w:t>
        <w:br/>
        <w:t>проти того, як доля призначила&lt;br /&gt;</w:t>
        <w:br/>
        <w:t>ще споконвіку. Не боюсь я кари!..&lt;br /&gt;</w:t>
        <w:br/>
        <w:t>Ходім на браму!</w:t>
      </w:r>
    </w:p>
    <w:p>
      <w:r>
        <w:br/>
        <w:t>Ідуть обидві по сходах на мур коло брами; тим часом, поки вони йдуть у темряві, тихо, на виноколі за муром небо починає злегка червоніти.</w:t>
      </w:r>
    </w:p>
    <w:p>
      <w:r>
        <w:br/>
        <w:t>Поліксена</w:t>
      </w:r>
    </w:p>
    <w:p>
      <w:r>
        <w:br/>
        <w:t>(стоячи на мурі над брамою)</w:t>
      </w:r>
    </w:p>
    <w:p>
      <w:r>
        <w:br/>
        <w:t>Що се? там пожежа?&lt;br /&gt;</w:t>
        <w:br/>
        <w:t>Долон ахейський табор запалив?</w:t>
      </w:r>
    </w:p>
    <w:p>
      <w:r>
        <w:br/>
        <w:t>Кассандра</w:t>
      </w:r>
    </w:p>
    <w:p>
      <w:r>
        <w:br/>
        <w:t>(теж над брамою)</w:t>
      </w:r>
    </w:p>
    <w:p>
      <w:r>
        <w:br/>
        <w:t>Ні, ні... се не пожежа...</w:t>
      </w:r>
    </w:p>
    <w:p>
      <w:r>
        <w:br/>
        <w:t>Поліксена</w:t>
      </w:r>
    </w:p>
    <w:p>
      <w:r>
        <w:br/>
        <w:t>Що ж то?</w:t>
      </w:r>
    </w:p>
    <w:p>
      <w:r>
        <w:br/>
        <w:t>Кассандра</w:t>
      </w:r>
    </w:p>
    <w:p>
      <w:r>
        <w:br/>
        <w:t>Стій!&lt;br /&gt;</w:t>
        <w:br/>
        <w:t>Мовчи!</w:t>
      </w:r>
    </w:p>
    <w:p>
      <w:r>
        <w:br/>
        <w:t>Довга мовчанка.</w:t>
      </w:r>
    </w:p>
    <w:p>
      <w:r>
        <w:br/>
        <w:t>Небо все яснішає, з-за виноколу показується повний місяць. Кассандра закриває лице щільно обома руками і стоїть мов скаменіла</w:t>
      </w:r>
    </w:p>
    <w:p>
      <w:r>
        <w:br/>
        <w:t>Поліксена</w:t>
      </w:r>
    </w:p>
    <w:p>
      <w:r>
        <w:br/>
        <w:t>(тулиться до Кассандри)</w:t>
      </w:r>
    </w:p>
    <w:p>
      <w:r>
        <w:br/>
        <w:t>Ой, люба...</w:t>
      </w:r>
    </w:p>
    <w:p>
      <w:r>
        <w:br/>
        <w:t>Кассандра</w:t>
      </w:r>
    </w:p>
    <w:p>
      <w:r>
        <w:br/>
        <w:t>Я боюся долі...&lt;br /&gt;</w:t>
        <w:br/>
        <w:t>вона так дивиться отим великим&lt;br /&gt;</w:t>
        <w:br/>
        <w:t>та білим оком...</w:t>
      </w:r>
    </w:p>
    <w:p>
      <w:r>
        <w:br/>
        <w:t>(Показує на місяць).</w:t>
      </w:r>
    </w:p>
    <w:p>
      <w:r>
        <w:br/>
        <w:t>Ой, вона все бачить!&lt;br /&gt;</w:t>
        <w:br/>
        <w:t>Ніде, ніде нема від неї схову!..&lt;br /&gt;</w:t>
        <w:br/>
        <w:t>А я тепер не бачу! Де Долон?</w:t>
      </w:r>
    </w:p>
    <w:p>
      <w:r>
        <w:br/>
        <w:t>Поліксена</w:t>
      </w:r>
    </w:p>
    <w:p>
      <w:r>
        <w:br/>
        <w:t>Припав і лізе по валах помалу.</w:t>
      </w:r>
    </w:p>
    <w:p>
      <w:r>
        <w:br/>
        <w:t>Обидві царівни стоять який час нерухомо, їх чорні постаті різко визначаються в місячнім світлі.</w:t>
      </w:r>
    </w:p>
    <w:p>
      <w:r>
        <w:br/>
        <w:t>Поліксена</w:t>
      </w:r>
    </w:p>
    <w:p>
      <w:r>
        <w:br/>
        <w:t>Тепер підвівсь... до табору пішов.</w:t>
      </w:r>
    </w:p>
    <w:p>
      <w:r>
        <w:br/>
        <w:t>Кассандра</w:t>
      </w:r>
    </w:p>
    <w:p>
      <w:r>
        <w:br/>
        <w:t>Ой лихо, йдуть!</w:t>
      </w:r>
    </w:p>
    <w:p>
      <w:r>
        <w:br/>
        <w:t>Поліксена</w:t>
      </w:r>
    </w:p>
    <w:p>
      <w:r>
        <w:br/>
        <w:t>Хто? де?</w:t>
      </w:r>
    </w:p>
    <w:p>
      <w:r>
        <w:br/>
        <w:t>Кассандра</w:t>
      </w:r>
    </w:p>
    <w:p>
      <w:r>
        <w:br/>
        <w:t>Он тії два.&lt;br /&gt;</w:t>
        <w:br/>
        <w:t>Ідуть... ідуть...</w:t>
      </w:r>
    </w:p>
    <w:p>
      <w:r>
        <w:br/>
        <w:t>Поліксена</w:t>
      </w:r>
    </w:p>
    <w:p>
      <w:r>
        <w:br/>
        <w:t>Нічого, місяць скрився&lt;br /&gt;</w:t>
        <w:br/>
        <w:t>за хмару, і Долон припав додолу.&lt;br /&gt;</w:t>
        <w:br/>
        <w:t>Вони не бачать.</w:t>
      </w:r>
    </w:p>
    <w:p>
      <w:r>
        <w:br/>
        <w:t>Кассандра</w:t>
      </w:r>
    </w:p>
    <w:p>
      <w:r>
        <w:br/>
        <w:t>Але я, я бачу!&lt;br /&gt;</w:t>
        <w:br/>
        <w:t>(Голосно кричить).</w:t>
      </w:r>
    </w:p>
    <w:p>
      <w:r>
        <w:br/>
        <w:t>Долоне!</w:t>
      </w:r>
    </w:p>
    <w:p>
      <w:r>
        <w:br/>
        <w:t>Поліксена</w:t>
      </w:r>
    </w:p>
    <w:p>
      <w:r>
        <w:br/>
        <w:t>Божевільна! він почув!&lt;br /&gt;</w:t>
        <w:br/>
        <w:t>схопився бігти! Вже за ним погнались...</w:t>
      </w:r>
    </w:p>
    <w:p>
      <w:r>
        <w:br/>
        <w:t>К а с с а н д р а поривається кинутися з муру на поле, сестра утримує і бореться з нею.</w:t>
      </w:r>
    </w:p>
    <w:p>
      <w:r>
        <w:br/>
        <w:t>Кассандра</w:t>
      </w:r>
    </w:p>
    <w:p>
      <w:r>
        <w:br/>
        <w:t>Пусти мене... пусти мене... пусти!&lt;br /&gt;</w:t>
        <w:br/>
        <w:t>Я мушу з ним... пусти мене!!</w:t>
      </w:r>
    </w:p>
    <w:p>
      <w:r>
        <w:br/>
        <w:t>Поліксена</w:t>
      </w:r>
    </w:p>
    <w:p>
      <w:r>
        <w:br/>
        <w:t>(щосили кричить)</w:t>
      </w:r>
    </w:p>
    <w:p>
      <w:r>
        <w:br/>
        <w:t>Рятунку!&lt;br /&gt;</w:t>
        <w:br/>
        <w:t>Гей, люди! слухайте сюди, стороже!</w:t>
      </w:r>
    </w:p>
    <w:p>
      <w:r>
        <w:br/>
        <w:t>Прибігають вартові вояки і помагають Поліксені утримати Кассандру.</w:t>
      </w:r>
    </w:p>
    <w:p>
      <w:r>
        <w:br/>
        <w:t>Кассандра</w:t>
      </w:r>
    </w:p>
    <w:p>
      <w:r>
        <w:br/>
        <w:t>Лишіть мене! Його, його рятуйте!</w:t>
      </w:r>
    </w:p>
    <w:p>
      <w:r>
        <w:br/>
        <w:t>1-й вартовий</w:t>
      </w:r>
    </w:p>
    <w:p>
      <w:r>
        <w:br/>
        <w:t>Кого?</w:t>
      </w:r>
    </w:p>
    <w:p>
      <w:r>
        <w:br/>
        <w:t>Кассандра</w:t>
      </w:r>
    </w:p>
    <w:p>
      <w:r>
        <w:br/>
        <w:t>Долона! Там його мордують.</w:t>
      </w:r>
    </w:p>
    <w:p>
      <w:r>
        <w:br/>
        <w:t>2-й вартовий</w:t>
      </w:r>
    </w:p>
    <w:p>
      <w:r>
        <w:br/>
        <w:t>Де?</w:t>
      </w:r>
    </w:p>
    <w:p>
      <w:r>
        <w:br/>
        <w:t>Кассандра</w:t>
      </w:r>
    </w:p>
    <w:p>
      <w:r>
        <w:br/>
        <w:t>Там, у полі. Ой рятуйте, люди!&lt;br /&gt;</w:t>
        <w:br/>
        <w:t>Скоріш біжіть!</w:t>
      </w:r>
    </w:p>
    <w:p>
      <w:r>
        <w:br/>
        <w:t>1-й вартовий</w:t>
      </w:r>
    </w:p>
    <w:p>
      <w:r>
        <w:br/>
        <w:t>Царівно, ми не можем,—&lt;br /&gt;</w:t>
        <w:br/>
        <w:t>нас тільки двоє! У ворожий табор&lt;br /&gt;</w:t>
        <w:br/>
        <w:t>побігли б ми хіба на повну згубу.</w:t>
      </w:r>
    </w:p>
    <w:p>
      <w:r>
        <w:br/>
        <w:t>Кассандра</w:t>
      </w:r>
    </w:p>
    <w:p>
      <w:r>
        <w:br/>
        <w:t>Та де ж ті всі троянці? поховались?&lt;br /&gt;</w:t>
        <w:br/>
        <w:t>чи неживі? Гей! люди! люди! люди!!&lt;br /&gt;</w:t>
        <w:br/>
        <w:t>Починають збігатись на майдан люди.</w:t>
      </w:r>
    </w:p>
    <w:p>
      <w:r>
        <w:br/>
        <w:t>Поліксена</w:t>
      </w:r>
    </w:p>
    <w:p>
      <w:r>
        <w:br/>
        <w:t>Вже люди йдуть.</w:t>
      </w:r>
    </w:p>
    <w:p>
      <w:r>
        <w:br/>
        <w:t>Кассандра</w:t>
      </w:r>
    </w:p>
    <w:p>
      <w:r>
        <w:br/>
        <w:t>Пустіть мене!</w:t>
      </w:r>
    </w:p>
    <w:p>
      <w:r>
        <w:br/>
        <w:t>(Несамовито пручається, далі обкидається назад, знесилена боротьбою і розбита жахом).</w:t>
      </w:r>
    </w:p>
    <w:p>
      <w:r>
        <w:br/>
        <w:t>Вже пізно!..</w:t>
      </w:r>
    </w:p>
    <w:p>
      <w:r>
        <w:br/>
        <w:t>(брати Кассандри, надійшли з людьми і, взявши за руки, хотять звести Кассандру з брами)</w:t>
      </w:r>
    </w:p>
    <w:p>
      <w:r>
        <w:br/>
        <w:t>Ходи додому, сестро!</w:t>
      </w:r>
    </w:p>
    <w:p>
      <w:r>
        <w:br/>
        <w:t>Кассандра</w:t>
      </w:r>
    </w:p>
    <w:p>
      <w:r>
        <w:br/>
        <w:t>(відпихає їх)</w:t>
      </w:r>
    </w:p>
    <w:p>
      <w:r>
        <w:br/>
        <w:t>Гетьте, гетьте!&lt;br /&gt;</w:t>
        <w:br/>
        <w:t>Се ви його убили!</w:t>
      </w:r>
    </w:p>
    <w:p>
      <w:r>
        <w:br/>
        <w:t>(Раптом стишується і говорить зовсім убитим голосом).</w:t>
      </w:r>
    </w:p>
    <w:p>
      <w:r>
        <w:br/>
        <w:t>Ні, се я...</w:t>
      </w:r>
    </w:p>
    <w:p>
      <w:r>
        <w:br/>
        <w:t>(Покірно дає себе вести і йде, ледве переступаючи, так, що її більше несуть, ніж ведуть).</w:t>
      </w:r>
    </w:p>
    <w:p>
      <w:r>
        <w:br/>
        <w:t>Місяць ховається за хмару, і темна купка людей, що веде Кассандру попід муром, ледве мріє, а далі зливається з глибокою тінню від храму.&lt;br /&gt;</w:t>
        <w:br/>
        <w:t>V</w:t>
      </w:r>
    </w:p>
    <w:p>
      <w:r>
        <w:br/>
        <w:t>Покій Кассандри. Нема нікого.</w:t>
      </w:r>
    </w:p>
    <w:p>
      <w:r>
        <w:br/>
        <w:t>Деїфоб</w:t>
      </w:r>
    </w:p>
    <w:p>
      <w:r>
        <w:br/>
        <w:t>(ввіходить)</w:t>
      </w:r>
    </w:p>
    <w:p>
      <w:r>
        <w:br/>
        <w:t>Кассандро! сестро! де се ти? Рабині!</w:t>
      </w:r>
    </w:p>
    <w:p>
      <w:r>
        <w:br/>
        <w:t>(Плеще в долоні і гукає).&lt;br /&gt;</w:t>
        <w:br/>
        <w:t>Рабині, гей!</w:t>
      </w:r>
    </w:p>
    <w:p>
      <w:r>
        <w:br/>
        <w:t>З сусіднього покою увіходить р а б и н я с т а р е н ь к а.</w:t>
      </w:r>
    </w:p>
    <w:p>
      <w:r>
        <w:br/>
        <w:t>Рабиня</w:t>
      </w:r>
    </w:p>
    <w:p>
      <w:r>
        <w:br/>
        <w:t>Що, владарю?</w:t>
      </w:r>
    </w:p>
    <w:p>
      <w:r>
        <w:br/>
        <w:t>Деїфоб</w:t>
      </w:r>
    </w:p>
    <w:p>
      <w:r>
        <w:br/>
        <w:t>Та що се,&lt;br /&gt;</w:t>
        <w:br/>
        <w:t>невже моя сестра служниць не має,&lt;br /&gt;</w:t>
        <w:br/>
        <w:t>що й не докличешся нікого?</w:t>
      </w:r>
    </w:p>
    <w:p>
      <w:r>
        <w:br/>
        <w:t>Рабиня</w:t>
      </w:r>
    </w:p>
    <w:p>
      <w:r>
        <w:br/>
        <w:t>Вжеж,&lt;br /&gt;</w:t>
        <w:br/>
        <w:t>пророчиця рабинь всіх розпустила,&lt;br /&gt;</w:t>
        <w:br/>
        <w:t>казала: годі вже тих царських звичок,&lt;br /&gt;</w:t>
        <w:br/>
        <w:t>час привикати без рабинь до праці,&lt;br /&gt;</w:t>
        <w:br/>
        <w:t>бо хутко здасться.</w:t>
      </w:r>
    </w:p>
    <w:p>
      <w:r>
        <w:br/>
        <w:t>Деїфоб</w:t>
      </w:r>
    </w:p>
    <w:p>
      <w:r>
        <w:br/>
        <w:t>От нові ще примхи!&lt;br /&gt;</w:t>
        <w:br/>
        <w:t>А ти чия?</w:t>
      </w:r>
    </w:p>
    <w:p>
      <w:r>
        <w:br/>
        <w:t>Рабиня</w:t>
      </w:r>
    </w:p>
    <w:p>
      <w:r>
        <w:br/>
        <w:t>Царівни Поліксени.</w:t>
      </w:r>
    </w:p>
    <w:p>
      <w:r>
        <w:br/>
        <w:t>Деїфоб</w:t>
      </w:r>
    </w:p>
    <w:p>
      <w:r>
        <w:br/>
        <w:t>Ну, все одно, піди поклич сестру.</w:t>
      </w:r>
    </w:p>
    <w:p>
      <w:r>
        <w:br/>
        <w:t>Рабиня</w:t>
      </w:r>
    </w:p>
    <w:p>
      <w:r>
        <w:br/>
        <w:t>Котору? Поліксену?</w:t>
      </w:r>
    </w:p>
    <w:p>
      <w:r>
        <w:br/>
        <w:t>Деїфоб</w:t>
      </w:r>
    </w:p>
    <w:p>
      <w:r>
        <w:br/>
        <w:t>Ні, Кассандру,&lt;br /&gt;</w:t>
        <w:br/>
        <w:t>та хутко.</w:t>
      </w:r>
    </w:p>
    <w:p>
      <w:r>
        <w:br/>
        <w:t>Рабиня</w:t>
      </w:r>
    </w:p>
    <w:p>
      <w:r>
        <w:br/>
        <w:t>(йде воркотячи)</w:t>
      </w:r>
    </w:p>
    <w:p>
      <w:r>
        <w:br/>
        <w:t>Хутко! бач, який швидкий.&lt;br /&gt;</w:t>
        <w:br/>
        <w:t>Старі вже ноги в мене, де тут хутко...</w:t>
      </w:r>
    </w:p>
    <w:p>
      <w:r>
        <w:br/>
        <w:t>(На порозі).</w:t>
      </w:r>
    </w:p>
    <w:p>
      <w:r>
        <w:br/>
        <w:t>Та он вона й сама... Царівно, швидше —&lt;br /&gt;</w:t>
        <w:br/>
        <w:t>там братик дожидається...</w:t>
      </w:r>
    </w:p>
    <w:p>
      <w:r>
        <w:br/>
        <w:t>(Виходить).</w:t>
      </w:r>
    </w:p>
    <w:p>
      <w:r>
        <w:br/>
        <w:t>Кассандра</w:t>
      </w:r>
    </w:p>
    <w:p>
      <w:r>
        <w:br/>
        <w:t>(з кужілкою за поясом і з веретеном іде, прядучи)</w:t>
      </w:r>
    </w:p>
    <w:p>
      <w:r>
        <w:br/>
        <w:t>Вітаю.</w:t>
      </w:r>
    </w:p>
    <w:p>
      <w:r>
        <w:br/>
        <w:t>Деїфоб</w:t>
      </w:r>
    </w:p>
    <w:p>
      <w:r>
        <w:br/>
        <w:t>І що ти справді вигадала, сестро?&lt;br /&gt;</w:t>
        <w:br/>
        <w:t>Рабинь всіх розпустила, а сама&lt;br /&gt;</w:t>
        <w:br/>
        <w:t>кужілки з рук не випускаєш.</w:t>
      </w:r>
    </w:p>
    <w:p>
      <w:r>
        <w:br/>
        <w:t>Кассандра</w:t>
      </w:r>
    </w:p>
    <w:p>
      <w:r>
        <w:br/>
        <w:t>Брате,&lt;br /&gt;</w:t>
        <w:br/>
        <w:t>воно завчасу краще привикати&lt;br /&gt;</w:t>
        <w:br/>
        <w:t>до неминучого.</w:t>
      </w:r>
    </w:p>
    <w:p>
      <w:r>
        <w:br/>
        <w:t>Деїфоб</w:t>
      </w:r>
    </w:p>
    <w:p>
      <w:r>
        <w:br/>
        <w:t>Се рабська мова!&lt;br /&gt;</w:t>
        <w:br/>
        <w:t>Царівна так би не сказала зроду.</w:t>
      </w:r>
    </w:p>
    <w:p>
      <w:r>
        <w:br/>
        <w:t>Кассандра</w:t>
      </w:r>
    </w:p>
    <w:p>
      <w:r>
        <w:br/>
        <w:t>А що ж казати?</w:t>
      </w:r>
    </w:p>
    <w:p>
      <w:r>
        <w:br/>
        <w:t>Деїфоб</w:t>
      </w:r>
    </w:p>
    <w:p>
      <w:r>
        <w:br/>
        <w:t>"Або царювати,&lt;br /&gt;</w:t>
        <w:br/>
        <w:t>або загинути!"</w:t>
      </w:r>
    </w:p>
    <w:p>
      <w:r>
        <w:br/>
        <w:t>Кассандра</w:t>
      </w:r>
    </w:p>
    <w:p>
      <w:r>
        <w:br/>
        <w:t>Ми всі загинем,&lt;br /&gt;</w:t>
        <w:br/>
        <w:t>та не царюючи.</w:t>
      </w:r>
    </w:p>
    <w:p>
      <w:r>
        <w:br/>
        <w:t>Деїфоб</w:t>
      </w:r>
    </w:p>
    <w:p>
      <w:r>
        <w:br/>
        <w:t>Дай спокій, сестро,&lt;br /&gt;</w:t>
        <w:br/>
        <w:t>і не частуй мене пророкуванням.&lt;br /&gt;</w:t>
        <w:br/>
        <w:t>Се чисте горе: брат — пророк, сестра —&lt;br /&gt;</w:t>
        <w:br/>
        <w:t>пророчиця, нема де проступити&lt;br /&gt;</w:t>
        <w:br/>
        <w:t>у власнім домі за віщунством рідних.&lt;br /&gt;</w:t>
        <w:br/>
        <w:t>Ось ти взяла кужілку, се й гаразд,&lt;br /&gt;</w:t>
        <w:br/>
        <w:t>казати правду, дівчині се личить&lt;br /&gt;</w:t>
        <w:br/>
        <w:t>далеко краще, ніж пророча мова.&lt;br /&gt;</w:t>
        <w:br/>
        <w:t>Отож пряди й не пророкуй.</w:t>
      </w:r>
    </w:p>
    <w:p>
      <w:r>
        <w:br/>
        <w:t>Кассандра</w:t>
      </w:r>
    </w:p>
    <w:p>
      <w:r>
        <w:br/>
        <w:t>Я, брате,&lt;br /&gt;</w:t>
        <w:br/>
        <w:t>сама б радніша прясти білу вовну,&lt;br /&gt;</w:t>
        <w:br/>
        <w:t>ніж віщувати всім нам чорну долю.</w:t>
      </w:r>
    </w:p>
    <w:p>
      <w:r>
        <w:br/>
        <w:t>Деїфоб</w:t>
      </w:r>
    </w:p>
    <w:p>
      <w:r>
        <w:br/>
        <w:t>Пряди, пряди — ниток багато білих&lt;br /&gt;</w:t>
        <w:br/>
        <w:t>зарученій потрібно на весілля,&lt;br /&gt;</w:t>
        <w:br/>
        <w:t>на шлюбні шати й на дари для гостей.</w:t>
      </w:r>
    </w:p>
    <w:p>
      <w:r>
        <w:br/>
        <w:t>Кассандра</w:t>
      </w:r>
    </w:p>
    <w:p>
      <w:r>
        <w:br/>
        <w:t>Се й ти вже, брате, бачу, у пророках,&lt;br /&gt;</w:t>
        <w:br/>
        <w:t>та шкода, що не в пору й не до речі.</w:t>
      </w:r>
    </w:p>
    <w:p>
      <w:r>
        <w:br/>
        <w:t>(Ображена одвертається).</w:t>
      </w:r>
    </w:p>
    <w:p>
      <w:r>
        <w:br/>
        <w:t>Деїфоб</w:t>
      </w:r>
    </w:p>
    <w:p>
      <w:r>
        <w:br/>
        <w:t>І в пору, і до речі. Я, сестрице,&lt;br /&gt;</w:t>
        <w:br/>
        <w:t>не звик даремне марнувати мову.&lt;br /&gt;</w:t>
        <w:br/>
        <w:t>Якщо кажу, то, значить, варто слухать,&lt;br /&gt;</w:t>
        <w:br/>
        <w:t>а ти хоч і віщунка, та сама&lt;br /&gt;</w:t>
        <w:br/>
        <w:t>своєї долі, видно, не вгадаєш,&lt;br /&gt;</w:t>
        <w:br/>
        <w:t>то я тобі скажу: ми заручили&lt;br /&gt;</w:t>
        <w:br/>
        <w:t>тебе оце тепер за Ономая,&lt;br /&gt;</w:t>
        <w:br/>
        <w:t>царя лідійського.</w:t>
      </w:r>
    </w:p>
    <w:p>
      <w:r>
        <w:br/>
        <w:t>Кассандра</w:t>
      </w:r>
    </w:p>
    <w:p>
      <w:r>
        <w:br/>
        <w:t>Зарані, брате,&lt;br /&gt;</w:t>
        <w:br/>
        <w:t>говориш ти мені: "Ми заручили",&lt;br /&gt;</w:t>
        <w:br/>
        <w:t>бо ще ж я не рабиня поки що&lt;br /&gt;</w:t>
        <w:br/>
        <w:t>і маю власну волю.</w:t>
      </w:r>
    </w:p>
    <w:p>
      <w:r>
        <w:br/>
        <w:t>Деїфоб</w:t>
      </w:r>
    </w:p>
    <w:p>
      <w:r>
        <w:br/>
        <w:t>Ні, Кассандро,&lt;br /&gt;</w:t>
        <w:br/>
        <w:t>бо кожна дівчина, чи то рабиня,&lt;br /&gt;</w:t>
        <w:br/>
        <w:t>чи то царівна, слухає родини.</w:t>
      </w:r>
    </w:p>
    <w:p>
      <w:r>
        <w:br/>
        <w:t>Кассандра</w:t>
      </w:r>
    </w:p>
    <w:p>
      <w:r>
        <w:br/>
        <w:t>Я, брате, й не рабиня, й не царівна,&lt;br /&gt;</w:t>
        <w:br/>
        <w:t>а більше й менше, ніж вони обидві.</w:t>
      </w:r>
    </w:p>
    <w:p>
      <w:r>
        <w:br/>
        <w:t>Деїфоб</w:t>
      </w:r>
    </w:p>
    <w:p>
      <w:r>
        <w:br/>
        <w:t>Я не для загадок прийшов сюди,&lt;br /&gt;</w:t>
        <w:br/>
        <w:t>не для пустих розмов. Кажу виразно,&lt;br /&gt;</w:t>
        <w:br/>
        <w:t>що ти заручена. Цар Ономай,&lt;br /&gt;</w:t>
        <w:br/>
        <w:t>тебе собі жадає в надгороду&lt;br /&gt;</w:t>
        <w:br/>
        <w:t>за спілку й поміч проти ворогів.&lt;br /&gt;</w:t>
        <w:br/>
        <w:t>Хвалився він, що піде в бій сьогодні,&lt;br /&gt;</w:t>
        <w:br/>
        <w:t>і всіх своїх лідійців поведе,&lt;br /&gt;</w:t>
        <w:br/>
        <w:t>і що не зайде сонце, як вже буде&lt;br /&gt;</w:t>
        <w:br/>
        <w:t>розбите впень усе вороже військо.&lt;br /&gt;</w:t>
        <w:br/>
        <w:t>"Коли се правда,— ми сказали,— завтра&lt;br /&gt;</w:t>
        <w:br/>
        <w:t>ти поведеш Кассандру до намету".</w:t>
      </w:r>
    </w:p>
    <w:p>
      <w:r>
        <w:br/>
        <w:t>Кассандра</w:t>
      </w:r>
    </w:p>
    <w:p>
      <w:r>
        <w:br/>
        <w:t>Хіба що так! "Коли се правда..." Власне,&lt;br /&gt;</w:t>
        <w:br/>
        <w:t>що се неправда.</w:t>
      </w:r>
    </w:p>
    <w:p>
      <w:r>
        <w:br/>
        <w:t>Деїфоб</w:t>
      </w:r>
    </w:p>
    <w:p>
      <w:r>
        <w:br/>
        <w:t>Я не сподівався,&lt;br /&gt;</w:t>
        <w:br/>
        <w:t>що ти, троянка і дочка Пріама,&lt;br /&gt;</w:t>
        <w:br/>
        <w:t>так самолюбно можеш відрікатись&lt;br /&gt;</w:t>
        <w:br/>
        <w:t>подать рятунок Трої і родині.&lt;br /&gt;</w:t>
        <w:br/>
        <w:t>А т р і дова дочка була величніш,&lt;br /&gt;</w:t>
        <w:br/>
        <w:t>недарма еллінки проти троянок&lt;br /&gt;</w:t>
        <w:br/>
        <w:t>так величаються, бо вийшла з них&lt;br /&gt;</w:t>
        <w:br/>
        <w:t>славутня Іфігенія 8, що радо&lt;br /&gt;</w:t>
        <w:br/>
        <w:t>життя своє дівоче положила&lt;br /&gt;</w:t>
        <w:br/>
        <w:t>за славу рідного народу.</w:t>
      </w:r>
    </w:p>
    <w:p>
      <w:r>
        <w:br/>
        <w:t>Кассандра</w:t>
      </w:r>
    </w:p>
    <w:p>
      <w:r>
        <w:br/>
        <w:t>Брате,&lt;br /&gt;</w:t>
        <w:br/>
        <w:t>не знаєш ти ціни жіночим жертвам&lt;br /&gt;</w:t>
        <w:br/>
        <w:t>а я тобі кажу: з усіх жінок&lt;br /&gt;</w:t>
        <w:br/>
        <w:t>славутня Іфігенія зложила&lt;br /&gt;</w:t>
        <w:br/>
        <w:t>ще не найбільшу й не найтяжчу жертву.&lt;br /&gt;</w:t>
        <w:br/>
        <w:t>Ох, скільки тяжчих, хоч безславних жертов&lt;br /&gt;</w:t>
        <w:br/>
        <w:t>зложили ті жінки, що не лишили&lt;br /&gt;</w:t>
        <w:br/>
        <w:t>імення по собі! Якби схотів ти&lt;br /&gt;</w:t>
        <w:br/>
        <w:t>від мене жертви крові, певне б, я&lt;br /&gt;</w:t>
        <w:br/>
        <w:t>її здолала дати, але с е ї —&lt;br /&gt;</w:t>
        <w:br/>
        <w:t>не можу, брате, я не героїня.</w:t>
      </w:r>
    </w:p>
    <w:p>
      <w:r>
        <w:br/>
        <w:t>Деїфоб</w:t>
      </w:r>
    </w:p>
    <w:p>
      <w:r>
        <w:br/>
        <w:t>Так, я се бачу, ти сестра Паріса,&lt;br /&gt;</w:t>
        <w:br/>
        <w:t>але не Гектора. Наш Гектор міг&lt;br /&gt;</w:t>
        <w:br/>
        <w:t>життя віддати, жінку залишити,&lt;br /&gt;</w:t>
        <w:br/>
        <w:t>осиротити сина для рятунку&lt;br /&gt;</w:t>
        <w:br/>
        <w:t>або для честі Трої. А Паріс&lt;br /&gt;</w:t>
        <w:br/>
        <w:t>готовий для Гелени загубити&lt;br /&gt;</w:t>
        <w:br/>
        <w:t>весь рідний край. Отак і ти, Кассандро,&lt;br /&gt;</w:t>
        <w:br/>
        <w:t>для тіні млявого свого Долона,&lt;br /&gt;</w:t>
        <w:br/>
        <w:t>хоч сам він був зрадливий проти тебе,&lt;br /&gt;</w:t>
        <w:br/>
        <w:t>готова всіх нас утопити.</w:t>
      </w:r>
    </w:p>
    <w:p>
      <w:r>
        <w:br/>
        <w:t>Кассандра</w:t>
      </w:r>
    </w:p>
    <w:p>
      <w:r>
        <w:br/>
        <w:t>Брате!&lt;br /&gt;</w:t>
        <w:br/>
        <w:t>Не ображай загубленої тіні!&lt;br /&gt;</w:t>
        <w:br/>
        <w:t>Ти кажеш, млявий був Долон, зрадливий?&lt;br /&gt;</w:t>
        <w:br/>
        <w:t>Чому ж той млявий та пішов на згубу,&lt;br /&gt;</w:t>
        <w:br/>
        <w:t>на смерть видиму в той час, як ніхто&lt;br /&gt;</w:t>
        <w:br/>
        <w:t>з моїх братів-героїв не одваживсь?&lt;br /&gt;</w:t>
        <w:br/>
        <w:t>Либонь, тому, що Гектор вже був мертвий,&lt;br /&gt;</w:t>
        <w:br/>
        <w:t>а Деїфоб одважний тільки словом.</w:t>
      </w:r>
    </w:p>
    <w:p>
      <w:r>
        <w:br/>
        <w:t>Деїфоб</w:t>
      </w:r>
    </w:p>
    <w:p>
      <w:r>
        <w:br/>
        <w:t>Старий я для розвідок. Ти ж, Кассандро,&lt;br /&gt;</w:t>
        <w:br/>
        <w:t>ще молода, щоб старшого судити.</w:t>
      </w:r>
    </w:p>
    <w:p>
      <w:r>
        <w:br/>
        <w:t>Кассандра</w:t>
      </w:r>
    </w:p>
    <w:p>
      <w:r>
        <w:br/>
        <w:t>Над всіх старших найстарша правда, брате.</w:t>
      </w:r>
    </w:p>
    <w:p>
      <w:r>
        <w:br/>
        <w:t>Деїфоб</w:t>
      </w:r>
    </w:p>
    <w:p>
      <w:r>
        <w:br/>
        <w:t>Лишім. Хто вмер, не встане. Річ не в сьому,&lt;br /&gt;</w:t>
        <w:br/>
        <w:t>а в тому, що повинна ти вчинити&lt;br /&gt;</w:t>
        <w:br/>
        <w:t>для щастя й для рятунку всеї Трої.</w:t>
      </w:r>
    </w:p>
    <w:p>
      <w:r>
        <w:br/>
        <w:t>Кассандра</w:t>
      </w:r>
    </w:p>
    <w:p>
      <w:r>
        <w:br/>
        <w:t>Почім же знаєш ти, що в тім рятунок?</w:t>
      </w:r>
    </w:p>
    <w:p>
      <w:r>
        <w:br/>
        <w:t>Деїфоб</w:t>
      </w:r>
    </w:p>
    <w:p>
      <w:r>
        <w:br/>
        <w:t>Я знаю те, що се остатня змога.&lt;br /&gt;</w:t>
        <w:br/>
        <w:t>Чи ти даси рятунок — невідомо,&lt;br /&gt;</w:t>
        <w:br/>
        <w:t>але повинна ти вчинити сю пробу.&lt;br /&gt;</w:t>
        <w:br/>
        <w:t>Коли уб'ють лідійця — люди скажуть:&lt;br /&gt;</w:t>
        <w:br/>
        <w:t>"Що ж, не судилось!" А як ти відмовиш,&lt;br /&gt;</w:t>
        <w:br/>
        <w:t>то скажуть всі, що ти нас загубила.&lt;br /&gt;</w:t>
        <w:br/>
        <w:t>Цар Ономай до тебе зараз прийде,&lt;br /&gt;</w:t>
        <w:br/>
        <w:t>щоб ти йому сама сказала слово.&lt;br /&gt;</w:t>
        <w:br/>
        <w:t>Єдине слово "згода!" — і лідійці,&lt;br /&gt;</w:t>
        <w:br/>
        <w:t>уставлені до бою, рушать зараз.</w:t>
      </w:r>
    </w:p>
    <w:p>
      <w:r>
        <w:br/>
        <w:t>Кассандра</w:t>
      </w:r>
    </w:p>
    <w:p>
      <w:r>
        <w:br/>
        <w:t>Мій брате, се була б потрійна зрада —&lt;br /&gt;</w:t>
        <w:br/>
        <w:t>себе самої, правди і лідійців,&lt;br /&gt;</w:t>
        <w:br/>
        <w:t>бо я отим одним-єдиним словом&lt;br /&gt;</w:t>
        <w:br/>
        <w:t>погнала б на погибель ціле військо.</w:t>
      </w:r>
    </w:p>
    <w:p>
      <w:r>
        <w:br/>
        <w:t>Деїфоб</w:t>
      </w:r>
    </w:p>
    <w:p>
      <w:r>
        <w:br/>
        <w:t>Миліш тобі чужинці, ніж родина!</w:t>
      </w:r>
    </w:p>
    <w:p>
      <w:r>
        <w:br/>
        <w:t>Кассандра</w:t>
      </w:r>
    </w:p>
    <w:p>
      <w:r>
        <w:br/>
        <w:t>А нащо ж нам даремне їх губити?&lt;br /&gt;</w:t>
        <w:br/>
        <w:t>Не врятував нас Гектор богорівний,&lt;br /&gt;</w:t>
        <w:br/>
        <w:t>куди ж сьому лідійцеві!</w:t>
      </w:r>
    </w:p>
    <w:p>
      <w:r>
        <w:br/>
        <w:t>Деїфоб</w:t>
      </w:r>
    </w:p>
    <w:p>
      <w:r>
        <w:br/>
        <w:t>Кассандро,&lt;br /&gt;</w:t>
        <w:br/>
        <w:t>забула ти, що був тоді Пелід,&lt;br /&gt;</w:t>
        <w:br/>
        <w:t>теж богорівний, ще й богорожденний,&lt;br /&gt;</w:t>
        <w:br/>
        <w:t>тепер його нема.</w:t>
      </w:r>
    </w:p>
    <w:p>
      <w:r>
        <w:br/>
        <w:t>Кассандра</w:t>
      </w:r>
    </w:p>
    <w:p>
      <w:r>
        <w:br/>
        <w:t>Так говорила&lt;br /&gt;</w:t>
        <w:br/>
        <w:t>Пентезілея 9, красна амазонка,&lt;br /&gt;</w:t>
        <w:br/>
        <w:t>що згинула за Трою без пори.</w:t>
      </w:r>
    </w:p>
    <w:p>
      <w:r>
        <w:br/>
        <w:t>Деїфоб</w:t>
      </w:r>
    </w:p>
    <w:p>
      <w:r>
        <w:br/>
        <w:t>Та що Пентезілея! Все ж то жінка! —&lt;br /&gt;</w:t>
        <w:br/>
        <w:t>не жінці врятувати Іліон.</w:t>
      </w:r>
    </w:p>
    <w:p>
      <w:r>
        <w:br/>
        <w:t>Кассандра</w:t>
      </w:r>
    </w:p>
    <w:p>
      <w:r>
        <w:br/>
        <w:t>Се правда, брате, отже й не Кассандрі.</w:t>
      </w:r>
    </w:p>
    <w:p>
      <w:r>
        <w:br/>
        <w:t>Деїфоб</w:t>
      </w:r>
    </w:p>
    <w:p>
      <w:r>
        <w:br/>
        <w:t>(гнівно)&lt;br /&gt;</w:t>
        <w:br/>
        <w:t>Гей, не чіпляйсь до слів!</w:t>
      </w:r>
    </w:p>
    <w:p>
      <w:r>
        <w:br/>
        <w:t>Стара рабиня</w:t>
      </w:r>
    </w:p>
    <w:p>
      <w:r>
        <w:br/>
        <w:t>(виходить)</w:t>
      </w:r>
    </w:p>
    <w:p>
      <w:r>
        <w:br/>
        <w:t>Там той, чужий,&lt;br /&gt;</w:t>
        <w:br/>
        <w:t>все домагається, чому не кличуть.</w:t>
      </w:r>
    </w:p>
    <w:p>
      <w:r>
        <w:br/>
        <w:t>Кассандра</w:t>
      </w:r>
    </w:p>
    <w:p>
      <w:r>
        <w:br/>
        <w:t>Скажи йому, щоб він ішов сюди,&lt;br /&gt;</w:t>
        <w:br/>
        <w:t>а ти лиши нас, брате.</w:t>
      </w:r>
    </w:p>
    <w:p>
      <w:r>
        <w:br/>
        <w:t>Деїфоб</w:t>
      </w:r>
    </w:p>
    <w:p>
      <w:r>
        <w:br/>
        <w:t>Що ж ти скажеш?</w:t>
      </w:r>
    </w:p>
    <w:p>
      <w:r>
        <w:br/>
        <w:t>Кассандра</w:t>
      </w:r>
    </w:p>
    <w:p>
      <w:r>
        <w:br/>
        <w:t>Що бог мені звелить.</w:t>
      </w:r>
    </w:p>
    <w:p>
      <w:r>
        <w:br/>
        <w:t>Деїфоб</w:t>
      </w:r>
    </w:p>
    <w:p>
      <w:r>
        <w:br/>
        <w:t>Ну, пам'ятай,&lt;br /&gt;</w:t>
        <w:br/>
        <w:t>як тільки бог звелить сказать "не згода",—&lt;br /&gt;</w:t>
        <w:br/>
        <w:t>до тебе ймення зрадниці пристане&lt;br /&gt;</w:t>
        <w:br/>
        <w:t>віднині і довіку.</w:t>
      </w:r>
    </w:p>
    <w:p>
      <w:r>
        <w:br/>
        <w:t>Кассандра</w:t>
      </w:r>
    </w:p>
    <w:p>
      <w:r>
        <w:br/>
        <w:t>Деїфобе!</w:t>
      </w:r>
    </w:p>
    <w:p>
      <w:r>
        <w:br/>
        <w:t>Деїфоб</w:t>
      </w:r>
    </w:p>
    <w:p>
      <w:r>
        <w:br/>
        <w:t>Я перший прикладу його до тебе&lt;br /&gt;</w:t>
        <w:br/>
        <w:t>прилюдно, на майдані! Пам'ятай!</w:t>
      </w:r>
    </w:p>
    <w:p>
      <w:r>
        <w:br/>
        <w:t>(Виходить).</w:t>
      </w:r>
    </w:p>
    <w:p>
      <w:r>
        <w:br/>
        <w:t>Ономай</w:t>
      </w:r>
    </w:p>
    <w:p>
      <w:r>
        <w:br/>
        <w:t>(входить і спиняється у порога. Мовчання).</w:t>
      </w:r>
    </w:p>
    <w:p>
      <w:r>
        <w:br/>
        <w:t>Царівно, радуйся.</w:t>
      </w:r>
    </w:p>
    <w:p>
      <w:r>
        <w:br/>
        <w:t>Кассандра мовчить.</w:t>
      </w:r>
    </w:p>
    <w:p>
      <w:r>
        <w:br/>
        <w:t>Я соромливість&lt;br /&gt;</w:t>
        <w:br/>
        <w:t>високо поважаю, але все ж&lt;br /&gt;</w:t>
        <w:br/>
        <w:t>бажав би я таки почути слово,&lt;br /&gt;</w:t>
        <w:br/>
        <w:t>хоч те єдине, що мені належить.</w:t>
      </w:r>
    </w:p>
    <w:p>
      <w:r>
        <w:br/>
        <w:t>Кассандра</w:t>
      </w:r>
    </w:p>
    <w:p>
      <w:r>
        <w:br/>
        <w:t>Ти певен, що воно тобі належить?</w:t>
      </w:r>
    </w:p>
    <w:p>
      <w:r>
        <w:br/>
        <w:t>Ономай</w:t>
      </w:r>
    </w:p>
    <w:p>
      <w:r>
        <w:br/>
        <w:t>Твій батько й брат запевнили мені&lt;br /&gt;</w:t>
        <w:br/>
        <w:t>те слово.</w:t>
      </w:r>
    </w:p>
    <w:p>
      <w:r>
        <w:br/>
        <w:t>Кассандра</w:t>
      </w:r>
    </w:p>
    <w:p>
      <w:r>
        <w:br/>
        <w:t>Так від них ти й чув його,&lt;br /&gt;</w:t>
        <w:br/>
        <w:t>а я тобі його не запевняла,&lt;br /&gt;</w:t>
        <w:br/>
        <w:t>та ти ж і не просив, і не питав,&lt;br /&gt;</w:t>
        <w:br/>
        <w:t>а хочеш просто взяти, як належне.</w:t>
      </w:r>
    </w:p>
    <w:p>
      <w:r>
        <w:br/>
        <w:t>Ономай</w:t>
      </w:r>
    </w:p>
    <w:p>
      <w:r>
        <w:br/>
        <w:t>Прости, царівно, знаю, що дівчата&lt;br /&gt;</w:t>
        <w:br/>
        <w:t>солодкі речі люблять, але я&lt;br /&gt;</w:t>
        <w:br/>
        <w:t>не вдавсь для того. В мене річ коротка,&lt;br /&gt;</w:t>
        <w:br/>
        <w:t>не ти мене, а я тебе посватав,&lt;br /&gt;</w:t>
        <w:br/>
        <w:t>то значить уподобав, справа ясна.&lt;br /&gt;</w:t>
        <w:br/>
        <w:t>Адже тебе за жінку я бажаю.</w:t>
      </w:r>
    </w:p>
    <w:p>
      <w:r>
        <w:br/>
        <w:t>Кассандра</w:t>
      </w:r>
    </w:p>
    <w:p>
      <w:r>
        <w:br/>
        <w:t>Як можеш ти мене бажать за жінку?&lt;br /&gt;</w:t>
        <w:br/>
        <w:t>Ти ж бачиш, я душею не твоя.</w:t>
      </w:r>
    </w:p>
    <w:p>
      <w:r>
        <w:br/>
        <w:t>Ономай</w:t>
      </w:r>
    </w:p>
    <w:p>
      <w:r>
        <w:br/>
        <w:t>Як буде мій сей стан, і сії очі,&lt;br /&gt;</w:t>
        <w:br/>
        <w:t>і сі уста, вся горда пишна постать,&lt;br /&gt;</w:t>
        <w:br/>
        <w:t>то де ж із них подінеться душа?&lt;br /&gt;</w:t>
        <w:br/>
        <w:t>Адже й вона тоді моєю буде.</w:t>
      </w:r>
    </w:p>
    <w:p>
      <w:r>
        <w:br/>
        <w:t>Кассандра</w:t>
      </w:r>
    </w:p>
    <w:p>
      <w:r>
        <w:br/>
        <w:t>Не більше, ніж душа твоїх рабинь.</w:t>
      </w:r>
    </w:p>
    <w:p>
      <w:r>
        <w:br/>
        <w:t>Ономай</w:t>
      </w:r>
    </w:p>
    <w:p>
      <w:r>
        <w:br/>
        <w:t>Не прикладай сюди рабинь, Кассандро!&lt;br /&gt;</w:t>
        <w:br/>
        <w:t>Царицею ти будеш так, як личить&lt;br /&gt;</w:t>
        <w:br/>
        <w:t>моїй дружині і дочці Пріама.</w:t>
      </w:r>
    </w:p>
    <w:p>
      <w:r>
        <w:br/>
        <w:t>Кассандра</w:t>
      </w:r>
    </w:p>
    <w:p>
      <w:r>
        <w:br/>
        <w:t>Не личить їй десь по неволі жити,&lt;br /&gt;</w:t>
        <w:br/>
        <w:t>хоч би й царицею.</w:t>
      </w:r>
    </w:p>
    <w:p>
      <w:r>
        <w:br/>
        <w:t>Ономай</w:t>
      </w:r>
    </w:p>
    <w:p>
      <w:r>
        <w:br/>
        <w:t>Я ж не беру тебе&lt;br /&gt;</w:t>
        <w:br/>
        <w:t>рукою збройною, по волі підеш.&lt;br /&gt;</w:t>
        <w:br/>
        <w:t>Я міг би прилучитись до ахейців,&lt;br /&gt;</w:t>
        <w:br/>
        <w:t>і зруйнувати Трою, і забрати&lt;br /&gt;</w:t>
        <w:br/>
        <w:t>тебе в полон, але я чесно хочу&lt;br /&gt;</w:t>
        <w:br/>
        <w:t>тебе від батька взяти, заслуживши&lt;br /&gt;</w:t>
        <w:br/>
        <w:t>послугою великою.</w:t>
      </w:r>
    </w:p>
    <w:p>
      <w:r>
        <w:br/>
        <w:t>Кассандра</w:t>
      </w:r>
    </w:p>
    <w:p>
      <w:r>
        <w:br/>
        <w:t>Купити&lt;br /&gt;</w:t>
        <w:br/>
        <w:t>мене ти хочеш, царю?</w:t>
      </w:r>
    </w:p>
    <w:p>
      <w:r>
        <w:br/>
        <w:t>Ономай</w:t>
      </w:r>
    </w:p>
    <w:p>
      <w:r>
        <w:br/>
        <w:t>Всі герої,&lt;br /&gt;</w:t>
        <w:br/>
        <w:t>найбільші навіть, купували так&lt;br /&gt;</w:t>
        <w:br/>
        <w:t>собі жінок.</w:t>
      </w:r>
    </w:p>
    <w:p>
      <w:r>
        <w:br/>
        <w:t>Кассандра</w:t>
      </w:r>
    </w:p>
    <w:p>
      <w:r>
        <w:br/>
        <w:t>То не було геройство.&lt;br /&gt;</w:t>
        <w:br/>
        <w:t>Герой користі не шукає зроду.</w:t>
      </w:r>
    </w:p>
    <w:p>
      <w:r>
        <w:br/>
        <w:t>Ономай</w:t>
      </w:r>
    </w:p>
    <w:p>
      <w:r>
        <w:br/>
        <w:t>Геройство мусить мати надгороду,&lt;br /&gt;</w:t>
        <w:br/>
        <w:t>се і боги, і люди признають.</w:t>
      </w:r>
    </w:p>
    <w:p>
      <w:r>
        <w:br/>
        <w:t>Кассандра</w:t>
      </w:r>
    </w:p>
    <w:p>
      <w:r>
        <w:br/>
        <w:t>Хіба не досить слави?</w:t>
      </w:r>
    </w:p>
    <w:p>
      <w:r>
        <w:br/>
        <w:t>Ономай</w:t>
      </w:r>
    </w:p>
    <w:p>
      <w:r>
        <w:br/>
        <w:t>Слави маю&lt;br /&gt;</w:t>
        <w:br/>
        <w:t>я й так, царівно, досить, а дружини&lt;br /&gt;</w:t>
        <w:br/>
        <w:t>не маю ще, от і беру тебе.</w:t>
      </w:r>
    </w:p>
    <w:p>
      <w:r>
        <w:br/>
        <w:t>Кассандра</w:t>
      </w:r>
    </w:p>
    <w:p>
      <w:r>
        <w:br/>
        <w:t>Уже й береш? Я ще не віддаюся.</w:t>
      </w:r>
    </w:p>
    <w:p>
      <w:r>
        <w:br/>
        <w:t>Ономай</w:t>
      </w:r>
    </w:p>
    <w:p>
      <w:r>
        <w:br/>
        <w:t>Царівно, правду мовити, я честь&lt;br /&gt;</w:t>
        <w:br/>
        <w:t>хотів тобі, питаючи, зробити,&lt;br /&gt;</w:t>
        <w:br/>
        <w:t>як жриці божій і царівні Трої,&lt;br /&gt;</w:t>
        <w:br/>
        <w:t>а в нас у Лідії нема звичаю&lt;br /&gt;</w:t>
        <w:br/>
        <w:t>дівчат питати, коли батько згоден.</w:t>
      </w:r>
    </w:p>
    <w:p>
      <w:r>
        <w:br/>
        <w:t>Кассандра</w:t>
      </w:r>
    </w:p>
    <w:p>
      <w:r>
        <w:br/>
        <w:t>Знай, Ономаю, шлюб такий не буде&lt;br /&gt;</w:t>
        <w:br/>
        <w:t>з Кассандрою щасливий.</w:t>
      </w:r>
    </w:p>
    <w:p>
      <w:r>
        <w:br/>
        <w:t>Ономай</w:t>
      </w:r>
    </w:p>
    <w:p>
      <w:r>
        <w:br/>
        <w:t>Не лякай,&lt;br /&gt;</w:t>
        <w:br/>
        <w:t>пророчице, мене пророкуванням.&lt;br /&gt;</w:t>
        <w:br/>
        <w:t>Я думаю, що й доля любить сильних,&lt;br /&gt;</w:t>
        <w:br/>
        <w:t>одважних і рішучих; кожна жінка&lt;br /&gt;</w:t>
        <w:br/>
        <w:t>повинна їх любити, а не любить,&lt;br /&gt;</w:t>
        <w:br/>
        <w:t>то муситиме полюбити.</w:t>
      </w:r>
    </w:p>
    <w:p>
      <w:r>
        <w:br/>
        <w:t>Кассандра</w:t>
      </w:r>
    </w:p>
    <w:p>
      <w:r>
        <w:br/>
        <w:t>Царю,&lt;br /&gt;</w:t>
        <w:br/>
        <w:t>не знаєш ти мене, що так говориш.</w:t>
      </w:r>
    </w:p>
    <w:p>
      <w:r>
        <w:br/>
        <w:t>Ономай</w:t>
      </w:r>
    </w:p>
    <w:p>
      <w:r>
        <w:br/>
        <w:t>Жінок я досить знаю.</w:t>
      </w:r>
    </w:p>
    <w:p>
      <w:r>
        <w:br/>
        <w:t>Кассандра</w:t>
      </w:r>
    </w:p>
    <w:p>
      <w:r>
        <w:br/>
        <w:t>Та Кассандра&lt;br /&gt;</w:t>
        <w:br/>
        <w:t>ще не була між ними.</w:t>
      </w:r>
    </w:p>
    <w:p>
      <w:r>
        <w:br/>
        <w:t>Ономай</w:t>
      </w:r>
    </w:p>
    <w:p>
      <w:r>
        <w:br/>
        <w:t>От тому&lt;br /&gt;</w:t>
        <w:br/>
        <w:t>я й хочу взять її.</w:t>
      </w:r>
    </w:p>
    <w:p>
      <w:r>
        <w:br/>
        <w:t>Кассандра</w:t>
      </w:r>
    </w:p>
    <w:p>
      <w:r>
        <w:br/>
        <w:t>На лихо взяв би!&lt;br /&gt;</w:t>
        <w:br/>
        <w:t>Я не люблю тебе.</w:t>
      </w:r>
    </w:p>
    <w:p>
      <w:r>
        <w:br/>
        <w:t>Ономай</w:t>
      </w:r>
    </w:p>
    <w:p>
      <w:r>
        <w:br/>
        <w:t>Полюбиш!</w:t>
      </w:r>
    </w:p>
    <w:p>
      <w:r>
        <w:br/>
        <w:t>Кассандра</w:t>
      </w:r>
    </w:p>
    <w:p>
      <w:r>
        <w:br/>
        <w:t>Ні, ніколи&lt;br /&gt;</w:t>
        <w:br/>
        <w:t>не полюблю того, хто так підступно&lt;br /&gt;</w:t>
        <w:br/>
        <w:t>скористав з нашої недолі.</w:t>
      </w:r>
    </w:p>
    <w:p>
      <w:r>
        <w:br/>
        <w:t>Ономай</w:t>
      </w:r>
    </w:p>
    <w:p>
      <w:r>
        <w:br/>
        <w:t>Хто так славно&lt;br /&gt;</w:t>
        <w:br/>
        <w:t>твій край відрятував!</w:t>
      </w:r>
    </w:p>
    <w:p>
      <w:r>
        <w:br/>
        <w:t>Кассандра</w:t>
      </w:r>
    </w:p>
    <w:p>
      <w:r>
        <w:br/>
        <w:t>Не квапся, царю,&lt;br /&gt;</w:t>
        <w:br/>
        <w:t>то ще лежить у Зевса на колінах.</w:t>
      </w:r>
    </w:p>
    <w:p>
      <w:r>
        <w:br/>
        <w:t>Ономай</w:t>
      </w:r>
    </w:p>
    <w:p>
      <w:r>
        <w:br/>
        <w:t>А якби стало так?</w:t>
      </w:r>
    </w:p>
    <w:p>
      <w:r>
        <w:br/>
        <w:t>Кассандра</w:t>
      </w:r>
    </w:p>
    <w:p>
      <w:r>
        <w:br/>
        <w:t>Я оборонцю&lt;br /&gt;</w:t>
        <w:br/>
        <w:t>хвалу і дяку сказала б, якби він&lt;br /&gt;</w:t>
        <w:br/>
        <w:t>покинув вимагати в надгороду&lt;br /&gt;</w:t>
        <w:br/>
        <w:t>мене...</w:t>
      </w:r>
    </w:p>
    <w:p>
      <w:r>
        <w:br/>
        <w:t>Ономай</w:t>
      </w:r>
    </w:p>
    <w:p>
      <w:r>
        <w:br/>
        <w:t>Я бачу, ти, царівно, мудра!&lt;br /&gt;</w:t>
        <w:br/>
        <w:t>"Хвала і дяка" — от і вся заплата.&lt;br /&gt;</w:t>
        <w:br/>
        <w:t>Та се я дам якому злидареві&lt;br /&gt;</w:t>
        <w:br/>
        <w:t>від свого столу м'яса, то й почую&lt;br /&gt;</w:t>
        <w:br/>
        <w:t>хвали і дяки досить.</w:t>
      </w:r>
    </w:p>
    <w:p>
      <w:r>
        <w:br/>
        <w:t>Кассандра</w:t>
      </w:r>
    </w:p>
    <w:p>
      <w:r>
        <w:br/>
        <w:t>Чи ти бачив,&lt;br /&gt;</w:t>
        <w:br/>
        <w:t>як оборонця визволені славлять?</w:t>
      </w:r>
    </w:p>
    <w:p>
      <w:r>
        <w:br/>
        <w:t>Ономай</w:t>
      </w:r>
    </w:p>
    <w:p>
      <w:r>
        <w:br/>
        <w:t>Не раз, не два! Скажу тобі, царівно,&lt;br /&gt;</w:t>
        <w:br/>
        <w:t>що переможця і не так ще славлять&lt;br /&gt;</w:t>
        <w:br/>
        <w:t>подолані. Я й те і друге знаю —&lt;br /&gt;</w:t>
        <w:br/>
        <w:t>ціна обом однакова, бо все то&lt;br /&gt;</w:t>
        <w:br/>
        <w:t>безсилля силу славить. Але силу&lt;br /&gt;</w:t>
        <w:br/>
        <w:t>віддати за таке — збожеволіти!&lt;br /&gt;</w:t>
        <w:br/>
        <w:t>Я не безумний. Голову нести,&lt;br /&gt;</w:t>
        <w:br/>
        <w:t>губити військо, щоб "хвалу і дяку"&lt;br /&gt;</w:t>
        <w:br/>
        <w:t>сказав хтось по-троянськи? Я се дома&lt;br /&gt;</w:t>
        <w:br/>
        <w:t>почую по-лідійськи від жіноцтва,&lt;br /&gt;</w:t>
        <w:br/>
        <w:t>як військо приведу назад без бою.</w:t>
      </w:r>
    </w:p>
    <w:p>
      <w:r>
        <w:br/>
        <w:t>Мовчанка.</w:t>
      </w:r>
    </w:p>
    <w:p>
      <w:r>
        <w:br/>
        <w:t>(Налагоджується йти).</w:t>
      </w:r>
    </w:p>
    <w:p>
      <w:r>
        <w:br/>
        <w:t>Кассандра мовчить, але, видно, бореться з собою. Ономай бариться,&lt;br /&gt;</w:t>
        <w:br/>
        <w:t>завваживши се.</w:t>
      </w:r>
    </w:p>
    <w:p>
      <w:r>
        <w:br/>
        <w:t>(увіходить. Завваживши нерішучі постави обох, проникливо і грізно дивиться на Кассандру)</w:t>
      </w:r>
    </w:p>
    <w:p>
      <w:r>
        <w:br/>
        <w:t>Згода, сестро?</w:t>
      </w:r>
    </w:p>
    <w:p>
      <w:r>
        <w:br/>
        <w:t>Кассандра</w:t>
      </w:r>
    </w:p>
    <w:p>
      <w:r>
        <w:br/>
        <w:t>Згода!</w:t>
      </w:r>
    </w:p>
    <w:p>
      <w:r>
        <w:br/>
        <w:t>Ономай</w:t>
      </w:r>
    </w:p>
    <w:p>
      <w:r>
        <w:br/>
        <w:t>По щирості?</w:t>
      </w:r>
    </w:p>
    <w:p>
      <w:r>
        <w:br/>
        <w:t>Кассандра</w:t>
      </w:r>
    </w:p>
    <w:p>
      <w:r>
        <w:br/>
        <w:t>Як голову нести,&lt;br /&gt;</w:t>
        <w:br/>
        <w:t>губити військо ти готов за теє,&lt;br /&gt;</w:t>
        <w:br/>
        <w:t>щоб я сказала: "Сі уста твої,&lt;br /&gt;</w:t>
        <w:br/>
        <w:t>ся постать, сії очі",— добре, згода.&lt;br /&gt;</w:t>
        <w:br/>
        <w:t>Коли твій люд готов своїх жінок&lt;br /&gt;</w:t>
        <w:br/>
        <w:t>лишити вдовами, аби цареві&lt;br /&gt;</w:t>
        <w:br/>
        <w:t>здобути наречену — добре, згода.&lt;br /&gt;</w:t>
        <w:br/>
        <w:t>По щирості кажу!</w:t>
      </w:r>
    </w:p>
    <w:p>
      <w:r>
        <w:br/>
        <w:t>Ономай</w:t>
      </w:r>
    </w:p>
    <w:p>
      <w:r>
        <w:br/>
        <w:t>Чудна у тебе,&lt;br /&gt;</w:t>
        <w:br/>
        <w:t>Кассандро, щирість. Ну, та годі нам&lt;br /&gt;</w:t>
        <w:br/>
        <w:t>змагатися словами, час іти,&lt;br /&gt;</w:t>
        <w:br/>
        <w:t>щоб заслужити ділом надгороду.</w:t>
      </w:r>
    </w:p>
    <w:p>
      <w:r>
        <w:br/>
        <w:t>Кассандра</w:t>
      </w:r>
    </w:p>
    <w:p>
      <w:r>
        <w:br/>
        <w:t>Які діла, така і надгорода!&lt;br /&gt;</w:t>
        <w:br/>
        <w:t>Прощай же, Ономаю!</w:t>
      </w:r>
    </w:p>
    <w:p>
      <w:r>
        <w:br/>
        <w:t>Ономай</w:t>
      </w:r>
    </w:p>
    <w:p>
      <w:r>
        <w:br/>
        <w:t>Будь здорова.</w:t>
      </w:r>
    </w:p>
    <w:p>
      <w:r>
        <w:br/>
        <w:t>Ономай і Деїфоб виходять. Знадвору чутно глухий лемент великої юрби.</w:t>
      </w:r>
    </w:p>
    <w:p>
      <w:r>
        <w:br/>
        <w:t>Поліксена</w:t>
      </w:r>
    </w:p>
    <w:p>
      <w:r>
        <w:br/>
        <w:t>(вбігає)</w:t>
      </w:r>
    </w:p>
    <w:p>
      <w:r>
        <w:br/>
        <w:t>Кассандро, пробі, що ти наробила?</w:t>
      </w:r>
    </w:p>
    <w:p>
      <w:r>
        <w:br/>
        <w:t>Кассандра</w:t>
      </w:r>
    </w:p>
    <w:p>
      <w:r>
        <w:br/>
        <w:t>Я м у с и л а, сестрице, дати слово.</w:t>
      </w:r>
    </w:p>
    <w:p>
      <w:r>
        <w:br/>
        <w:t>Поліксена</w:t>
      </w:r>
    </w:p>
    <w:p>
      <w:r>
        <w:br/>
        <w:t>Так ти дала? Так, значить, то неправда?</w:t>
      </w:r>
    </w:p>
    <w:p>
      <w:r>
        <w:br/>
        <w:t>Кассандра</w:t>
      </w:r>
    </w:p>
    <w:p>
      <w:r>
        <w:br/>
        <w:t>(холодно)</w:t>
      </w:r>
    </w:p>
    <w:p>
      <w:r>
        <w:br/>
        <w:t>Ти, Поліксене, чиниш, мов безумна;&lt;br /&gt;</w:t>
        <w:br/>
        <w:t>не знаєш, за що і кориш і хвалиш.</w:t>
      </w:r>
    </w:p>
    <w:p>
      <w:r>
        <w:br/>
        <w:t>Поліксена</w:t>
      </w:r>
    </w:p>
    <w:p>
      <w:r>
        <w:br/>
        <w:t>Хвалю за те, що ти вволила волю&lt;br /&gt;</w:t>
        <w:br/>
        <w:t>і батька, й брата, і всії родини.</w:t>
      </w:r>
    </w:p>
    <w:p>
      <w:r>
        <w:br/>
        <w:t>Кассандра</w:t>
      </w:r>
    </w:p>
    <w:p>
      <w:r>
        <w:br/>
        <w:t>То, значить, і твою?</w:t>
      </w:r>
    </w:p>
    <w:p>
      <w:r>
        <w:br/>
        <w:t>Поліксена</w:t>
      </w:r>
    </w:p>
    <w:p>
      <w:r>
        <w:br/>
        <w:t>Та що ж, сестричко,&lt;br /&gt;</w:t>
        <w:br/>
        <w:t>видима смерть страшна.</w:t>
      </w:r>
    </w:p>
    <w:p>
      <w:r>
        <w:br/>
        <w:t>Кассандра</w:t>
      </w:r>
    </w:p>
    <w:p>
      <w:r>
        <w:br/>
        <w:t>А для рятунку&lt;br /&gt;</w:t>
        <w:br/>
        <w:t>не варто жалувать, хоч і сестри?</w:t>
      </w:r>
    </w:p>
    <w:p>
      <w:r>
        <w:br/>
        <w:t>Поліксена</w:t>
      </w:r>
    </w:p>
    <w:p>
      <w:r>
        <w:br/>
        <w:t>Але ж тобі там буде добре, люба,&lt;br /&gt;</w:t>
        <w:br/>
        <w:t>царицею у Лідії багатій,&lt;br /&gt;</w:t>
        <w:br/>
        <w:t>її ж недарма золотою звуть.</w:t>
      </w:r>
    </w:p>
    <w:p>
      <w:r>
        <w:br/>
        <w:t>Кассандра</w:t>
      </w:r>
    </w:p>
    <w:p>
      <w:r>
        <w:br/>
        <w:t>На золото Кассандра не жадібна,&lt;br /&gt;</w:t>
        <w:br/>
        <w:t>і з неї досить однії обручки.&lt;br /&gt;</w:t>
        <w:br/>
        <w:t>(Дивиться на Долонову обручку на своїй правиці).</w:t>
      </w:r>
    </w:p>
    <w:p>
      <w:r>
        <w:br/>
        <w:t>Поліксена</w:t>
      </w:r>
    </w:p>
    <w:p>
      <w:r>
        <w:br/>
        <w:t>(пестить її)</w:t>
      </w:r>
    </w:p>
    <w:p>
      <w:r>
        <w:br/>
        <w:t>Сестриченько, я знаю, як се тяжко&lt;br /&gt;</w:t>
        <w:br/>
        <w:t>забути милого, та нащо ж мертвим&lt;br /&gt;</w:t>
        <w:br/>
        <w:t>щось інше, крім волосся, сліз і жертви?&lt;br /&gt;</w:t>
        <w:br/>
        <w:t>Долонові ти справиш гекатомбу,&lt;br /&gt;</w:t>
        <w:br/>
        <w:t>як богові, бо Лідія багатша&lt;br /&gt;</w:t>
        <w:br/>
        <w:t>від Трої, там царицею ти будеш.</w:t>
      </w:r>
    </w:p>
    <w:p>
      <w:r>
        <w:br/>
        <w:t>Кассандра</w:t>
      </w:r>
    </w:p>
    <w:p>
      <w:r>
        <w:br/>
        <w:t>За нелюбом?</w:t>
      </w:r>
    </w:p>
    <w:p>
      <w:r>
        <w:br/>
        <w:t>Поліксена</w:t>
      </w:r>
    </w:p>
    <w:p>
      <w:r>
        <w:br/>
        <w:t>Та що робити, сестро?&lt;br /&gt;</w:t>
        <w:br/>
        <w:t>Чи то ж багато є таких, що йдуть&lt;br /&gt;</w:t>
        <w:br/>
        <w:t>по волі й по любові? Се вже доля&lt;br /&gt;</w:t>
        <w:br/>
        <w:t>така жіноча слухати не серця,&lt;br /&gt;</w:t>
        <w:br/>
        <w:t>а волі рідних — добре ще, як рідних,&lt;br /&gt;</w:t>
        <w:br/>
        <w:t>а то ж не раз і переможець гордий&lt;br /&gt;</w:t>
        <w:br/>
        <w:t>примусить бранку за дружину стати.&lt;br /&gt;</w:t>
        <w:br/>
        <w:t>Он Деїфобова Антея йшла&lt;br /&gt;</w:t>
        <w:br/>
        <w:t>за нього по неволі, а протеє&lt;br /&gt;</w:t>
        <w:br/>
        <w:t>тепер вона йому дружина вірна&lt;br /&gt;</w:t>
        <w:br/>
        <w:t>і дітям ніжна мати.</w:t>
      </w:r>
    </w:p>
    <w:p>
      <w:r>
        <w:br/>
        <w:t>Кассандра</w:t>
      </w:r>
    </w:p>
    <w:p>
      <w:r>
        <w:br/>
        <w:t>Поліксено,&lt;br /&gt;</w:t>
        <w:br/>
        <w:t>а якби знов посватали тебе&lt;br /&gt;</w:t>
        <w:br/>
        <w:t>після Пеліда за якого-небудь?</w:t>
      </w:r>
    </w:p>
    <w:p>
      <w:r>
        <w:br/>
        <w:t>Поліксена</w:t>
      </w:r>
    </w:p>
    <w:p>
      <w:r>
        <w:br/>
        <w:t>Та що ж... я знаю, другого не буде&lt;br /&gt;</w:t>
        <w:br/>
        <w:t>такого, як Пелід, але ж мені&lt;br /&gt;</w:t>
        <w:br/>
        <w:t>довіку дівувати не годиться,&lt;br /&gt;</w:t>
        <w:br/>
        <w:t>і я пішла б, якби хто був до пари,&lt;br /&gt;</w:t>
        <w:br/>
        <w:t>як не дружину, то діток любила б,&lt;br /&gt;</w:t>
        <w:br/>
        <w:t>як не кохання, то хоч господарність,&lt;br /&gt;</w:t>
        <w:br/>
        <w:t>покірливість і вірність принесла б&lt;br /&gt;</w:t>
        <w:br/>
        <w:t>дружині в посаг.</w:t>
      </w:r>
    </w:p>
    <w:p>
      <w:r>
        <w:br/>
        <w:t>Кассандра</w:t>
      </w:r>
    </w:p>
    <w:p>
      <w:r>
        <w:br/>
        <w:t>А якби не мала&lt;br /&gt;</w:t>
        <w:br/>
        <w:t>нічого, крім ненависті й прокльонів,&lt;br /&gt;</w:t>
        <w:br/>
        <w:t>то що б ти принесла своїй дружині?</w:t>
      </w:r>
    </w:p>
    <w:p>
      <w:r>
        <w:br/>
        <w:t>Поліксена</w:t>
      </w:r>
    </w:p>
    <w:p>
      <w:r>
        <w:br/>
        <w:t>Яка ти знов страшна, як се говориш!&lt;br /&gt;</w:t>
        <w:br/>
        <w:t>Кассандро, признавайся, значить, правда,&lt;br /&gt;</w:t>
        <w:br/>
        <w:t>що ти його кляла і віщувала&lt;br /&gt;</w:t>
        <w:br/>
        <w:t>йому й лідійцям згубу?</w:t>
      </w:r>
    </w:p>
    <w:p>
      <w:r>
        <w:br/>
        <w:t>Кассандра</w:t>
      </w:r>
    </w:p>
    <w:p>
      <w:r>
        <w:br/>
        <w:t>Відки знаєш?&lt;br /&gt;</w:t>
        <w:br/>
        <w:t>Поліксена&lt;br /&gt;</w:t>
        <w:br/>
        <w:t>(трошки збентежена)</w:t>
      </w:r>
    </w:p>
    <w:p>
      <w:r>
        <w:br/>
        <w:t>Мої рабині під вікном були,&lt;br /&gt;</w:t>
        <w:br/>
        <w:t>сушили вовну, чули ненароком&lt;br /&gt;</w:t>
        <w:br/>
        <w:t>розмову вашу. І не знаю, як&lt;br /&gt;</w:t>
        <w:br/>
        <w:t>твої слова передались лідійцям.&lt;br /&gt;</w:t>
        <w:br/>
        <w:t>Ти чула гомін? То гукало військо&lt;br /&gt;</w:t>
        <w:br/>
        <w:t>лідійське: "Царю, ми не йдем на згубу,&lt;br /&gt;</w:t>
        <w:br/>
        <w:t>Кассандра закляла! Ми йдем додому!&lt;br /&gt;</w:t>
        <w:br/>
        <w:t>Хай гине Троя, як їй те судилось!"&lt;br /&gt;</w:t>
        <w:br/>
        <w:t>І вже три лави подались додому.</w:t>
      </w:r>
    </w:p>
    <w:p>
      <w:r>
        <w:br/>
        <w:t>Кассандра</w:t>
      </w:r>
    </w:p>
    <w:p>
      <w:r>
        <w:br/>
        <w:t>(мимохіть)</w:t>
      </w:r>
    </w:p>
    <w:p>
      <w:r>
        <w:br/>
        <w:t>Хвала богам!</w:t>
      </w:r>
    </w:p>
    <w:p>
      <w:r>
        <w:br/>
        <w:t>Поліксена</w:t>
      </w:r>
    </w:p>
    <w:p>
      <w:r>
        <w:br/>
        <w:t>Кассандро! безсоромна!</w:t>
      </w:r>
    </w:p>
    <w:p>
      <w:r>
        <w:br/>
        <w:t>Кассандра</w:t>
      </w:r>
    </w:p>
    <w:p>
      <w:r>
        <w:br/>
        <w:t>Але ж вони б загинули всі марне,&lt;br /&gt;</w:t>
        <w:br/>
        <w:t>бо се ж їх смерть — заручини мої!</w:t>
      </w:r>
    </w:p>
    <w:p>
      <w:r>
        <w:br/>
        <w:t>Поліксена</w:t>
      </w:r>
    </w:p>
    <w:p>
      <w:r>
        <w:br/>
        <w:t>То нащо ж ти дала цареві слово?</w:t>
      </w:r>
    </w:p>
    <w:p>
      <w:r>
        <w:br/>
        <w:t>Кассандра</w:t>
      </w:r>
    </w:p>
    <w:p>
      <w:r>
        <w:br/>
        <w:t>Не обертай меча в гарячій рані!&lt;br /&gt;</w:t>
        <w:br/>
        <w:t>Се нечесть, Поліксене, тяжкий сором&lt;br /&gt;</w:t>
        <w:br/>
        <w:t>на голові моїй, отеє слово.&lt;br /&gt;</w:t>
        <w:br/>
        <w:t>Се примус і ненависть промовляли&lt;br /&gt;</w:t>
        <w:br/>
        <w:t>ганебне слово, а не я. Ой сестро!&lt;br /&gt;</w:t>
        <w:br/>
        <w:t>Я так його ненавиділа палко,&lt;br /&gt;</w:t>
        <w:br/>
        <w:t>його і все його безглузде військо,&lt;br /&gt;</w:t>
        <w:br/>
        <w:t>оту юрбу рабів! Я радо, щиро&lt;br /&gt;</w:t>
        <w:br/>
        <w:t>промовила — їм на погибель — "згода"!</w:t>
      </w:r>
    </w:p>
    <w:p>
      <w:r>
        <w:br/>
        <w:t>Поліксена</w:t>
      </w:r>
    </w:p>
    <w:p>
      <w:r>
        <w:br/>
        <w:t>Страшна, незрозуміла ти, Кассандро!</w:t>
      </w:r>
    </w:p>
    <w:p>
      <w:r>
        <w:br/>
        <w:t>Андромаха</w:t>
      </w:r>
    </w:p>
    <w:p>
      <w:r>
        <w:br/>
        <w:t>(увіходить)</w:t>
      </w:r>
    </w:p>
    <w:p>
      <w:r>
        <w:br/>
        <w:t>Хвала богам! Пішли-таки лідійції&lt;br /&gt;</w:t>
        <w:br/>
        <w:t>Пішли на бій. Цар Ономай сказав:&lt;br /&gt;</w:t>
        <w:br/>
        <w:t>"Я маю слово згоди від Кассандри".&lt;br /&gt;</w:t>
        <w:br/>
        <w:t>Гелен запевнив, що по птаству бачив&lt;br /&gt;</w:t>
        <w:br/>
        <w:t>щасливий знак на шлюб і перемогу,&lt;br /&gt;</w:t>
        <w:br/>
        <w:t>а Деїфоб сказав, що то неправда,&lt;br /&gt;</w:t>
        <w:br/>
        <w:t>немовби ти кляла царя й лідійців.&lt;br /&gt;</w:t>
        <w:br/>
        <w:t>І заспокоїлись вони, й пішли.</w:t>
      </w:r>
    </w:p>
    <w:p>
      <w:r>
        <w:br/>
        <w:t>Кассандра</w:t>
      </w:r>
    </w:p>
    <w:p>
      <w:r>
        <w:br/>
        <w:t>Гелен казав, що він по птаству бачив&lt;br /&gt;</w:t>
        <w:br/>
        <w:t>щасливий знак на шлюб і перемогу?&lt;br /&gt;</w:t>
        <w:br/>
        <w:t>Неправду він сказав!</w:t>
      </w:r>
    </w:p>
    <w:p>
      <w:r>
        <w:br/>
        <w:t>Андромаха</w:t>
      </w:r>
    </w:p>
    <w:p>
      <w:r>
        <w:br/>
        <w:t>Та що, Кассандро&lt;br /&gt;</w:t>
        <w:br/>
        <w:t>доволі з нас уже твоєї правди,&lt;br /&gt;</w:t>
        <w:br/>
        <w:t>зловісної, згубливої, так дай же&lt;br /&gt;</w:t>
        <w:br/>
        <w:t>нам хоч неправдою пожить в надії.&lt;br /&gt;</w:t>
        <w:br/>
        <w:t>Ох, я вже втомлена від тої правди!&lt;br /&gt;</w:t>
        <w:br/>
        <w:t>Ой, дай мені хоч сон, хоч мрію, сестро!&lt;br /&gt;</w:t>
        <w:br/>
        <w:t>Дай вірити хоч день, що мій синочок,&lt;br /&gt;</w:t>
        <w:br/>
        <w:t>Астіанакс єдиний, буде жити,&lt;br /&gt;</w:t>
        <w:br/>
        <w:t>що не загине він од рук ворожих&lt;br /&gt;</w:t>
        <w:br/>
        <w:t>і буде сильний, владний, богорівний,&lt;br /&gt;</w:t>
        <w:br/>
        <w:t>як був його отець, мій любий Гектор!&lt;br /&gt;</w:t>
        <w:br/>
        <w:t>Ох, дай мені хоч сон, хоч мрію, сестро!</w:t>
      </w:r>
    </w:p>
    <w:p>
      <w:r>
        <w:br/>
        <w:t>Кассандра</w:t>
      </w:r>
    </w:p>
    <w:p>
      <w:r>
        <w:br/>
        <w:t>Для сна, для мрії ти згубить готова&lt;br /&gt;</w:t>
        <w:br/>
        <w:t>усе те військо? Сором, Андромахо!</w:t>
      </w:r>
    </w:p>
    <w:p>
      <w:r>
        <w:br/>
        <w:t>Андромаха</w:t>
      </w:r>
    </w:p>
    <w:p>
      <w:r>
        <w:br/>
        <w:t>Не сором, ні, і кожна мати скаже,&lt;br /&gt;</w:t>
        <w:br/>
        <w:t>що се не сором. Що мені чужинці?&lt;br /&gt;</w:t>
        <w:br/>
        <w:t>Чого я маю жалувати їх?&lt;br /&gt;</w:t>
        <w:br/>
        <w:t>А може ж, то і правда, що врятують&lt;br /&gt;</w:t>
        <w:br/>
        <w:t>вони нам Трою? Може ж, то і правда?</w:t>
      </w:r>
    </w:p>
    <w:p>
      <w:r>
        <w:br/>
        <w:t>Кассандра</w:t>
      </w:r>
    </w:p>
    <w:p>
      <w:r>
        <w:br/>
        <w:t>Та тільки "може"!</w:t>
      </w:r>
    </w:p>
    <w:p>
      <w:r>
        <w:br/>
        <w:t>Андромаха</w:t>
      </w:r>
    </w:p>
    <w:p>
      <w:r>
        <w:br/>
        <w:t>Досить і того.&lt;br /&gt;</w:t>
        <w:br/>
        <w:t>Надія є, Кассандро, є надія!</w:t>
      </w:r>
    </w:p>
    <w:p>
      <w:r>
        <w:br/>
        <w:t>Кассандра</w:t>
      </w:r>
    </w:p>
    <w:p>
      <w:r>
        <w:br/>
        <w:t>Прошу тебе, сестрице Поліксено,&lt;br /&gt;</w:t>
        <w:br/>
        <w:t>пошли свою рабиню по Гелена.</w:t>
      </w:r>
    </w:p>
    <w:p>
      <w:r>
        <w:br/>
        <w:t>Поліксена</w:t>
      </w:r>
    </w:p>
    <w:p>
      <w:r>
        <w:br/>
        <w:t>Гаразд.</w:t>
      </w:r>
    </w:p>
    <w:p>
      <w:r>
        <w:br/>
        <w:t>(Виходить).</w:t>
      </w:r>
    </w:p>
    <w:p>
      <w:r>
        <w:br/>
        <w:t>Андромаха</w:t>
      </w:r>
    </w:p>
    <w:p>
      <w:r>
        <w:br/>
        <w:t>Нащо тобі Гелен?</w:t>
      </w:r>
    </w:p>
    <w:p>
      <w:r>
        <w:br/>
        <w:t>Кассандра</w:t>
      </w:r>
    </w:p>
    <w:p>
      <w:r>
        <w:br/>
        <w:t>Я хочу&lt;br /&gt;</w:t>
        <w:br/>
        <w:t>його спитати. Я собі не вірю.&lt;br /&gt;</w:t>
        <w:br/>
        <w:t>Вже бачиш, довершилась божа кара:&lt;br /&gt;</w:t>
        <w:br/>
        <w:t>не тільки інші, а й сама Кассандра&lt;br /&gt;</w:t>
        <w:br/>
        <w:t>зневірилась в Кассандрі. Я не знаю,&lt;br /&gt;</w:t>
        <w:br/>
        <w:t>чи все те правда, що тепер я бачу.</w:t>
      </w:r>
    </w:p>
    <w:p>
      <w:r>
        <w:br/>
        <w:t>Андромаха</w:t>
      </w:r>
    </w:p>
    <w:p>
      <w:r>
        <w:br/>
        <w:t>А що ж ти бачиш?</w:t>
      </w:r>
    </w:p>
    <w:p>
      <w:r>
        <w:br/>
        <w:t>Кассандра</w:t>
      </w:r>
    </w:p>
    <w:p>
      <w:r>
        <w:br/>
        <w:t>Годі, Андромахо,&lt;br /&gt;</w:t>
        <w:br/>
        <w:t>мене питати, щоб потім клясти.&lt;br /&gt;</w:t>
        <w:br/>
        <w:t>На голові моїй вже й так прокльони&lt;br /&gt;</w:t>
        <w:br/>
        <w:t>тяжать, немов залізна діадема,&lt;br /&gt;</w:t>
        <w:br/>
        <w:t>сплелися над чолом слова вразливі,&lt;br /&gt;</w:t>
        <w:br/>
        <w:t>немов гадюки над чолом Медузи 10,&lt;br /&gt;</w:t>
        <w:br/>
        <w:t>шиплять вороже, труять, глушать розум.&lt;br /&gt;</w:t>
        <w:br/>
        <w:t>Іди збери своїх рабинь, звели їм&lt;br /&gt;</w:t>
        <w:br/>
        <w:t>кітари й флейти взяти і музику&lt;br /&gt;</w:t>
        <w:br/>
        <w:t>збратати з ніжним співом, може, сон&lt;br /&gt;</w:t>
        <w:br/>
        <w:t>і мрію золоту вони накличуть&lt;br /&gt;</w:t>
        <w:br/>
        <w:t>тобі на очі, втомлені від сліз.&lt;br /&gt;</w:t>
        <w:br/>
        <w:t>Є в тебе фінікіянка рабиня,&lt;br /&gt;</w:t>
        <w:br/>
        <w:t>ота, що вміє змії замовляти,&lt;br /&gt;</w:t>
        <w:br/>
        <w:t>вона приспить в тобі змію тривоги,&lt;br /&gt;</w:t>
        <w:br/>
        <w:t>і ти заснеш, і в сні тому не буде&lt;br /&gt;</w:t>
        <w:br/>
        <w:t>нічого злого, ні війни, ні смерті,&lt;br /&gt;</w:t>
        <w:br/>
        <w:t>ні страху, ні Кассандри.</w:t>
      </w:r>
    </w:p>
    <w:p>
      <w:r>
        <w:br/>
        <w:t>Андромаха</w:t>
      </w:r>
    </w:p>
    <w:p>
      <w:r>
        <w:br/>
        <w:t>Не глузуй.&lt;br /&gt;</w:t>
        <w:br/>
        <w:t>Я вірю, що таки лідійці прийдуть&lt;br /&gt;</w:t>
        <w:br/>
        <w:t>з царем і з перемогою. Прощай!&lt;br /&gt;</w:t>
        <w:br/>
        <w:t>(Виходить).</w:t>
      </w:r>
    </w:p>
    <w:p>
      <w:r>
        <w:br/>
        <w:t>VI&lt;br /&gt;</w:t>
        <w:br/>
        <w:t>Той самий Кассандрин покій. Кассандра і Гелен.</w:t>
      </w:r>
    </w:p>
    <w:p>
      <w:r>
        <w:br/>
        <w:t>Кассандра</w:t>
      </w:r>
    </w:p>
    <w:p>
      <w:r>
        <w:br/>
        <w:t>Так ти скажи мені по правді, брате,&lt;br /&gt;</w:t>
        <w:br/>
        <w:t>яку ти провість по пташках побачив?&lt;br /&gt;</w:t>
        <w:br/>
        <w:t>(Дивиться йому в вічі, Гелен їх спускає додолу).</w:t>
      </w:r>
    </w:p>
    <w:p>
      <w:r>
        <w:br/>
        <w:t>Гелен</w:t>
      </w:r>
    </w:p>
    <w:p>
      <w:r>
        <w:br/>
        <w:t>Так що там! Ми обоє віщуни&lt;br /&gt;</w:t>
        <w:br/>
        <w:t>і добре знаєм, що пташки, й утрібки,&lt;br /&gt;</w:t>
        <w:br/>
        <w:t>і кров, і дим від жертви — все то тільки&lt;br /&gt;</w:t>
        <w:br/>
        <w:t>покраси й покривало голій правді,&lt;br /&gt;</w:t>
        <w:br/>
        <w:t>про людське око. Адже тая правда —&lt;br /&gt;</w:t>
        <w:br/>
        <w:t>цнотлива дуже і поважна жінка,&lt;br /&gt;</w:t>
        <w:br/>
        <w:t>і сором їй ходити без одежі.</w:t>
      </w:r>
    </w:p>
    <w:p>
      <w:r>
        <w:br/>
        <w:t>(Сміється).</w:t>
      </w:r>
    </w:p>
    <w:p>
      <w:r>
        <w:br/>
        <w:t>Кассандра</w:t>
      </w:r>
    </w:p>
    <w:p>
      <w:r>
        <w:br/>
        <w:t>Але й сама я жінка, отже, правду&lt;br /&gt;</w:t>
        <w:br/>
        <w:t>я можу бачити й невбрану.</w:t>
      </w:r>
    </w:p>
    <w:p>
      <w:r>
        <w:br/>
        <w:t>Гелен</w:t>
      </w:r>
    </w:p>
    <w:p>
      <w:r>
        <w:br/>
        <w:t>Сестро,&lt;br /&gt;</w:t>
        <w:br/>
        <w:t>скажи мені, хто бачив голу правду?</w:t>
      </w:r>
    </w:p>
    <w:p>
      <w:r>
        <w:br/>
        <w:t>Кассандра</w:t>
      </w:r>
    </w:p>
    <w:p>
      <w:r>
        <w:br/>
        <w:t>Я бачила її аж надто часто!</w:t>
      </w:r>
    </w:p>
    <w:p>
      <w:r>
        <w:br/>
        <w:t>Гелен</w:t>
      </w:r>
    </w:p>
    <w:p>
      <w:r>
        <w:br/>
        <w:t>Чи певна ти, що ти її очима&lt;br /&gt;</w:t>
        <w:br/>
        <w:t>своїми не наврочила?</w:t>
      </w:r>
    </w:p>
    <w:p>
      <w:r>
        <w:br/>
        <w:t>Кассандра</w:t>
      </w:r>
    </w:p>
    <w:p>
      <w:r>
        <w:br/>
        <w:t>Гелене,&lt;br /&gt;</w:t>
        <w:br/>
        <w:t>торкнувся ти до виразки палкої,&lt;br /&gt;</w:t>
        <w:br/>
        <w:t>але стерплю одважно, хочу щиро&lt;br /&gt;</w:t>
        <w:br/>
        <w:t>порадитись тебе,— ти наймудріший&lt;br /&gt;</w:t>
        <w:br/>
        <w:t>з усіх братів, гнучкий і тонкий розум&lt;br /&gt;</w:t>
        <w:br/>
        <w:t>у тебе, як вогонь.</w:t>
      </w:r>
    </w:p>
    <w:p>
      <w:r>
        <w:br/>
        <w:t>Гелен</w:t>
      </w:r>
    </w:p>
    <w:p>
      <w:r>
        <w:br/>
        <w:t>Або як вуж?&lt;br /&gt;</w:t>
        <w:br/>
        <w:t>Фрігійський розум, сестро! Ми, троянці,&lt;br /&gt;</w:t>
        <w:br/>
        <w:t>за довгий час облоги вже навчились&lt;br /&gt;</w:t>
        <w:br/>
        <w:t>звиватися вужами. Що робити?&lt;br /&gt;</w:t>
        <w:br/>
        <w:t>Коли б ти бачила, як Деїфоб&lt;br /&gt;</w:t>
        <w:br/>
        <w:t>звивавсь перед лідійцем, ти б сказала,&lt;br /&gt;</w:t>
        <w:br/>
        <w:t>що й другий брат гнучкий-тонкий зробився</w:t>
      </w:r>
    </w:p>
    <w:p>
      <w:r>
        <w:br/>
        <w:t>Кассандра</w:t>
      </w:r>
    </w:p>
    <w:p>
      <w:r>
        <w:br/>
        <w:t>Не говори про гнучкість плаза,&lt;br /&gt;</w:t>
        <w:br/>
        <w:t>для мене то не мудрість, а гидота.&lt;br /&gt;</w:t>
        <w:br/>
        <w:t>Скажи мені по щирості, як брат&lt;br /&gt;</w:t>
        <w:br/>
        <w:t>сестрі коханій: чи ти справді думав —&lt;br /&gt;</w:t>
        <w:br/>
        <w:t>чи по пташках, чи просто, все одно,—&lt;br /&gt;</w:t>
        <w:br/>
        <w:t>що в сих заручинах рятунок Трої&lt;br /&gt;</w:t>
        <w:br/>
        <w:t>і що рятунок той дадуть лідійці?</w:t>
      </w:r>
    </w:p>
    <w:p>
      <w:r>
        <w:br/>
        <w:t>Гелен</w:t>
      </w:r>
    </w:p>
    <w:p>
      <w:r>
        <w:br/>
        <w:t>Ти завдала мені трудне питання.&lt;br /&gt;</w:t>
        <w:br/>
        <w:t>По щирості: раз думав, а раз ні.</w:t>
      </w:r>
    </w:p>
    <w:p>
      <w:r>
        <w:br/>
        <w:t>Кассандра</w:t>
      </w:r>
    </w:p>
    <w:p>
      <w:r>
        <w:br/>
        <w:t>Як розуміти се?</w:t>
      </w:r>
    </w:p>
    <w:p>
      <w:r>
        <w:br/>
        <w:t>Гелен</w:t>
      </w:r>
    </w:p>
    <w:p>
      <w:r>
        <w:br/>
        <w:t>А так. Спочатку&lt;br /&gt;</w:t>
        <w:br/>
        <w:t>я певен був, побачивши те військо,&lt;br /&gt;</w:t>
        <w:br/>
        <w:t>наїжене списами, незчисленне,&lt;br /&gt;</w:t>
        <w:br/>
        <w:t>на силу свіже, на одвагу дуже,&lt;br /&gt;</w:t>
        <w:br/>
        <w:t>що еллінам, потомленим війною,&lt;br /&gt;</w:t>
        <w:br/>
        <w:t>знесиленим облогою, не встоять&lt;br /&gt;</w:t>
        <w:br/>
        <w:t>проти царя, жадібного звитяги.&lt;br /&gt;</w:t>
        <w:br/>
        <w:t>І певен я: коли б та перемога&lt;br /&gt;</w:t>
        <w:br/>
        <w:t>була в руці в Гелени, в Поліксени&lt;br /&gt;</w:t>
        <w:br/>
        <w:t>чи в Андромахи, чи в котрої хочеш,&lt;br /&gt;</w:t>
        <w:br/>
        <w:t>та не в твоїй,— вона була б за нами.</w:t>
      </w:r>
    </w:p>
    <w:p>
      <w:r>
        <w:br/>
        <w:t>Кассандра</w:t>
      </w:r>
    </w:p>
    <w:p>
      <w:r>
        <w:br/>
        <w:t>Чи й ти гадаєш так, що все нещастя&lt;br /&gt;</w:t>
        <w:br/>
        <w:t>походить від Кассандри?</w:t>
      </w:r>
    </w:p>
    <w:p>
      <w:r>
        <w:br/>
        <w:t>Гелен</w:t>
      </w:r>
    </w:p>
    <w:p>
      <w:r>
        <w:br/>
        <w:t>Хоч не все,&lt;br /&gt;</w:t>
        <w:br/>
        <w:t>але багато.</w:t>
      </w:r>
    </w:p>
    <w:p>
      <w:r>
        <w:br/>
        <w:t>Кассандра</w:t>
      </w:r>
    </w:p>
    <w:p>
      <w:r>
        <w:br/>
        <w:t>Брате! що ти кажеш?!</w:t>
      </w:r>
    </w:p>
    <w:p>
      <w:r>
        <w:br/>
        <w:t>Гелен</w:t>
      </w:r>
    </w:p>
    <w:p>
      <w:r>
        <w:br/>
        <w:t>Ти щирості хотіла, і вволив я&lt;br /&gt;</w:t>
        <w:br/>
        <w:t>твоє бажання, не моє, сестричко.&lt;br /&gt;</w:t>
        <w:br/>
        <w:t>Та я тебе, Кассандро, не картаю,&lt;br /&gt;</w:t>
        <w:br/>
        <w:t>невинна ти з своєї вдачі. Певне,&lt;br /&gt;</w:t>
        <w:br/>
        <w:t>боги в тім винні, що дали тобі&lt;br /&gt;</w:t>
        <w:br/>
        <w:t>пізнати правду, сили ж не дали,&lt;br /&gt;</w:t>
        <w:br/>
        <w:t>щоб кермувати правдою. Ти бачиш&lt;br /&gt;</w:t>
        <w:br/>
        <w:t>і, склавши руки або заломивши,&lt;br /&gt;</w:t>
        <w:br/>
        <w:t>стоїш безвладна перед тим привиддям&lt;br /&gt;</w:t>
        <w:br/>
        <w:t>страшної правди, мов закам'яніла,&lt;br /&gt;</w:t>
        <w:br/>
        <w:t>немов на тебе глянула Медуза,&lt;br /&gt;</w:t>
        <w:br/>
        <w:t>і тільки жах наводиш на людей.&lt;br /&gt;</w:t>
        <w:br/>
        <w:t>А правда від того стає страшніша,&lt;br /&gt;</w:t>
        <w:br/>
        <w:t>і люди тратять решту сили й глузду&lt;br /&gt;</w:t>
        <w:br/>
        <w:t>або ідуть з одчаю на пропаще,&lt;br /&gt;</w:t>
        <w:br/>
        <w:t>а ти тоді говориш: "Я ж казала!"</w:t>
      </w:r>
    </w:p>
    <w:p>
      <w:r>
        <w:br/>
        <w:t>Кассандра</w:t>
      </w:r>
    </w:p>
    <w:p>
      <w:r>
        <w:br/>
        <w:t>А що ж би ти зробив?</w:t>
      </w:r>
    </w:p>
    <w:p>
      <w:r>
        <w:br/>
        <w:t>Гелен</w:t>
      </w:r>
    </w:p>
    <w:p>
      <w:r>
        <w:br/>
        <w:t>Те, що роблю.&lt;br /&gt;</w:t>
        <w:br/>
        <w:t>Я з правдою борюсь і сподіваюсь&lt;br /&gt;</w:t>
        <w:br/>
        <w:t>її подужати і кермувати,&lt;br /&gt;</w:t>
        <w:br/>
        <w:t>от як стерничий кораблем кермує.</w:t>
      </w:r>
    </w:p>
    <w:p>
      <w:r>
        <w:br/>
        <w:t>Кассандра</w:t>
      </w:r>
    </w:p>
    <w:p>
      <w:r>
        <w:br/>
        <w:t>А Мойра, брате, невблаганна Мойра?&lt;br /&gt;</w:t>
        <w:br/>
        <w:t>Її ж бо воля світом всім кермує,&lt;br /&gt;</w:t>
        <w:br/>
        <w:t>а ти се мав би кермувати нею?</w:t>
      </w:r>
    </w:p>
    <w:p>
      <w:r>
        <w:br/>
        <w:t>Гелен</w:t>
      </w:r>
    </w:p>
    <w:p>
      <w:r>
        <w:br/>
        <w:t>Не так, Кассандро. Мойра так врядила,&lt;br /&gt;</w:t>
        <w:br/>
        <w:t>щоб був і світ, і море, і керманич,&lt;br /&gt;</w:t>
        <w:br/>
        <w:t>і корабель, і бурі, і погода,&lt;br /&gt;</w:t>
        <w:br/>
        <w:t>і скеля, і затока; Щоб була&lt;br /&gt;</w:t>
        <w:br/>
        <w:t>і боротьба, й надія, й перемога,&lt;br /&gt;</w:t>
        <w:br/>
        <w:t>і правда, і... неправда.</w:t>
      </w:r>
    </w:p>
    <w:p>
      <w:r>
        <w:br/>
        <w:t>Кассандра</w:t>
      </w:r>
    </w:p>
    <w:p>
      <w:r>
        <w:br/>
        <w:t>Коли так —&lt;br /&gt;</w:t>
        <w:br/>
        <w:t>вона бажає, щоб була й Кассандра.</w:t>
      </w:r>
    </w:p>
    <w:p>
      <w:r>
        <w:br/>
        <w:t>Гелен</w:t>
      </w:r>
    </w:p>
    <w:p>
      <w:r>
        <w:br/>
        <w:t>І щоб Гелен боровсь проти Кассандри.&lt;br /&gt;</w:t>
        <w:br/>
        <w:t>Оцю я правду бачу і борюся,&lt;br /&gt;</w:t>
        <w:br/>
        <w:t>щоб нам троянський корабель стягти&lt;br /&gt;</w:t>
        <w:br/>
        <w:t>з тієї мілизни, куди Кассандра&lt;br /&gt;</w:t>
        <w:br/>
        <w:t>його загнала правдою своєю.</w:t>
      </w:r>
    </w:p>
    <w:p>
      <w:r>
        <w:br/>
        <w:t>Кассандра</w:t>
      </w:r>
    </w:p>
    <w:p>
      <w:r>
        <w:br/>
        <w:t>А ти його неправдою врятуєш?</w:t>
      </w:r>
    </w:p>
    <w:p>
      <w:r>
        <w:br/>
        <w:t>Гелен</w:t>
      </w:r>
    </w:p>
    <w:p>
      <w:r>
        <w:br/>
        <w:t>Що правда? Що неправда? Ту брехню,&lt;br /&gt;</w:t>
        <w:br/>
        <w:t>що справдиться, всі правдою зовуть.&lt;br /&gt;</w:t>
        <w:br/>
        <w:t>Одного разу раб мені збрехав,&lt;br /&gt;</w:t>
        <w:br/>
        <w:t>що мій фіал украдено, бо просто&lt;br /&gt;</w:t>
        <w:br/>
        <w:t>не хтілося йому шукать фіала,&lt;br /&gt;</w:t>
        <w:br/>
        <w:t>а поки лінувався раб, то й справді&lt;br /&gt;</w:t>
        <w:br/>
        <w:t>фіал було украдено. Де правда&lt;br /&gt;</w:t>
        <w:br/>
        <w:t>була тут, де брехня? Тоненька смужка&lt;br /&gt;</w:t>
        <w:br/>
        <w:t>брехню від правди ділить у минулім,&lt;br /&gt;</w:t>
        <w:br/>
        <w:t>але в прийдешньому нема вже й смужки.</w:t>
      </w:r>
    </w:p>
    <w:p>
      <w:r>
        <w:br/>
        <w:t>Кассандра</w:t>
      </w:r>
    </w:p>
    <w:p>
      <w:r>
        <w:br/>
        <w:t>Коли хто каже те, що й сам не вірить,&lt;br /&gt;</w:t>
        <w:br/>
        <w:t>то се неправда явна.</w:t>
      </w:r>
    </w:p>
    <w:p>
      <w:r>
        <w:br/>
        <w:t>Гелен</w:t>
      </w:r>
    </w:p>
    <w:p>
      <w:r>
        <w:br/>
        <w:t>А як скаже,&lt;br /&gt;</w:t>
        <w:br/>
        <w:t>хоч в добрій вірі, тільки помилившись,&lt;br /&gt;</w:t>
        <w:br/>
        <w:t>не до ладу, то се вже буде правда?</w:t>
      </w:r>
    </w:p>
    <w:p>
      <w:r>
        <w:br/>
        <w:t>Кассандра</w:t>
      </w:r>
    </w:p>
    <w:p>
      <w:r>
        <w:br/>
        <w:t>А як же ти, Гелене, одріжняєш&lt;br /&gt;</w:t>
        <w:br/>
        <w:t>брехню від правди?</w:t>
      </w:r>
    </w:p>
    <w:p>
      <w:r>
        <w:br/>
        <w:t>Гелен</w:t>
      </w:r>
    </w:p>
    <w:p>
      <w:r>
        <w:br/>
        <w:t>Та ніяк. Я просто&lt;br /&gt;</w:t>
        <w:br/>
        <w:t>даю їм спокій.</w:t>
      </w:r>
    </w:p>
    <w:p>
      <w:r>
        <w:br/>
        <w:t>Кассандра</w:t>
      </w:r>
    </w:p>
    <w:p>
      <w:r>
        <w:br/>
        <w:t>Як же ти віщуєш?&lt;br /&gt;</w:t>
        <w:br/>
        <w:t>Що кажеш людям?</w:t>
      </w:r>
    </w:p>
    <w:p>
      <w:r>
        <w:br/>
        <w:t>Гелен</w:t>
      </w:r>
    </w:p>
    <w:p>
      <w:r>
        <w:br/>
        <w:t>Те, що треба, сестро,&lt;br /&gt;</w:t>
        <w:br/>
        <w:t>те, що корисно або що почесно.</w:t>
      </w:r>
    </w:p>
    <w:p>
      <w:r>
        <w:br/>
        <w:t>Кассандра</w:t>
      </w:r>
    </w:p>
    <w:p>
      <w:r>
        <w:br/>
        <w:t>Невже ніколи ти того не бачиш,&lt;br /&gt;</w:t>
        <w:br/>
        <w:t>що буде, неминуче, невблаганне?&lt;br /&gt;</w:t>
        <w:br/>
        <w:t>Невже тобі не каже в серці голос:&lt;br /&gt;</w:t>
        <w:br/>
        <w:t>"Так буде, так! так буде, не інакше!"</w:t>
      </w:r>
    </w:p>
    <w:p>
      <w:r>
        <w:br/>
        <w:t>Гелен</w:t>
      </w:r>
    </w:p>
    <w:p>
      <w:r>
        <w:br/>
        <w:t>По щирості сказавши,— ні, ніколи.</w:t>
      </w:r>
    </w:p>
    <w:p>
      <w:r>
        <w:br/>
        <w:t>Кассандра</w:t>
      </w:r>
    </w:p>
    <w:p>
      <w:r>
        <w:br/>
        <w:t>То нам порозумітись дуже тяжко.&lt;br /&gt;</w:t>
        <w:br/>
        <w:t>Але скажи, як можеш ти прилюдно&lt;br /&gt;</w:t>
        <w:br/>
        <w:t>казати: "Бог мені відкрив... я бачив...&lt;br /&gt;</w:t>
        <w:br/>
        <w:t>я голос чув таємний",— коли то&lt;br /&gt;</w:t>
        <w:br/>
        <w:t>неправда все?</w:t>
      </w:r>
    </w:p>
    <w:p>
      <w:r>
        <w:br/>
        <w:t>Гелен</w:t>
      </w:r>
    </w:p>
    <w:p>
      <w:r>
        <w:br/>
        <w:t>Знов правда і неправда!&lt;br /&gt;</w:t>
        <w:br/>
        <w:t>Лишім оці слова, нема в них глузду.&lt;br /&gt;</w:t>
        <w:br/>
        <w:t>Ти думаєш, що правда родить мову?&lt;br /&gt;</w:t>
        <w:br/>
        <w:t>Я думаю, що мова родить правду.&lt;br /&gt;</w:t>
        <w:br/>
        <w:t>А чим же нам таку назвати правду,&lt;br /&gt;</w:t>
        <w:br/>
        <w:t>що родиться з брехні? Чи ти ніколи&lt;br /&gt;</w:t>
        <w:br/>
        <w:t>не бачила такого нарождення?&lt;br /&gt;</w:t>
        <w:br/>
        <w:t>Я бачив безліч разів. Слово плідне&lt;br /&gt;</w:t>
        <w:br/>
        <w:t>і більше родить, ніж земля-прамати.</w:t>
      </w:r>
    </w:p>
    <w:p>
      <w:r>
        <w:br/>
        <w:t>Кассандра</w:t>
      </w:r>
    </w:p>
    <w:p>
      <w:r>
        <w:br/>
        <w:t>Але ти сам казав: "Роблю, що треба,&lt;br /&gt;</w:t>
        <w:br/>
        <w:t>і що корисно, що почесно". Нащо ж&lt;br /&gt;</w:t>
        <w:br/>
        <w:t>потрібно удавати віщуна?&lt;br /&gt;</w:t>
        <w:br/>
        <w:t>Хіба корисно то, хіба почесно?</w:t>
      </w:r>
    </w:p>
    <w:p>
      <w:r>
        <w:br/>
        <w:t>Гелен</w:t>
      </w:r>
    </w:p>
    <w:p>
      <w:r>
        <w:br/>
        <w:t>Авжеж! Якби сьогодні батько й браття&lt;br /&gt;</w:t>
        <w:br/>
        <w:t>і з ними всі троянці і троянки&lt;br /&gt;</w:t>
        <w:br/>
        <w:t>лідійців умовляли та благали,&lt;br /&gt;</w:t>
        <w:br/>
        <w:t>ні на що б не здалось те все,— лідійці&lt;br /&gt;</w:t>
        <w:br/>
        <w:t>сказали б тільки: "Закляла Кассандра,&lt;br /&gt;</w:t>
        <w:br/>
        <w:t>пророчиця,— війна і шлюб нещасні".&lt;br /&gt;</w:t>
        <w:br/>
        <w:t>А я прийшов з повагою жерця,&lt;br /&gt;</w:t>
        <w:br/>
        <w:t>в віщунській діадемі, патерицю&lt;br /&gt;</w:t>
        <w:br/>
        <w:t>посріблену здійняв високо вгору,&lt;br /&gt;</w:t>
        <w:br/>
        <w:t>мов блискавка, вона свінула в вічі&lt;br /&gt;</w:t>
        <w:br/>
        <w:t>усім чужинцям. Я сказав: "Мовчіть&lt;br /&gt;</w:t>
        <w:br/>
        <w:t>і ждіть. Я випустив із храму&lt;br /&gt;</w:t>
        <w:br/>
        <w:t>свячених голубів". Замовкли миттю&lt;br /&gt;</w:t>
        <w:br/>
        <w:t>і галас, і розмови. Я сказав:&lt;br /&gt;</w:t>
        <w:br/>
        <w:t>"Цар Ономай образив Аполлона,&lt;br /&gt;</w:t>
        <w:br/>
        <w:t>засватавши пророчицю його&lt;br /&gt;</w:t>
        <w:br/>
        <w:t>і не спитавши згоди стріловержця,&lt;br /&gt;</w:t>
        <w:br/>
        <w:t>і бог за те свій гнів йому прорік&lt;br /&gt;</w:t>
        <w:br/>
        <w:t>устами віщими Кассандри. Можна&lt;br /&gt;</w:t>
        <w:br/>
        <w:t>ще одвернути гнів, офірувавши&lt;br /&gt;</w:t>
        <w:br/>
        <w:t>для бога пишну гекатомбу з білих&lt;br /&gt;</w:t>
        <w:br/>
        <w:t>волів, що не були ще під ярмом".&lt;br /&gt;</w:t>
        <w:br/>
        <w:t>"Я обіцяю!" — крикнув цар лідійський.&lt;br /&gt;</w:t>
        <w:br/>
        <w:t>А я гукнув: "Я бачу, голуби&lt;br /&gt;</w:t>
        <w:br/>
        <w:t>вернулись і годують голуб'яток!&lt;br /&gt;</w:t>
        <w:br/>
        <w:t>Щасливий поворіт і шлюб щасливий!"&lt;br /&gt;</w:t>
        <w:br/>
        <w:t>І словом тим я переміг тебе,&lt;br /&gt;</w:t>
        <w:br/>
        <w:t>видюща сестро.</w:t>
      </w:r>
    </w:p>
    <w:p>
      <w:r>
        <w:br/>
        <w:t>Кассандра</w:t>
      </w:r>
    </w:p>
    <w:p>
      <w:r>
        <w:br/>
        <w:t>Чи надовго, брате?</w:t>
      </w:r>
    </w:p>
    <w:p>
      <w:r>
        <w:br/>
        <w:t>Гелен</w:t>
      </w:r>
    </w:p>
    <w:p>
      <w:r>
        <w:br/>
        <w:t>Побачимо! Се правда, що на полі&lt;br /&gt;</w:t>
        <w:br/>
        <w:t>воюють не лідійці й не ахейці,&lt;br /&gt;</w:t>
        <w:br/>
        <w:t>а ти і я. Одвагою кермує&lt;br /&gt;</w:t>
        <w:br/>
        <w:t>Гелен, а розпачем Кассандра править.</w:t>
      </w:r>
    </w:p>
    <w:p>
      <w:r>
        <w:br/>
        <w:t>Кассандра</w:t>
      </w:r>
    </w:p>
    <w:p>
      <w:r>
        <w:br/>
        <w:t>А що, коли Кассандра переможе?&lt;br /&gt;</w:t>
        <w:br/>
        <w:t>Чим виправдить Гелен свою неправду?</w:t>
      </w:r>
    </w:p>
    <w:p>
      <w:r>
        <w:br/>
        <w:t>Гелен</w:t>
      </w:r>
    </w:p>
    <w:p>
      <w:r>
        <w:br/>
        <w:t>Прилюдно скаже: "Се сам Ономай&lt;br /&gt;</w:t>
        <w:br/>
        <w:t>себе згубив, бо замість гекатомби&lt;br /&gt;</w:t>
        <w:br/>
        <w:t>саму обіцянку дав Аполлону".&lt;br /&gt;</w:t>
        <w:br/>
        <w:t>Собі ж він скаже: "Зброя поломилась,&lt;br /&gt;</w:t>
        <w:br/>
        <w:t>але ми іншу знайдем. Все ж почесніш&lt;br /&gt;</w:t>
        <w:br/>
        <w:t>при зброї гинуть, ніж голоруч".</w:t>
      </w:r>
    </w:p>
    <w:p>
      <w:r>
        <w:br/>
        <w:t>Кассандра</w:t>
      </w:r>
    </w:p>
    <w:p>
      <w:r>
        <w:br/>
        <w:t>Чому ж ти сам не йшов у бій сьогодні,&lt;br /&gt;</w:t>
        <w:br/>
        <w:t>не з патерицею,— з мечем і списом?</w:t>
      </w:r>
    </w:p>
    <w:p>
      <w:r>
        <w:br/>
        <w:t>Гелен</w:t>
      </w:r>
    </w:p>
    <w:p>
      <w:r>
        <w:br/>
        <w:t>Бо меч і спнс мала для мене зброя,&lt;br /&gt;</w:t>
        <w:br/>
        <w:t>бо людські душі — от моє знаряддя,&lt;br /&gt;</w:t>
        <w:br/>
        <w:t>крилате слово — от моя стріла,&lt;br /&gt;</w:t>
        <w:br/>
        <w:t>люд проти люду — от мій поєдинок!&lt;br /&gt;</w:t>
        <w:br/>
        <w:t>Усім тим правлю я, фрігійський розум.&lt;br /&gt;</w:t>
        <w:br/>
        <w:t>Ся діадема, сяя патериця —&lt;br /&gt;</w:t>
        <w:br/>
        <w:t>то знаки влади над всіма царями.&lt;br /&gt;</w:t>
        <w:br/>
        <w:t>Я рівного собі не маю тут&lt;br /&gt;</w:t>
        <w:br/>
        <w:t>з-поміж усіх владарів і героїв.&lt;br /&gt;</w:t>
        <w:br/>
        <w:t>Ти тільки рівна, може, навіть вища,&lt;br /&gt;</w:t>
        <w:br/>
        <w:t>і ми боротись будем до загину.</w:t>
      </w:r>
    </w:p>
    <w:p>
      <w:r>
        <w:br/>
        <w:t>Кассандра</w:t>
      </w:r>
    </w:p>
    <w:p>
      <w:r>
        <w:br/>
        <w:t>Ох, я сама не знаю, чи хотіла б,&lt;br /&gt;</w:t>
        <w:br/>
        <w:t>чи ні тебе перемогти сьогодні!&lt;br /&gt;</w:t>
        <w:br/>
        <w:t>Ненависний мені той шлюб, мов смерть,&lt;br /&gt;</w:t>
        <w:br/>
        <w:t>я так його боюсь, як згуби Трої.</w:t>
      </w:r>
    </w:p>
    <w:p>
      <w:r>
        <w:br/>
        <w:t>Гелен</w:t>
      </w:r>
    </w:p>
    <w:p>
      <w:r>
        <w:br/>
        <w:t>Либонь, у тебе не фрігійський розум.&lt;br /&gt;</w:t>
        <w:br/>
        <w:t>Чи ти не чула, як боги часами&lt;br /&gt;</w:t>
        <w:br/>
        <w:t>своїх обранців хмарою вкривають?&lt;br /&gt;</w:t>
        <w:br/>
        <w:t>У мене є тайник під олтарем,—&lt;br /&gt;</w:t>
        <w:br/>
        <w:t>як станеш ти з тим Ономаєм поруч,&lt;br /&gt;</w:t>
        <w:br/>
        <w:t>приносячи богам весільну жертву,&lt;br /&gt;</w:t>
        <w:br/>
        <w:t>від жертви піде дим, сірчана хмара,&lt;br /&gt;</w:t>
        <w:br/>
        <w:t>а як розійдеться — замість Кассандри&lt;br /&gt;</w:t>
        <w:br/>
        <w:t>порожнє місце буде. Розумієш?</w:t>
      </w:r>
    </w:p>
    <w:p>
      <w:r>
        <w:br/>
        <w:t>Кассандра</w:t>
      </w:r>
    </w:p>
    <w:p>
      <w:r>
        <w:br/>
        <w:t>Се стид і ганьба — радити таке!&lt;br /&gt;</w:t>
        <w:br/>
        <w:t>Чи се, по-твойому, "почесний" вихід?</w:t>
      </w:r>
    </w:p>
    <w:p>
      <w:r>
        <w:br/>
        <w:t>Гелен</w:t>
      </w:r>
    </w:p>
    <w:p>
      <w:r>
        <w:br/>
        <w:t>Зате корисний і безпечний, сестро.</w:t>
      </w:r>
    </w:p>
    <w:p>
      <w:r>
        <w:br/>
        <w:t>Кассандра</w:t>
      </w:r>
    </w:p>
    <w:p>
      <w:r>
        <w:br/>
        <w:t>Воліла б я себе мечем убити!</w:t>
      </w:r>
    </w:p>
    <w:p>
      <w:r>
        <w:br/>
        <w:t>Гелен</w:t>
      </w:r>
    </w:p>
    <w:p>
      <w:r>
        <w:br/>
        <w:t>І тим роздратувала б Ономая,&lt;br /&gt;</w:t>
        <w:br/>
        <w:t>а слово все-таки своє зламала б.&lt;br /&gt;</w:t>
        <w:br/>
        <w:t>І некорисно, й непочесно, сестро.</w:t>
      </w:r>
    </w:p>
    <w:p>
      <w:r>
        <w:br/>
        <w:t>(Дивиться з усміхом на неї).</w:t>
      </w:r>
    </w:p>
    <w:p>
      <w:r>
        <w:br/>
        <w:t>Ми не однакові, а все ж ми рівні,&lt;br /&gt;</w:t>
        <w:br/>
        <w:t>як не в ділах, то все ж хоч у думках.</w:t>
      </w:r>
    </w:p>
    <w:p>
      <w:r>
        <w:br/>
        <w:t>Поліксена</w:t>
      </w:r>
    </w:p>
    <w:p>
      <w:r>
        <w:br/>
        <w:t>(входить)</w:t>
      </w:r>
    </w:p>
    <w:p>
      <w:r>
        <w:br/>
        <w:t>Цар Ономай убитий, а лідійці&lt;br /&gt;</w:t>
        <w:br/>
        <w:t>урозтіч кинулись. Ой горе, горе!</w:t>
      </w:r>
    </w:p>
    <w:p>
      <w:r>
        <w:br/>
        <w:t>Гелен</w:t>
      </w:r>
    </w:p>
    <w:p>
      <w:r>
        <w:br/>
        <w:t>Радій, Кассандро, ти перемогла!</w:t>
      </w:r>
    </w:p>
    <w:p>
      <w:r>
        <w:br/>
        <w:t>Кассандра</w:t>
      </w:r>
    </w:p>
    <w:p>
      <w:r>
        <w:br/>
        <w:t>(віщим голосом)</w:t>
      </w:r>
    </w:p>
    <w:p>
      <w:r>
        <w:br/>
        <w:t>Не я, а Мойра. Я її знаряддя.&lt;br /&gt;</w:t>
        <w:br/>
        <w:t>Тонкий фрігійський розум і гнучкий,&lt;br /&gt;</w:t>
        <w:br/>
        <w:t>його зігнула Мойра і зломила,&lt;br /&gt;</w:t>
        <w:br/>
        <w:t>її правиця і важка, й тверда,&lt;br /&gt;</w:t>
        <w:br/>
        <w:t>кує з народів зброю світа,&lt;br /&gt;</w:t>
        <w:br/>
        <w:t>а я і ти — ми тільки цвяхи в зброї.&lt;br /&gt;</w:t>
        <w:br/>
        <w:t>Не перецінюймо себе, Гелене.</w:t>
      </w:r>
    </w:p>
    <w:p>
      <w:r>
        <w:br/>
        <w:t>Андромаха</w:t>
      </w:r>
    </w:p>
    <w:p>
      <w:r>
        <w:br/>
        <w:t>Ти, люта згубо, всіх нас загубила!</w:t>
      </w:r>
    </w:p>
    <w:p>
      <w:r>
        <w:br/>
        <w:t>Кассандра</w:t>
      </w:r>
    </w:p>
    <w:p>
      <w:r>
        <w:br/>
        <w:t>(спокійно показує на Гелена).</w:t>
      </w:r>
    </w:p>
    <w:p>
      <w:r>
        <w:br/>
        <w:t>Питай його, чом він не врятував.&lt;br /&gt;</w:t>
        <w:br/>
        <w:t>Ми віщуни обоє — значить, рівні.</w:t>
      </w:r>
    </w:p>
    <w:p>
      <w:r>
        <w:br/>
        <w:t>(Виймає з-за пояса кужілку і сідає прясти).&lt;br /&gt;</w:t>
        <w:br/>
        <w:t>VII</w:t>
      </w:r>
    </w:p>
    <w:p>
      <w:r>
        <w:br/>
        <w:t>Великий майдан з храмом посередині на чималім підвищенню. Праворуч в глибині двір царя Пріама, ближче до сцени різні інші будови міста Іліона. Ліворуч близько до сцени Скайська брама. Ясний ранок, майдан залитий сонцем. Велика юрба люду троянського то входить у браму, товпиться перед храмом, гомонить то дужче, то тихше, часом зовсім затихає і жде чогось, насторожившись. З царського двору виходить Гелен в святочній білій одежі, у срібній діадемі, з білою посрібленою патерицею в руці; іде урочистою гієратичною походою.</w:t>
      </w:r>
    </w:p>
    <w:p>
      <w:r>
        <w:br/>
        <w:t>Голоси в народі</w:t>
      </w:r>
    </w:p>
    <w:p>
      <w:r>
        <w:br/>
        <w:t>Гелен іде! Дорогу прозорливцю!</w:t>
      </w:r>
    </w:p>
    <w:p>
      <w:r>
        <w:br/>
        <w:t>Гелен</w:t>
      </w:r>
    </w:p>
    <w:p>
      <w:r>
        <w:br/>
        <w:t>(зіходить на храмовий перистиль, і дає знак патерицею, стукнувши нею тричі об мармуровий поміст, далі починає промову величновіщим голосом)</w:t>
      </w:r>
    </w:p>
    <w:p>
      <w:r>
        <w:br/>
        <w:t>Батьки, брати й синове! рідна Троє!&lt;br /&gt;</w:t>
        <w:br/>
        <w:t>Боги з Олімпу зглянулись на сльози,&lt;br /&gt;</w:t>
        <w:br/>
        <w:t>на гекатомби, на благання наші,—&lt;br /&gt;</w:t>
        <w:br/>
        <w:t>без зброї подолали ворогів.&lt;br /&gt;</w:t>
        <w:br/>
        <w:t>Зевс еллінам поклав у серце звагу&lt;br /&gt;</w:t>
        <w:br/>
        <w:t>по добрій волі залишити Трою.&lt;br /&gt;</w:t>
        <w:br/>
        <w:t>Підіть за браму — зник ахейський табор,&lt;br /&gt;</w:t>
        <w:br/>
        <w:t>лиш кінь один стоїть на таборищі,—&lt;br /&gt;</w:t>
        <w:br/>
        <w:t>богам троянським в дар дали ахейці&lt;br /&gt;</w:t>
        <w:br/>
        <w:t>того коня. Він з дерева, не пишний&lt;br /&gt;</w:t>
        <w:br/>
        <w:t>і не коштовний військовий дарунок,&lt;br /&gt;</w:t>
        <w:br/>
        <w:t>та він дорожчий нам від срібла-злота,&lt;br /&gt;</w:t>
        <w:br/>
        <w:t>від мармуру й каміння дорогого.&lt;br /&gt;</w:t>
        <w:br/>
        <w:t>Дарунок згоди ліпший над здобуток,&lt;br /&gt;</w:t>
        <w:br/>
        <w:t>що на війні ціною крові взято.&lt;br /&gt;</w:t>
        <w:br/>
        <w:t>Ахейці відплили від нас по волі&lt;br /&gt;</w:t>
        <w:br/>
        <w:t>своїх і всіх богів, а дар лишили&lt;br /&gt;</w:t>
        <w:br/>
        <w:t>на знак пошани й згоди. Честь ахейцям!&lt;br /&gt;</w:t>
        <w:br/>
        <w:t>Люди&lt;br /&gt;</w:t>
        <w:br/>
        <w:t>Ахейцям честь!</w:t>
      </w:r>
    </w:p>
    <w:p>
      <w:r>
        <w:br/>
        <w:t>Голос Кассандри</w:t>
      </w:r>
    </w:p>
    <w:p>
      <w:r>
        <w:br/>
        <w:t>(з храму)</w:t>
      </w:r>
    </w:p>
    <w:p>
      <w:r>
        <w:br/>
        <w:t>За кров, за смерть, за сльози!</w:t>
      </w:r>
    </w:p>
    <w:p>
      <w:r>
        <w:br/>
        <w:t>Деїфоб</w:t>
      </w:r>
    </w:p>
    <w:p>
      <w:r>
        <w:br/>
        <w:t>(обертаючись до дверей храмових)</w:t>
      </w:r>
    </w:p>
    <w:p>
      <w:r>
        <w:br/>
        <w:t>Мовчи, Кассандро!</w:t>
      </w:r>
    </w:p>
    <w:p>
      <w:r>
        <w:br/>
        <w:t>Гелен</w:t>
      </w:r>
    </w:p>
    <w:p>
      <w:r>
        <w:br/>
        <w:t>(до троняців)</w:t>
      </w:r>
    </w:p>
    <w:p>
      <w:r>
        <w:br/>
        <w:t>Вам, троянські мужі,&lt;br /&gt;</w:t>
        <w:br/>
        <w:t>я раджу дар той повезти у храм&lt;br /&gt;</w:t>
        <w:br/>
        <w:t>і край Палладіона 11 там поставить.</w:t>
      </w:r>
    </w:p>
    <w:p>
      <w:r>
        <w:br/>
        <w:t>Кассандра</w:t>
      </w:r>
    </w:p>
    <w:p>
      <w:r>
        <w:br/>
        <w:t>(з'являється на дверях з чорною патерицею і простяга її, немов загороджуючи вхід)</w:t>
      </w:r>
    </w:p>
    <w:p>
      <w:r>
        <w:br/>
        <w:t>Я не пускаю в храм.</w:t>
      </w:r>
    </w:p>
    <w:p>
      <w:r>
        <w:br/>
        <w:t>Гелен</w:t>
      </w:r>
    </w:p>
    <w:p>
      <w:r>
        <w:br/>
        <w:t>(одбиває її патерицю своєю)</w:t>
      </w:r>
    </w:p>
    <w:p>
      <w:r>
        <w:br/>
        <w:t>Вступись, Кассандро!</w:t>
      </w:r>
    </w:p>
    <w:p>
      <w:r>
        <w:br/>
        <w:t>Кассандра</w:t>
      </w:r>
    </w:p>
    <w:p>
      <w:r>
        <w:br/>
        <w:t>(знов загороджує)</w:t>
      </w:r>
    </w:p>
    <w:p>
      <w:r>
        <w:br/>
        <w:t>Мені належить влада не пускати.&lt;br /&gt;</w:t>
        <w:br/>
        <w:t>Чоловіки не сміють наближатись&lt;br /&gt;</w:t>
        <w:br/>
        <w:t>до постаті Паллади. Я сторожа&lt;br /&gt;</w:t>
        <w:br/>
        <w:t>Палладіона. Ти вступись, Гелене,&lt;br /&gt;</w:t>
        <w:br/>
        <w:t>гляди своїх пташок.</w:t>
      </w:r>
    </w:p>
    <w:p>
      <w:r>
        <w:br/>
        <w:t>(Дивиться йому в вічі, він спускає патерицю).</w:t>
      </w:r>
    </w:p>
    <w:p>
      <w:r>
        <w:br/>
        <w:t>Нечистий дар!&lt;br /&gt;</w:t>
        <w:br/>
        <w:t>Проклятий дар!</w:t>
      </w:r>
    </w:p>
    <w:p>
      <w:r>
        <w:br/>
        <w:t>Люд порікує, видимо збентежений.</w:t>
      </w:r>
    </w:p>
    <w:p>
      <w:r>
        <w:br/>
        <w:t>Голос з юрби</w:t>
      </w:r>
    </w:p>
    <w:p>
      <w:r>
        <w:br/>
        <w:t>Та геть її женіть,&lt;br /&gt;</w:t>
        <w:br/>
        <w:t>зловісницю!</w:t>
      </w:r>
    </w:p>
    <w:p>
      <w:r>
        <w:br/>
        <w:t>Другий голос</w:t>
      </w:r>
    </w:p>
    <w:p>
      <w:r>
        <w:br/>
        <w:t>Мовчи! вона ж царівна!</w:t>
      </w:r>
    </w:p>
    <w:p>
      <w:r>
        <w:br/>
        <w:t>Перший голос</w:t>
      </w:r>
    </w:p>
    <w:p>
      <w:r>
        <w:br/>
        <w:t>Вже те її пророкування люте&lt;br /&gt;</w:t>
        <w:br/>
        <w:t>уїлось нам в печінки. Не доки ж&lt;br /&gt;</w:t>
        <w:br/>
        <w:t>терпіти се!</w:t>
      </w:r>
    </w:p>
    <w:p>
      <w:r>
        <w:br/>
        <w:t>Третій голос</w:t>
      </w:r>
    </w:p>
    <w:p>
      <w:r>
        <w:br/>
        <w:t>Убить її!&lt;br /&gt;</w:t>
        <w:br/>
        <w:t>Якийсь молодик заміряється списом.</w:t>
      </w:r>
    </w:p>
    <w:p>
      <w:r>
        <w:br/>
        <w:t>Гелен</w:t>
      </w:r>
    </w:p>
    <w:p>
      <w:r>
        <w:br/>
        <w:t>(здержує знаком руки)</w:t>
      </w:r>
    </w:p>
    <w:p>
      <w:r>
        <w:br/>
        <w:t>Не руште!&lt;br /&gt;</w:t>
        <w:br/>
        <w:t>Не проливайте крові — там святиня!</w:t>
      </w:r>
    </w:p>
    <w:p>
      <w:r>
        <w:br/>
        <w:t>Деїфоб</w:t>
      </w:r>
    </w:p>
    <w:p>
      <w:r>
        <w:br/>
        <w:t>То як же буде, брате, з подарунком?</w:t>
      </w:r>
    </w:p>
    <w:p>
      <w:r>
        <w:br/>
        <w:t>Гелен</w:t>
      </w:r>
    </w:p>
    <w:p>
      <w:r>
        <w:br/>
        <w:t>Ми храм новий збудуємо для нього,&lt;br /&gt;</w:t>
        <w:br/>
        <w:t>"храм згоди" буде зватись. Поки що&lt;br /&gt;</w:t>
        <w:br/>
        <w:t>стоятиме в царськім дворі дарунок.</w:t>
      </w:r>
    </w:p>
    <w:p>
      <w:r>
        <w:br/>
        <w:t>(До Деїфоба).</w:t>
      </w:r>
    </w:p>
    <w:p>
      <w:r>
        <w:br/>
        <w:t>Ти призначи сторожу для пошани.</w:t>
      </w:r>
    </w:p>
    <w:p>
      <w:r>
        <w:br/>
        <w:t>Кассандра</w:t>
      </w:r>
    </w:p>
    <w:p>
      <w:r>
        <w:br/>
        <w:t>Сліпий побитих на сторожу ставить!</w:t>
      </w:r>
    </w:p>
    <w:p>
      <w:r>
        <w:br/>
        <w:t>Деїфоб</w:t>
      </w:r>
    </w:p>
    <w:p>
      <w:r>
        <w:br/>
        <w:t>Кассандро!</w:t>
      </w:r>
    </w:p>
    <w:p>
      <w:r>
        <w:br/>
        <w:t>Гелен</w:t>
      </w:r>
    </w:p>
    <w:p>
      <w:r>
        <w:br/>
        <w:t>Брате, й ви, троянські мужі,&lt;br /&gt;</w:t>
        <w:br/>
        <w:t>перевезіть коня в царське подвір'я.</w:t>
      </w:r>
    </w:p>
    <w:p>
      <w:r>
        <w:br/>
        <w:t>Деїфоб дає знак рушати і подається сам до Скайської брами.</w:t>
      </w:r>
    </w:p>
    <w:p>
      <w:r>
        <w:br/>
        <w:t>Голоси з люду</w:t>
      </w:r>
    </w:p>
    <w:p>
      <w:r>
        <w:br/>
        <w:t>Гелен наказує! Рушаймо, браття!&lt;br /&gt;</w:t>
        <w:br/>
        <w:t>Гелена хай боги благословлять!&lt;br /&gt;</w:t>
        <w:br/>
        <w:t>Він розум наш! Він наше око ясне!</w:t>
      </w:r>
    </w:p>
    <w:p>
      <w:r>
        <w:br/>
        <w:t>Кассандра</w:t>
      </w:r>
    </w:p>
    <w:p>
      <w:r>
        <w:br/>
        <w:t>Єдине око — й те більмом зайшло!&lt;br /&gt;</w:t>
        <w:br/>
        <w:t>Увесь люд рушає за Скайську браму.</w:t>
      </w:r>
    </w:p>
    <w:p>
      <w:r>
        <w:br/>
        <w:t>Гелен</w:t>
      </w:r>
    </w:p>
    <w:p>
      <w:r>
        <w:br/>
        <w:t>Кассандро, слухай, нащо ти мене&lt;br /&gt;</w:t>
        <w:br/>
        <w:t>на пробу ставиш дотинками тими?</w:t>
      </w:r>
    </w:p>
    <w:p>
      <w:r>
        <w:br/>
        <w:t>Кассандра</w:t>
      </w:r>
    </w:p>
    <w:p>
      <w:r>
        <w:br/>
        <w:t>На пробу, чи не станеш раз видющим.</w:t>
      </w:r>
    </w:p>
    <w:p>
      <w:r>
        <w:br/>
        <w:t>Гелен</w:t>
      </w:r>
    </w:p>
    <w:p>
      <w:r>
        <w:br/>
        <w:t>Кассандро, се ж безумство! Річ видима:&lt;br /&gt;</w:t>
        <w:br/>
        <w:t>ахейський табор спорожнів; на морі&lt;br /&gt;</w:t>
        <w:br/>
        <w:t>ані човна, ні цяточки немає.&lt;br /&gt;</w:t>
        <w:br/>
        <w:t>Розвідачів далеко розсилали&lt;br /&gt;</w:t>
        <w:br/>
        <w:t>ми з Деїфобом, найбистріших хлопців&lt;br /&gt;</w:t>
        <w:br/>
        <w:t>і кінно, й піхотою. І не видко,&lt;br /&gt;</w:t>
        <w:br/>
        <w:t>щоб де була яка залога, чати&lt;br /&gt;</w:t>
        <w:br/>
        <w:t>чи щось подібне.</w:t>
      </w:r>
    </w:p>
    <w:p>
      <w:r>
        <w:br/>
        <w:t>Кассандра</w:t>
      </w:r>
    </w:p>
    <w:p>
      <w:r>
        <w:br/>
        <w:t>Дурно не дає&lt;br /&gt;</w:t>
        <w:br/>
        <w:t>дарунків ворог.</w:t>
      </w:r>
    </w:p>
    <w:p>
      <w:r>
        <w:br/>
        <w:t>Гелен</w:t>
      </w:r>
    </w:p>
    <w:p>
      <w:r>
        <w:br/>
        <w:t>Таже той дарунок&lt;br /&gt;</w:t>
        <w:br/>
        <w:t>то миру знак. Чи ти ж не розумієш?</w:t>
      </w:r>
    </w:p>
    <w:p>
      <w:r>
        <w:br/>
        <w:t>Кассандра</w:t>
      </w:r>
    </w:p>
    <w:p>
      <w:r>
        <w:br/>
        <w:t>Вжеж ні. Якби оце посеред моря&lt;br /&gt;</w:t>
        <w:br/>
        <w:t>палка жарина плавала по хвилях,&lt;br /&gt;</w:t>
        <w:br/>
        <w:t>розжеврена вогнем,— то був би знак&lt;br /&gt;</w:t>
        <w:br/>
        <w:t>воді від полум'я на мир. Та хто ж би&lt;br /&gt;</w:t>
        <w:br/>
        <w:t>збагнув такеє?</w:t>
      </w:r>
    </w:p>
    <w:p>
      <w:r>
        <w:br/>
        <w:t>Гелен</w:t>
      </w:r>
    </w:p>
    <w:p>
      <w:r>
        <w:br/>
        <w:t>Люди не стихії,&lt;br /&gt;</w:t>
        <w:br/>
        <w:t>і лиху, й гніву людському є край.&lt;br /&gt;</w:t>
        <w:br/>
        <w:t>Ахеянок вже підросло багато&lt;br /&gt;</w:t>
        <w:br/>
        <w:t>за час війни, і, може, Менелай&lt;br /&gt;</w:t>
        <w:br/>
        <w:t>молодшу дома знайде від Гелени.</w:t>
      </w:r>
    </w:p>
    <w:p>
      <w:r>
        <w:br/>
        <w:t>Кассандра</w:t>
      </w:r>
    </w:p>
    <w:p>
      <w:r>
        <w:br/>
        <w:t>Гелену бачив він на Скайській брамі&lt;br /&gt;</w:t>
        <w:br/>
        <w:t>учора зрана.</w:t>
      </w:r>
    </w:p>
    <w:p>
      <w:r>
        <w:br/>
        <w:t>Гелен</w:t>
      </w:r>
    </w:p>
    <w:p>
      <w:r>
        <w:br/>
        <w:t>Що ж?</w:t>
      </w:r>
    </w:p>
    <w:p>
      <w:r>
        <w:br/>
        <w:t>Кассандра</w:t>
      </w:r>
    </w:p>
    <w:p>
      <w:r>
        <w:br/>
        <w:t>Піди, Гелене,&lt;br /&gt;</w:t>
        <w:br/>
        <w:t>до неї в гінекей і там подумай,&lt;br /&gt;</w:t>
        <w:br/>
        <w:t>що ти сказав.</w:t>
      </w:r>
    </w:p>
    <w:p>
      <w:r>
        <w:br/>
        <w:t>Гелен</w:t>
      </w:r>
    </w:p>
    <w:p>
      <w:r>
        <w:br/>
        <w:t>(задумується. Тим часом з Скайської брами показується гурт узброєних троянців. Гелен показує на їх Кассандрі)</w:t>
      </w:r>
    </w:p>
    <w:p>
      <w:r>
        <w:br/>
        <w:t>Ти бачиш ті списи&lt;br /&gt;</w:t>
        <w:br/>
        <w:t>і ті мечі? — Не треба й остороги&lt;br /&gt;</w:t>
        <w:br/>
        <w:t>пророчої. Он вартовий сурмач.&lt;br /&gt;</w:t>
        <w:br/>
        <w:t>То ж сурма голос має, Троя — вуха.</w:t>
      </w:r>
    </w:p>
    <w:p>
      <w:r>
        <w:br/>
        <w:t>Кассандра</w:t>
      </w:r>
    </w:p>
    <w:p>
      <w:r>
        <w:br/>
        <w:t>Німий глухого буде вартувати!</w:t>
      </w:r>
    </w:p>
    <w:p>
      <w:r>
        <w:br/>
        <w:t>Гелен</w:t>
      </w:r>
    </w:p>
    <w:p>
      <w:r>
        <w:br/>
        <w:t>Кассандро, годі! Я глухий для тебе,&lt;br /&gt;</w:t>
        <w:br/>
        <w:t>так же й твої слова німі для мене.&lt;br /&gt;</w:t>
        <w:br/>
        <w:t>Договорились ми до краю. Годі.</w:t>
      </w:r>
    </w:p>
    <w:p>
      <w:r>
        <w:br/>
        <w:t>Деїфоб</w:t>
      </w:r>
    </w:p>
    <w:p>
      <w:r>
        <w:br/>
        <w:t>(з юрбою узброєних веде зв'язаного елліна до Кассандри й Гелена)</w:t>
      </w:r>
    </w:p>
    <w:p>
      <w:r>
        <w:br/>
        <w:t>Сюди його, сюди! Нехай розсудять&lt;br /&gt;</w:t>
        <w:br/>
        <w:t>троянські прозорливці сюю справу&lt;br /&gt;</w:t>
        <w:br/>
        <w:t>і скажуть нам, що маємо робити&lt;br /&gt;</w:t>
        <w:br/>
        <w:t>з оцим чужинцем. Брате, й ти, Кассандро,&lt;br /&gt;</w:t>
        <w:br/>
        <w:t>послухайте і зважте. Ми застали&lt;br /&gt;</w:t>
        <w:br/>
        <w:t>сього чужинця край коня на полі.&lt;br /&gt;</w:t>
        <w:br/>
        <w:t>Блукав мов непритомний, сльози лив&lt;br /&gt;</w:t>
        <w:br/>
        <w:t>і, руки ламлючи, слова безладні&lt;br /&gt;</w:t>
        <w:br/>
        <w:t>викрикував. Ми зайняли його,&lt;br /&gt;</w:t>
        <w:br/>
        <w:t>пізнавши елліна з одежі й мови.&lt;br /&gt;</w:t>
        <w:br/>
        <w:t>Тепер між нами розділилась думка:&lt;br /&gt;</w:t>
        <w:br/>
        <w:t>одні говорять одпустить його,—&lt;br /&gt;</w:t>
        <w:br/>
        <w:t>він тим покинутий, що божевільний,&lt;br /&gt;</w:t>
        <w:br/>
        <w:t>і, певне, він не зробить зла нікому,&lt;br /&gt;</w:t>
        <w:br/>
        <w:t>а другі кажуть: се розвідач хитрий,&lt;br /&gt;</w:t>
        <w:br/>
        <w:t>убить його, щоб не було біди.</w:t>
      </w:r>
    </w:p>
    <w:p>
      <w:r>
        <w:br/>
        <w:t>Поки Деїфоб говорить, надходять люди, чоловіки й жінки, хто з поля від Скайської брами, хто з будинків від міста, і збираються в гурт.</w:t>
      </w:r>
    </w:p>
    <w:p>
      <w:r>
        <w:br/>
        <w:t>Голоси з гурту</w:t>
      </w:r>
    </w:p>
    <w:p>
      <w:r>
        <w:br/>
        <w:t>Убить! убить!</w:t>
      </w:r>
    </w:p>
    <w:p>
      <w:r>
        <w:br/>
        <w:t>Один голос</w:t>
      </w:r>
    </w:p>
    <w:p>
      <w:r>
        <w:br/>
        <w:t>За віщо?</w:t>
      </w:r>
    </w:p>
    <w:p>
      <w:r>
        <w:br/>
        <w:t>Другий голос</w:t>
      </w:r>
    </w:p>
    <w:p>
      <w:r>
        <w:br/>
        <w:t>Так, для помсти.</w:t>
      </w:r>
    </w:p>
    <w:p>
      <w:r>
        <w:br/>
        <w:t>Третій голос</w:t>
      </w:r>
    </w:p>
    <w:p>
      <w:r>
        <w:br/>
        <w:t>Для остороги.</w:t>
      </w:r>
    </w:p>
    <w:p>
      <w:r>
        <w:br/>
        <w:t>Четвертий голос</w:t>
      </w:r>
    </w:p>
    <w:p>
      <w:r>
        <w:br/>
        <w:t>Покарає Зевс&lt;br /&gt;</w:t>
        <w:br/>
        <w:t>за кров невинну.</w:t>
      </w:r>
    </w:p>
    <w:p>
      <w:r>
        <w:br/>
        <w:t>Деїфоб</w:t>
      </w:r>
    </w:p>
    <w:p>
      <w:r>
        <w:br/>
        <w:t>(дужим голосом.)</w:t>
      </w:r>
    </w:p>
    <w:p>
      <w:r>
        <w:br/>
        <w:t>Замовчіть, троянці!&lt;br /&gt;</w:t>
        <w:br/>
        <w:t>Не вам належить суд. Скажи, Гелене,&lt;br /&gt;</w:t>
        <w:br/>
        <w:t>убить його чи визволити радиш?</w:t>
      </w:r>
    </w:p>
    <w:p>
      <w:r>
        <w:br/>
        <w:t>Гелен</w:t>
      </w:r>
    </w:p>
    <w:p>
      <w:r>
        <w:br/>
        <w:t>Ні те, ні друге. Марне убивати&lt;br /&gt;</w:t>
        <w:br/>
        <w:t>немає честі нам, та й небезпечно,&lt;br /&gt;</w:t>
        <w:br/>
        <w:t>бо як дізнаються про те ахейці,&lt;br /&gt;</w:t>
        <w:br/>
        <w:t>що елліна убито без вини,&lt;br /&gt;</w:t>
        <w:br/>
        <w:t>то знову можуть розпочати чвару&lt;br /&gt;</w:t>
        <w:br/>
        <w:t>на довгі роки. Тільки ж і пустити&lt;br /&gt;</w:t>
        <w:br/>
        <w:t>непевного чужинця — необачно.&lt;br /&gt;</w:t>
        <w:br/>
        <w:t>Нехай собі живе, але у путах,&lt;br /&gt;</w:t>
        <w:br/>
        <w:t>під пильною сторожею.</w:t>
      </w:r>
    </w:p>
    <w:p>
      <w:r>
        <w:br/>
        <w:t>Сінон</w:t>
      </w:r>
    </w:p>
    <w:p>
      <w:r>
        <w:br/>
        <w:t>(полонений еллін)</w:t>
      </w:r>
    </w:p>
    <w:p>
      <w:r>
        <w:br/>
        <w:t>Ой, царю,&lt;br /&gt;</w:t>
        <w:br/>
        <w:t>чи віщий прозорливцю! Я не знаю,&lt;br /&gt;</w:t>
        <w:br/>
        <w:t>як маю величать мого владаря...&lt;br /&gt;</w:t>
        <w:br/>
        <w:t>Але я бачу розум боговитий&lt;br /&gt;</w:t>
        <w:br/>
        <w:t>у тебе на чолі. Збагни ж, премудрий,&lt;br /&gt;</w:t>
        <w:br/>
        <w:t>ти душу елліна. Я сам з Еллади.&lt;br /&gt;</w:t>
        <w:br/>
        <w:t>Еллада — се ж колиска споконвічна&lt;br /&gt;</w:t>
        <w:br/>
        <w:t>святої волі. Правний син Еллади&lt;br /&gt;</w:t>
        <w:br/>
        <w:t>без рідної стихії жить не може,&lt;br /&gt;</w:t>
        <w:br/>
        <w:t>а хоч би й міг — не хоче.</w:t>
      </w:r>
    </w:p>
    <w:p>
      <w:r>
        <w:br/>
        <w:t>Кассандра</w:t>
      </w:r>
    </w:p>
    <w:p>
      <w:r>
        <w:br/>
        <w:t>Ти сим словом&lt;br /&gt;</w:t>
        <w:br/>
        <w:t>на смерть почесну в Трої заслужив.</w:t>
      </w:r>
    </w:p>
    <w:p>
      <w:r>
        <w:br/>
        <w:t>Гелен</w:t>
      </w:r>
    </w:p>
    <w:p>
      <w:r>
        <w:br/>
        <w:t>Чого на смерть? Пусти його на волю,&lt;br /&gt;</w:t>
        <w:br/>
        <w:t>коли нема вини на ньому.</w:t>
      </w:r>
    </w:p>
    <w:p>
      <w:r>
        <w:br/>
        <w:t>Кассандра</w:t>
      </w:r>
    </w:p>
    <w:p>
      <w:r>
        <w:br/>
        <w:t>Брате,&lt;br /&gt;</w:t>
        <w:br/>
        <w:t>що єсть вина? Хіба гієна винна,&lt;br /&gt;</w:t>
        <w:br/>
        <w:t>що смертю й розпадом живитись мусить?</w:t>
      </w:r>
    </w:p>
    <w:p>
      <w:r>
        <w:br/>
        <w:t>Деїфоб</w:t>
      </w:r>
    </w:p>
    <w:p>
      <w:r>
        <w:br/>
        <w:t>Хіба ти знаєш заміри чужинця,&lt;br /&gt;</w:t>
        <w:br/>
        <w:t>що так його рівняєш до гієни?&lt;br /&gt;</w:t>
        <w:br/>
        <w:t>Коли ти знаєш, то скажи виразно,&lt;br /&gt;</w:t>
        <w:br/>
        <w:t>що саме він замислив нам на згубу.</w:t>
      </w:r>
    </w:p>
    <w:p>
      <w:r>
        <w:br/>
        <w:t>Кассандра</w:t>
      </w:r>
    </w:p>
    <w:p>
      <w:r>
        <w:br/>
        <w:t>Не знаю я нічого, тільки бачу&lt;br /&gt;</w:t>
        <w:br/>
        <w:t>кривий гієни погляд, тільки чую&lt;br /&gt;</w:t>
        <w:br/>
        <w:t>проникливий хижацький голос...&lt;br /&gt;</w:t>
        <w:br/>
        <w:t>(В раптовім нестямі).</w:t>
      </w:r>
    </w:p>
    <w:p>
      <w:r>
        <w:br/>
        <w:t>Ой!&lt;br /&gt;</w:t>
        <w:br/>
        <w:t>Гієни бродять по руїнах Трої&lt;br /&gt;</w:t>
        <w:br/>
        <w:t>і лижуть кров іще живу... гарячу...&lt;br /&gt;</w:t>
        <w:br/>
        <w:t>обнюхують ще не застиглі трупи&lt;br /&gt;</w:t>
        <w:br/>
        <w:t>і радо скиглять...</w:t>
      </w:r>
    </w:p>
    <w:p>
      <w:r>
        <w:br/>
        <w:t>(Стогнучи, закриває обличчя руками).</w:t>
      </w:r>
    </w:p>
    <w:p>
      <w:r>
        <w:br/>
        <w:t>Люди стоять у важкій мовчанці, далі починають перешіптуватись.&lt;br /&gt;</w:t>
        <w:br/>
        <w:t>Сінон тривожно оглядається на всі боки.</w:t>
      </w:r>
    </w:p>
    <w:p>
      <w:r>
        <w:br/>
        <w:t>Деїфоб</w:t>
      </w:r>
    </w:p>
    <w:p>
      <w:r>
        <w:br/>
        <w:t>(бере Кассандру за руку і потрясає. Стиха)</w:t>
      </w:r>
    </w:p>
    <w:p>
      <w:r>
        <w:br/>
        <w:t>Сестро, спам'ятайся!&lt;br /&gt;</w:t>
        <w:br/>
        <w:t>Доволі слів тих темних і страшних,&lt;br /&gt;</w:t>
        <w:br/>
        <w:t>що придавили люд, мов димна хмара.</w:t>
      </w:r>
    </w:p>
    <w:p>
      <w:r>
        <w:br/>
        <w:t>(Вголос).</w:t>
      </w:r>
    </w:p>
    <w:p>
      <w:r>
        <w:br/>
        <w:t>Коли гієну бачиш в сім чужинці,&lt;br /&gt;</w:t>
        <w:br/>
        <w:t>ну, що ж, убий його, ми не бороним.</w:t>
      </w:r>
    </w:p>
    <w:p>
      <w:r>
        <w:br/>
        <w:t>Гелен</w:t>
      </w:r>
    </w:p>
    <w:p>
      <w:r>
        <w:br/>
        <w:t>(подає їй жертовний меч)</w:t>
      </w:r>
    </w:p>
    <w:p>
      <w:r>
        <w:br/>
        <w:t>Ось маєш меч!</w:t>
      </w:r>
    </w:p>
    <w:p>
      <w:r>
        <w:br/>
        <w:t>Кассандра</w:t>
      </w:r>
    </w:p>
    <w:p>
      <w:r>
        <w:br/>
        <w:t>(збентежена)</w:t>
      </w:r>
    </w:p>
    <w:p>
      <w:r>
        <w:br/>
        <w:t>Ні, браття, я не вмію&lt;br /&gt;</w:t>
        <w:br/>
        <w:t>мечем владати.</w:t>
      </w:r>
    </w:p>
    <w:p>
      <w:r>
        <w:br/>
        <w:t>Гелен</w:t>
      </w:r>
    </w:p>
    <w:p>
      <w:r>
        <w:br/>
        <w:t>Жриця мусить вміти&lt;br /&gt;</w:t>
        <w:br/>
        <w:t>в потребі всяку жертву заколоти&lt;br /&gt;</w:t>
        <w:br/>
        <w:t>рукою власною.</w:t>
      </w:r>
    </w:p>
    <w:p>
      <w:r>
        <w:br/>
        <w:t>Кассандра</w:t>
      </w:r>
    </w:p>
    <w:p>
      <w:r>
        <w:br/>
        <w:t>Хіба се жертва?</w:t>
      </w:r>
    </w:p>
    <w:p>
      <w:r>
        <w:br/>
        <w:t>Гелен</w:t>
      </w:r>
    </w:p>
    <w:p>
      <w:r>
        <w:br/>
        <w:t>Се жертва прозорливості твоїй.</w:t>
      </w:r>
    </w:p>
    <w:p>
      <w:r>
        <w:br/>
        <w:t>Кассандра</w:t>
      </w:r>
    </w:p>
    <w:p>
      <w:r>
        <w:br/>
        <w:t>Чому ж ти сам сю жертву не заколеш?</w:t>
      </w:r>
    </w:p>
    <w:p>
      <w:r>
        <w:br/>
        <w:t>Гелен</w:t>
      </w:r>
    </w:p>
    <w:p>
      <w:r>
        <w:br/>
        <w:t>Сліпий наосліп лити кров не хоче.&lt;br /&gt;</w:t>
        <w:br/>
        <w:t>Нехай твоє видюще око править&lt;br /&gt;</w:t>
        <w:br/>
        <w:t>рукою певною. Єдине серце&lt;br /&gt;</w:t>
        <w:br/>
        <w:t>нехай наказує руці й очам.</w:t>
      </w:r>
    </w:p>
    <w:p>
      <w:r>
        <w:br/>
        <w:t>Деїфоб</w:t>
      </w:r>
    </w:p>
    <w:p>
      <w:r>
        <w:br/>
        <w:t>Хай буде так. Нехай хоч раз Кассандра&lt;br /&gt;</w:t>
        <w:br/>
        <w:t>не скаржиться на людську неймовірність.&lt;br /&gt;</w:t>
        <w:br/>
        <w:t>Коли не винен еллін, хай за кров&lt;br /&gt;</w:t>
        <w:br/>
        <w:t>спокутує Кассандра перед Зевсом,&lt;br /&gt;</w:t>
        <w:br/>
        <w:t>а людський суд мовчатиме тепер,&lt;br /&gt;</w:t>
        <w:br/>
        <w:t>за сеє ручить старший син Пріама.</w:t>
      </w:r>
    </w:p>
    <w:p>
      <w:r>
        <w:br/>
        <w:t>Гелен вкладає меч в руку Кассандрі. Кассандра мовчки бере меч.&lt;br /&gt;</w:t>
        <w:br/>
        <w:t>На знак Деїфобовий Сінона підводять ближче.</w:t>
      </w:r>
    </w:p>
    <w:p>
      <w:r>
        <w:br/>
        <w:t>Сінон</w:t>
      </w:r>
    </w:p>
    <w:p>
      <w:r>
        <w:br/>
        <w:t>(простягає до Кассандри зв'язані руки і падає на коліна)</w:t>
      </w:r>
    </w:p>
    <w:p>
      <w:r>
        <w:br/>
        <w:t>Пророчице!.. Ох, як благати маю&lt;br /&gt;</w:t>
        <w:br/>
        <w:t>негідний я пречистую тебе?&lt;br /&gt;</w:t>
        <w:br/>
        <w:t>Чужі тобі дрібні діла людськії,&lt;br /&gt;</w:t>
        <w:br/>
        <w:t>ти, богорівна, дивишся як Мойра&lt;br /&gt;</w:t>
        <w:br/>
        <w:t>на болі серця смертного, слабкого...&lt;br /&gt;</w:t>
        <w:br/>
        <w:t>Ще, може, горе кревної родини&lt;br /&gt;</w:t>
        <w:br/>
        <w:t>тобі, як і богам, святе здається,&lt;br /&gt;</w:t>
        <w:br/>
        <w:t>та я, нещасний, без родини в світі,&lt;br /&gt;</w:t>
        <w:br/>
        <w:t>я сирота, без матері, без батька,—&lt;br /&gt;</w:t>
        <w:br/>
        <w:t>признатись мушу, ти ж бо всевидюща...&lt;br /&gt;</w:t>
        <w:br/>
        <w:t>Єдину тільки маю наречену,&lt;br /&gt;</w:t>
        <w:br/>
        <w:t>вона мене кохає... О, я тямлю,&lt;br /&gt;</w:t>
        <w:br/>
        <w:t>для твого слуху сі слова — марниця...&lt;br /&gt;</w:t>
        <w:br/>
        <w:t>Коли б ти знала... Ох, коли б ти знала,&lt;br /&gt;</w:t>
        <w:br/>
        <w:t>як рветься серце з тяжкої розлуки&lt;br /&gt;</w:t>
        <w:br/>
        <w:t>і як душа вмирає від тривоги!..&lt;br /&gt;</w:t>
        <w:br/>
        <w:t>Серед троянок рух, зітхання, декотрі втирають сльози.</w:t>
      </w:r>
    </w:p>
    <w:p>
      <w:r>
        <w:br/>
        <w:t>Кассандра</w:t>
      </w:r>
    </w:p>
    <w:p>
      <w:r>
        <w:br/>
        <w:t>(хоче запанувати над власним зрушенням)</w:t>
      </w:r>
    </w:p>
    <w:p>
      <w:r>
        <w:br/>
        <w:t>Встань, елліне, і говори спокійно.</w:t>
      </w:r>
    </w:p>
    <w:p>
      <w:r>
        <w:br/>
        <w:t>Сінон</w:t>
      </w:r>
    </w:p>
    <w:p>
      <w:r>
        <w:br/>
        <w:t>(встав)</w:t>
      </w:r>
    </w:p>
    <w:p>
      <w:r>
        <w:br/>
        <w:t>Пробач мені, але про се спокійно&lt;br /&gt;</w:t>
        <w:br/>
        <w:t>уста мої не можуть говорити...&lt;br /&gt;</w:t>
        <w:br/>
        <w:t>прости, вони тремтять...</w:t>
      </w:r>
    </w:p>
    <w:p>
      <w:r>
        <w:br/>
        <w:t>(Закриває лице плащем і замовкає. Згодом одкривається і провадить далі).</w:t>
      </w:r>
    </w:p>
    <w:p>
      <w:r>
        <w:br/>
        <w:t>Чом я, бездольний,&lt;br /&gt;</w:t>
        <w:br/>
        <w:t>моєї Левкотеї не послухав?&lt;br /&gt;</w:t>
        <w:br/>
        <w:t>Тож так вона мене тоді благала,&lt;br /&gt;</w:t>
        <w:br/>
        <w:t>як я тепер тебе благаю ревне.&lt;br /&gt;</w:t>
        <w:br/>
        <w:t>"Ох, не вбивай мене! — вона взивала,—&lt;br /&gt;</w:t>
        <w:br/>
        <w:t>згляньсь на мої весняні молодощі!"&lt;br /&gt;</w:t>
        <w:br/>
        <w:t>Та я стояв, мов скеля, і дивився&lt;br /&gt;</w:t>
        <w:br/>
        <w:t>на чорний корабель, на темні хвилі.&lt;br /&gt;</w:t>
        <w:br/>
        <w:t>І крикнула до моря Левкотея:&lt;br /&gt;</w:t>
        <w:br/>
        <w:t>"Ой море, море! Ти жива розлуко!"&lt;br /&gt;</w:t>
        <w:br/>
        <w:t>[ безліч раз оті слова безумні,&lt;br /&gt;</w:t>
        <w:br/>
        <w:t>ридаючи, нещасна промовляла...&lt;br /&gt;</w:t>
        <w:br/>
        <w:t>І я їх чув, аж поки зашуміли&lt;br /&gt;</w:t>
        <w:br/>
        <w:t>навколо мене темні, чорні води...</w:t>
      </w:r>
    </w:p>
    <w:p>
      <w:r>
        <w:br/>
        <w:t>(Береться за еолову і тихим, немов далеким голосом квилить-&lt;br /&gt;</w:t>
        <w:br/>
        <w:t>промовляє).</w:t>
      </w:r>
    </w:p>
    <w:p>
      <w:r>
        <w:br/>
        <w:t>"Ой море, море! Ти жива розлуко!"...</w:t>
      </w:r>
    </w:p>
    <w:p>
      <w:r>
        <w:br/>
        <w:t>Кассандра</w:t>
      </w:r>
    </w:p>
    <w:p>
      <w:r>
        <w:br/>
        <w:t>(стурбована)</w:t>
      </w:r>
    </w:p>
    <w:p>
      <w:r>
        <w:br/>
        <w:t>Тебе лишили вмисне?</w:t>
      </w:r>
    </w:p>
    <w:p>
      <w:r>
        <w:br/>
        <w:t>Сінон</w:t>
      </w:r>
    </w:p>
    <w:p>
      <w:r>
        <w:br/>
        <w:t>(покірно)</w:t>
      </w:r>
    </w:p>
    <w:p>
      <w:r>
        <w:br/>
        <w:t>Так, царівно.</w:t>
      </w:r>
    </w:p>
    <w:p>
      <w:r>
        <w:br/>
        <w:t>Кассандра</w:t>
      </w:r>
    </w:p>
    <w:p>
      <w:r>
        <w:br/>
        <w:t>Навіщо?</w:t>
      </w:r>
    </w:p>
    <w:p>
      <w:r>
        <w:br/>
        <w:t>Сінон</w:t>
      </w:r>
    </w:p>
    <w:p>
      <w:r>
        <w:br/>
        <w:t>Ох, царівно, я не знаю!&lt;br /&gt;</w:t>
        <w:br/>
        <w:t>Мене лишили сонного. Прокинувсь —&lt;br /&gt;</w:t>
        <w:br/>
        <w:t>аж серед поля я, один як палець.&lt;br /&gt;</w:t>
        <w:br/>
        <w:t>Либонь, давно ще мав на мене гнів&lt;br /&gt;</w:t>
        <w:br/>
        <w:t>потужний Діомед, що я прилюдно&lt;br /&gt;</w:t>
        <w:br/>
        <w:t>безжалісним назвав його Хароном&lt;br /&gt;</w:t>
        <w:br/>
        <w:t>в той час, як він, а з ним ще наших двоє,&lt;br /&gt;</w:t>
        <w:br/>
        <w:t>розвідача троянського вбивали.</w:t>
      </w:r>
    </w:p>
    <w:p>
      <w:r>
        <w:br/>
        <w:t>Кассандра</w:t>
      </w:r>
    </w:p>
    <w:p>
      <w:r>
        <w:br/>
        <w:t>(напружено)</w:t>
      </w:r>
    </w:p>
    <w:p>
      <w:r>
        <w:br/>
        <w:t>Коли?</w:t>
      </w:r>
    </w:p>
    <w:p>
      <w:r>
        <w:br/>
        <w:t>Сінон</w:t>
      </w:r>
    </w:p>
    <w:p>
      <w:r>
        <w:br/>
        <w:t>Давно, пророчице, тоді ще&lt;br /&gt;</w:t>
        <w:br/>
        <w:t>Пелід наш був живий. Та пам'ятливий&lt;br /&gt;</w:t>
        <w:br/>
        <w:t>у гніві Діомед,— його вразило,&lt;br /&gt;</w:t>
        <w:br/>
        <w:t>що я насмів обороняти бранця,&lt;br /&gt;</w:t>
        <w:br/>
        <w:t>його рукою взятого на смерть.&lt;br /&gt;</w:t>
        <w:br/>
        <w:t>Але ж мені так жаль було троянця.&lt;br /&gt;</w:t>
        <w:br/>
        <w:t>Такий був молоденький і вродливий,&lt;br /&gt;</w:t>
        <w:br/>
        <w:t>так жалісно благав про милосердя...&lt;br /&gt;</w:t>
        <w:br/>
        <w:t>Ой горе! Так і я тепер благаю,&lt;br /&gt;</w:t>
        <w:br/>
        <w:t>та нікому за мене заступитись&lt;br /&gt;</w:t>
        <w:br/>
        <w:t>хоч би єдиним словом... Всі мовчать...&lt;br /&gt;</w:t>
        <w:br/>
        <w:t>Смерть неминуча... Нащо ж протягати&lt;br /&gt;</w:t>
        <w:br/>
        <w:t>остатні сі хвилини під мечем?!</w:t>
      </w:r>
    </w:p>
    <w:p>
      <w:r>
        <w:br/>
        <w:t>(Раптом падає на коліна і нахиляє голову).</w:t>
      </w:r>
    </w:p>
    <w:p>
      <w:r>
        <w:br/>
        <w:t>Спусти свій меч на мене, невблаганна!</w:t>
      </w:r>
    </w:p>
    <w:p>
      <w:r>
        <w:br/>
        <w:t>Кассандра</w:t>
      </w:r>
    </w:p>
    <w:p>
      <w:r>
        <w:br/>
        <w:t>Гелене, я не певна, може, справді&lt;br /&gt;</w:t>
        <w:br/>
        <w:t>не винен цей чужинець? Як гадаєш?</w:t>
      </w:r>
    </w:p>
    <w:p>
      <w:r>
        <w:br/>
        <w:t>Гелен</w:t>
      </w:r>
    </w:p>
    <w:p>
      <w:r>
        <w:br/>
        <w:t>Я, сестро, не вгадаю без пташок.</w:t>
      </w:r>
    </w:p>
    <w:p>
      <w:r>
        <w:br/>
        <w:t>Деїфоб</w:t>
      </w:r>
    </w:p>
    <w:p>
      <w:r>
        <w:br/>
        <w:t>А я дивуюся з твого вагання.&lt;br /&gt;</w:t>
        <w:br/>
        <w:t>Адже могла колись ти ціле військо&lt;br /&gt;</w:t>
        <w:br/>
        <w:t>людей невинних одіслать на страту&lt;br /&gt;</w:t>
        <w:br/>
        <w:t>єдиним словом,— і не жаль було.&lt;br /&gt;</w:t>
        <w:br/>
        <w:t>Так що ж тобі якийсь один чужинець?&lt;br /&gt;</w:t>
        <w:br/>
        <w:t>Невже він ласку заслужив у тебе&lt;br /&gt;</w:t>
        <w:br/>
        <w:t>заступництвом єдиним за троянця&lt;br /&gt;</w:t>
        <w:br/>
        <w:t>єдиного? Адже лідійське військо&lt;br /&gt;</w:t>
        <w:br/>
        <w:t>бажало врятувати цілу Трою&lt;br /&gt;</w:t>
        <w:br/>
        <w:t>і то від тебе ласки не зазнало.</w:t>
      </w:r>
    </w:p>
    <w:p>
      <w:r>
        <w:br/>
        <w:t>Кассандра</w:t>
      </w:r>
    </w:p>
    <w:p>
      <w:r>
        <w:br/>
        <w:t>(з розпучливим поривом здіймав вгору меч над Сіноном, але рука їй затремтіла, і вона повагом спускає меч, не зачепивши Сінона)</w:t>
      </w:r>
    </w:p>
    <w:p>
      <w:r>
        <w:br/>
        <w:t>Ти одібрав мені остатню силу&lt;br /&gt;</w:t>
        <w:br/>
        <w:t>тим спогадом... Пролита марне кров&lt;br /&gt;</w:t>
        <w:br/>
        <w:t>взиває до богів супроти мене...&lt;br /&gt;</w:t>
        <w:br/>
        <w:t>Багряна хмара насува на очі,&lt;br /&gt;</w:t>
        <w:br/>
        <w:t>на розум мій... Ох, непрозора хмара!</w:t>
      </w:r>
    </w:p>
    <w:p>
      <w:r>
        <w:br/>
        <w:t>(Меч випадає їй з рук).</w:t>
      </w:r>
    </w:p>
    <w:p>
      <w:r>
        <w:br/>
        <w:t>Рука моя зов'яла... серце всохло...&lt;br /&gt;</w:t>
        <w:br/>
        <w:t>тьма... тьма...</w:t>
      </w:r>
    </w:p>
    <w:p>
      <w:r>
        <w:br/>
        <w:t>(Хитається і падає на руки Геленові).</w:t>
      </w:r>
    </w:p>
    <w:p>
      <w:r>
        <w:br/>
        <w:t>Гелен</w:t>
      </w:r>
    </w:p>
    <w:p>
      <w:r>
        <w:br/>
        <w:t>Вона зомліла! Поможіте,&lt;br /&gt;</w:t>
        <w:br/>
        <w:t>троянки-сестри!</w:t>
      </w:r>
    </w:p>
    <w:p>
      <w:r>
        <w:br/>
        <w:t>Троянки несуть Кассандру в глибину храму.</w:t>
      </w:r>
    </w:p>
    <w:p>
      <w:r>
        <w:br/>
        <w:t>Гелен</w:t>
      </w:r>
    </w:p>
    <w:p>
      <w:r>
        <w:br/>
        <w:t>(до Сінона)</w:t>
      </w:r>
    </w:p>
    <w:p>
      <w:r>
        <w:br/>
        <w:t>Елліне, ти вільний,&lt;br /&gt;</w:t>
        <w:br/>
        <w:t>бо не хотять боги твоєї смерті.</w:t>
      </w:r>
    </w:p>
    <w:p>
      <w:r>
        <w:br/>
        <w:t>VIII</w:t>
      </w:r>
    </w:p>
    <w:p>
      <w:r>
        <w:br/>
        <w:t>Той самий майдан. Вечоріє. Ніч насувається швидко, темна, безмісячна, тільки зорі сяють, як буває в холодні вітряні ночі. На майдані поставлена сторожа: один вартовий коло царської брами, другий коло Скайської, третій коло храму, четвертий ходить навколо, вартує троянські оселі. Всі узброєні, як на війну. Сторожа який час вартує мовчки. З царського двору чутно відгуки музики і веселого бенкетного гомону.</w:t>
      </w:r>
    </w:p>
    <w:p>
      <w:r>
        <w:br/>
        <w:t>1-й вартовий</w:t>
      </w:r>
    </w:p>
    <w:p>
      <w:r>
        <w:br/>
        <w:t>(від царської брами)</w:t>
      </w:r>
    </w:p>
    <w:p>
      <w:r>
        <w:br/>
        <w:t>Ну, свято, братця!</w:t>
      </w:r>
    </w:p>
    <w:p>
      <w:r>
        <w:br/>
        <w:t>2-й вартовий</w:t>
      </w:r>
    </w:p>
    <w:p>
      <w:r>
        <w:br/>
        <w:t>(від Скайської брами)</w:t>
      </w:r>
    </w:p>
    <w:p>
      <w:r>
        <w:br/>
        <w:t>Та вже так, що свято!&lt;br /&gt;</w:t>
        <w:br/>
        <w:t>Хто п'є-гуляє, а сторожа стій&lt;br /&gt;</w:t>
        <w:br/>
        <w:t>і стережи, хто зна чого й від кого.</w:t>
      </w:r>
    </w:p>
    <w:p>
      <w:r>
        <w:br/>
        <w:t>3-й вартовий</w:t>
      </w:r>
    </w:p>
    <w:p>
      <w:r>
        <w:br/>
        <w:t>(від храму)</w:t>
      </w:r>
    </w:p>
    <w:p>
      <w:r>
        <w:br/>
        <w:t>Не стало Гектора, не стало й глузду.&lt;br /&gt;</w:t>
        <w:br/>
        <w:t>О, той не марнував би часу нам,&lt;br /&gt;</w:t>
        <w:br/>
        <w:t>не збиткувався б над підвладним людом,—&lt;br /&gt;</w:t>
        <w:br/>
        <w:t>сам був герой, та й іншим ціну знав,&lt;br /&gt;</w:t>
        <w:br/>
        <w:t>а сі...</w:t>
      </w:r>
    </w:p>
    <w:p>
      <w:r>
        <w:br/>
        <w:t>4-й вартовий</w:t>
      </w:r>
    </w:p>
    <w:p>
      <w:r>
        <w:br/>
        <w:t>(що ходить навколо, наближається до 3-го і каже нишком)</w:t>
      </w:r>
    </w:p>
    <w:p>
      <w:r>
        <w:br/>
        <w:t>Ти б трохи обережніш, брате,&lt;br /&gt;</w:t>
        <w:br/>
        <w:t>бо там Кассандра, їх сестра.</w:t>
      </w:r>
    </w:p>
    <w:p>
      <w:r>
        <w:br/>
        <w:t>3-й вартовий</w:t>
      </w:r>
    </w:p>
    <w:p>
      <w:r>
        <w:br/>
        <w:t>Дарма!&lt;br /&gt;</w:t>
        <w:br/>
        <w:t>Вона з братами — як вогонь з водою,&lt;br /&gt;</w:t>
        <w:br/>
        <w:t>така в їх згода.</w:t>
      </w:r>
    </w:p>
    <w:p>
      <w:r>
        <w:br/>
        <w:t>4-й вартовий</w:t>
      </w:r>
    </w:p>
    <w:p>
      <w:r>
        <w:br/>
        <w:t>Все ж одна родина!</w:t>
      </w:r>
    </w:p>
    <w:p>
      <w:r>
        <w:br/>
        <w:t>3-й вартовий</w:t>
      </w:r>
    </w:p>
    <w:p>
      <w:r>
        <w:br/>
        <w:t>Нехай би Гадес 12 їх усіх забрав!&lt;br /&gt;</w:t>
        <w:br/>
        <w:t>Увірились вони усі троянцям,&lt;br /&gt;</w:t>
        <w:br/>
        <w:t>а вже найгірш ота зловісна птиця,</w:t>
      </w:r>
    </w:p>
    <w:p>
      <w:r>
        <w:br/>
        <w:t>(киває на храм)</w:t>
      </w:r>
    </w:p>
    <w:p>
      <w:r>
        <w:br/>
        <w:t>все лихо з неї!</w:t>
      </w:r>
    </w:p>
    <w:p>
      <w:r>
        <w:br/>
        <w:t>4-й вартовий</w:t>
      </w:r>
    </w:p>
    <w:p>
      <w:r>
        <w:br/>
        <w:t>Цить! Паріс іде!</w:t>
      </w:r>
    </w:p>
    <w:p>
      <w:r>
        <w:br/>
        <w:t>Від царського двору наближаються Паріс і Сінон.</w:t>
      </w:r>
    </w:p>
    <w:p>
      <w:r>
        <w:br/>
        <w:t>Паріс</w:t>
      </w:r>
    </w:p>
    <w:p>
      <w:r>
        <w:br/>
        <w:t>(в святочній барвистій і вишиваній одежі, без зброї, на голові навколо червоного фрігійського шличка трояндовий вінок, з-під нього спадають на плечі довгі кучері).</w:t>
      </w:r>
    </w:p>
    <w:p>
      <w:r>
        <w:br/>
        <w:t>Ну що? Вартуєте? Брат Деїфоб&lt;br /&gt;</w:t>
        <w:br/>
        <w:t>мене прислай наглянути. Що ж — пильно,&lt;br /&gt;</w:t>
        <w:br/>
        <w:t>гаразд вартуєте?</w:t>
      </w:r>
    </w:p>
    <w:p>
      <w:r>
        <w:br/>
        <w:t>1-й вартовий</w:t>
      </w:r>
    </w:p>
    <w:p>
      <w:r>
        <w:br/>
        <w:t>(понуро)</w:t>
      </w:r>
    </w:p>
    <w:p>
      <w:r>
        <w:br/>
        <w:t>Та вжеж, вартуєм.</w:t>
      </w:r>
    </w:p>
    <w:p>
      <w:r>
        <w:br/>
        <w:t>Паріс</w:t>
      </w:r>
    </w:p>
    <w:p>
      <w:r>
        <w:br/>
        <w:t>Чого ж такі сумні?</w:t>
      </w:r>
    </w:p>
    <w:p>
      <w:r>
        <w:br/>
        <w:t>1-й вартовий</w:t>
      </w:r>
    </w:p>
    <w:p>
      <w:r>
        <w:br/>
        <w:t>Потіхи мало&lt;br /&gt;</w:t>
        <w:br/>
        <w:t>на-голодно й на-сухо тут стояти&lt;br /&gt;</w:t>
        <w:br/>
        <w:t>в святковий день.</w:t>
      </w:r>
    </w:p>
    <w:p>
      <w:r>
        <w:br/>
        <w:t>Паріс</w:t>
      </w:r>
    </w:p>
    <w:p>
      <w:r>
        <w:br/>
        <w:t>Се правда!.. Та пождіть,&lt;br /&gt;</w:t>
        <w:br/>
        <w:t>ми щось придумаєм...</w:t>
      </w:r>
    </w:p>
    <w:p>
      <w:r>
        <w:br/>
        <w:t>Кассандра</w:t>
      </w:r>
    </w:p>
    <w:p>
      <w:r>
        <w:br/>
        <w:t>(з храму)</w:t>
      </w:r>
    </w:p>
    <w:p>
      <w:r>
        <w:br/>
        <w:t>Пильнуй, стороже!</w:t>
      </w:r>
    </w:p>
    <w:p>
      <w:r>
        <w:br/>
        <w:t>Паріс</w:t>
      </w:r>
    </w:p>
    <w:p>
      <w:r>
        <w:br/>
        <w:t>(здригнувся)</w:t>
      </w:r>
    </w:p>
    <w:p>
      <w:r>
        <w:br/>
        <w:t>Що то таке?</w:t>
      </w:r>
    </w:p>
    <w:p>
      <w:r>
        <w:br/>
        <w:t>1-й вартовий</w:t>
      </w:r>
    </w:p>
    <w:p>
      <w:r>
        <w:br/>
        <w:t>Сестра твоя, Кассандра,&lt;br /&gt;</w:t>
        <w:br/>
        <w:t>вона пильнує там Палладіона.</w:t>
      </w:r>
    </w:p>
    <w:p>
      <w:r>
        <w:br/>
        <w:t>Паріс</w:t>
      </w:r>
    </w:p>
    <w:p>
      <w:r>
        <w:br/>
        <w:t>А, от що!&lt;br /&gt;</w:t>
        <w:br/>
        <w:t>(Здригається знов і неспокійно оглядається).&lt;br /&gt;</w:t>
        <w:br/>
        <w:t>Ох, яка холодна ніч!</w:t>
      </w:r>
    </w:p>
    <w:p>
      <w:r>
        <w:br/>
        <w:t>1-й вартовий</w:t>
      </w:r>
    </w:p>
    <w:p>
      <w:r>
        <w:br/>
        <w:t>З гір вітер, без вогню сутужно буде.</w:t>
      </w:r>
    </w:p>
    <w:p>
      <w:r>
        <w:br/>
        <w:t>Паріс</w:t>
      </w:r>
    </w:p>
    <w:p>
      <w:r>
        <w:br/>
        <w:t>А йдіть та принесіте дров сюди&lt;br /&gt;</w:t>
        <w:br/>
        <w:t>та розложіть вогонь.</w:t>
      </w:r>
    </w:p>
    <w:p>
      <w:r>
        <w:br/>
        <w:t>Ближчі вартові йдуть.</w:t>
      </w:r>
    </w:p>
    <w:p>
      <w:r>
        <w:br/>
        <w:t>Сінон</w:t>
      </w:r>
    </w:p>
    <w:p>
      <w:r>
        <w:br/>
        <w:t>Так, ніч холодна.</w:t>
      </w:r>
    </w:p>
    <w:p>
      <w:r>
        <w:br/>
        <w:t>Паріс загортається щільніше в плащ.</w:t>
      </w:r>
    </w:p>
    <w:p>
      <w:r>
        <w:br/>
        <w:t>Дружинонька твоя золотокудра,&lt;br /&gt;</w:t>
        <w:br/>
        <w:t>либонь, тепер багаття розпалила&lt;br /&gt;</w:t>
        <w:br/>
        <w:t>і пахощів насипала солодких,&lt;br /&gt;</w:t>
        <w:br/>
        <w:t>димок від курива, мов легка мрія,&lt;br /&gt;</w:t>
        <w:br/>
        <w:t>над сніжно-білим чолом ніжно в'ється.</w:t>
      </w:r>
    </w:p>
    <w:p>
      <w:r>
        <w:br/>
        <w:t>Паріс мовчить, розмарений, поглядає на царський двір.</w:t>
      </w:r>
    </w:p>
    <w:p>
      <w:r>
        <w:br/>
        <w:t>Тепер, либонь, ті світозорі очі&lt;br /&gt;</w:t>
        <w:br/>
        <w:t>сльозою пройнялись. Вона сама.&lt;br /&gt;</w:t>
        <w:br/>
        <w:t>Сидить, пряде і думоньку гадає,&lt;br /&gt;</w:t>
        <w:br/>
        <w:t>а ти то бенкетуєш, то вартуєш...</w:t>
      </w:r>
    </w:p>
    <w:p>
      <w:r>
        <w:br/>
        <w:t>Паріс</w:t>
      </w:r>
    </w:p>
    <w:p>
      <w:r>
        <w:br/>
        <w:t>(тихо, немов до себе, не дивлячись на Сінона)</w:t>
      </w:r>
    </w:p>
    <w:p>
      <w:r>
        <w:br/>
        <w:t>Чи є в тім глузд?.. Покинуть би се все...&lt;br /&gt;</w:t>
        <w:br/>
        <w:t>Ну, що тут станеться?..</w:t>
      </w:r>
    </w:p>
    <w:p>
      <w:r>
        <w:br/>
        <w:t>(Наміряється йти).</w:t>
      </w:r>
    </w:p>
    <w:p>
      <w:r>
        <w:br/>
        <w:t>Кассандра</w:t>
      </w:r>
    </w:p>
    <w:p>
      <w:r>
        <w:br/>
        <w:t>(з'являється на дверях)</w:t>
      </w:r>
    </w:p>
    <w:p>
      <w:r>
        <w:br/>
        <w:t>Стривай, Парісе!&lt;br /&gt;</w:t>
        <w:br/>
        <w:t>Куди ти йдеш?</w:t>
      </w:r>
    </w:p>
    <w:p>
      <w:r>
        <w:br/>
        <w:t>Паріс</w:t>
      </w:r>
    </w:p>
    <w:p>
      <w:r>
        <w:br/>
        <w:t>(збентежено)</w:t>
      </w:r>
    </w:p>
    <w:p>
      <w:r>
        <w:br/>
        <w:t>Я?.. По тепліший плащ...&lt;br /&gt;</w:t>
        <w:br/>
        <w:t>Холодна ніч...</w:t>
      </w:r>
    </w:p>
    <w:p>
      <w:r>
        <w:br/>
        <w:t>Кассандра</w:t>
      </w:r>
    </w:p>
    <w:p>
      <w:r>
        <w:br/>
        <w:t>Холодна, кажеш? Брате,&lt;br /&gt;</w:t>
        <w:br/>
        <w:t>даремне ти так холоду боїшся,&lt;br /&gt;</w:t>
        <w:br/>
        <w:t>не в тім твоя погибель.</w:t>
      </w:r>
    </w:p>
    <w:p>
      <w:r>
        <w:br/>
        <w:t>Паріс</w:t>
      </w:r>
    </w:p>
    <w:p>
      <w:r>
        <w:br/>
        <w:t>Ой Кассандро,&lt;br /&gt;</w:t>
        <w:br/>
        <w:t>коли вже ти покинеш тії речі&lt;br /&gt;</w:t>
        <w:br/>
        <w:t>про смерть, про горе, про погибель марну?&lt;br /&gt;</w:t>
        <w:br/>
        <w:t>Вже все скінчилось, і війна, і горе,&lt;br /&gt;</w:t>
        <w:br/>
        <w:t>час відпочити.</w:t>
      </w:r>
    </w:p>
    <w:p>
      <w:r>
        <w:br/>
        <w:t>Кассандра</w:t>
      </w:r>
    </w:p>
    <w:p>
      <w:r>
        <w:br/>
        <w:t>Як у тебе хутко&lt;br /&gt;</w:t>
        <w:br/>
        <w:t>скінчилось горе!.. Підійди, Парісе,&lt;br /&gt;</w:t>
        <w:br/>
        <w:t>і подивись туди.</w:t>
      </w:r>
    </w:p>
    <w:p>
      <w:r>
        <w:br/>
        <w:t>Паріс дає знак Сінонові, щоб той собі йшов, і підходить до Кассандри, вона показує йому рукою в долину, осяяну місяцем. Сінон виходить.</w:t>
      </w:r>
    </w:p>
    <w:p>
      <w:r>
        <w:br/>
        <w:t>Кассандра</w:t>
      </w:r>
    </w:p>
    <w:p>
      <w:r>
        <w:br/>
        <w:t>Що там на полі?</w:t>
      </w:r>
    </w:p>
    <w:p>
      <w:r>
        <w:br/>
        <w:t>Паріс</w:t>
      </w:r>
    </w:p>
    <w:p>
      <w:r>
        <w:br/>
        <w:t>Там? Там могила...</w:t>
      </w:r>
    </w:p>
    <w:p>
      <w:r>
        <w:br/>
        <w:t>Кассандра</w:t>
      </w:r>
    </w:p>
    <w:p>
      <w:r>
        <w:br/>
        <w:t>Ти забув чия?&lt;br /&gt;</w:t>
        <w:br/>
        <w:t>Паріс мовчить і спускає очі додолу.</w:t>
      </w:r>
    </w:p>
    <w:p>
      <w:r>
        <w:br/>
        <w:t>Під нею Гектор наш, троянська слава.</w:t>
      </w:r>
    </w:p>
    <w:p>
      <w:r>
        <w:br/>
        <w:t>Паріс</w:t>
      </w:r>
    </w:p>
    <w:p>
      <w:r>
        <w:br/>
        <w:t>Він вже давно поліг...</w:t>
      </w:r>
    </w:p>
    <w:p>
      <w:r>
        <w:br/>
        <w:t>Кассандра</w:t>
      </w:r>
    </w:p>
    <w:p>
      <w:r>
        <w:br/>
        <w:t>А ти зостався!&lt;br /&gt;</w:t>
        <w:br/>
        <w:t>То, значить, веселіться і радійте,&lt;br /&gt;</w:t>
        <w:br/>
        <w:t>троянські люди?</w:t>
      </w:r>
    </w:p>
    <w:p>
      <w:r>
        <w:br/>
        <w:t>Паріс</w:t>
      </w:r>
    </w:p>
    <w:p>
      <w:r>
        <w:br/>
        <w:t>Сестро, ти ніколи&lt;br /&gt;</w:t>
        <w:br/>
        <w:t>мене так тяжко не вражала словом.</w:t>
      </w:r>
    </w:p>
    <w:p>
      <w:r>
        <w:br/>
        <w:t>Кассандра</w:t>
      </w:r>
    </w:p>
    <w:p>
      <w:r>
        <w:br/>
        <w:t>Бо я тебе не бачила таким,&lt;br /&gt;</w:t>
        <w:br/>
        <w:t>як от тепер. Оті твої троянди&lt;br /&gt;</w:t>
        <w:br/>
        <w:t>мені вп'ялися в серце колючками&lt;br /&gt;</w:t>
        <w:br/>
        <w:t>і точать з нього кров.</w:t>
      </w:r>
    </w:p>
    <w:p>
      <w:r>
        <w:br/>
        <w:t>Паріс</w:t>
      </w:r>
    </w:p>
    <w:p>
      <w:r>
        <w:br/>
        <w:t>Кассандро!</w:t>
      </w:r>
    </w:p>
    <w:p>
      <w:r>
        <w:br/>
        <w:t>Кассандра</w:t>
      </w:r>
    </w:p>
    <w:p>
      <w:r>
        <w:br/>
        <w:t>Годі!&lt;br /&gt;</w:t>
        <w:br/>
        <w:t>Іди, іди до неї, осоружний,&lt;br /&gt;</w:t>
        <w:br/>
        <w:t>до чарівної, гарної Медузи,&lt;br /&gt;</w:t>
        <w:br/>
        <w:t>і скам'яній, упавши перед нею&lt;br /&gt;</w:t>
        <w:br/>
        <w:t>навколішки,— так наша слава впала.</w:t>
      </w:r>
    </w:p>
    <w:p>
      <w:r>
        <w:br/>
        <w:t>Паріс</w:t>
      </w:r>
    </w:p>
    <w:p>
      <w:r>
        <w:br/>
        <w:t>Чого ж упала? Ми перемогли!</w:t>
      </w:r>
    </w:p>
    <w:p>
      <w:r>
        <w:br/>
        <w:t>Кассандра</w:t>
      </w:r>
    </w:p>
    <w:p>
      <w:r>
        <w:br/>
        <w:t>Ти звеш се перемогою? Вся слава,&lt;br /&gt;</w:t>
        <w:br/>
        <w:t>вся наша честь погинула давно,&lt;br /&gt;</w:t>
        <w:br/>
        <w:t>зосталась тільки крадена Гелена&lt;br /&gt;</w:t>
        <w:br/>
        <w:t>та ще безглузда деревина. Справді,&lt;br /&gt;</w:t>
        <w:br/>
        <w:t>преславна перемога!</w:t>
      </w:r>
    </w:p>
    <w:p>
      <w:r>
        <w:br/>
        <w:t>Паріс</w:t>
      </w:r>
    </w:p>
    <w:p>
      <w:r>
        <w:br/>
        <w:t>Слухай, сестро,&lt;br /&gt;</w:t>
        <w:br/>
        <w:t>як ти мене затримала для того,&lt;br /&gt;</w:t>
        <w:br/>
        <w:t>щоб я такі слова приймав від тебе,&lt;br /&gt;</w:t>
        <w:br/>
        <w:t>то я на те не згоден.</w:t>
      </w:r>
    </w:p>
    <w:p>
      <w:r>
        <w:br/>
        <w:t>(Повертається, щоб іти).</w:t>
      </w:r>
    </w:p>
    <w:p>
      <w:r>
        <w:br/>
        <w:t>Кассандра</w:t>
      </w:r>
    </w:p>
    <w:p>
      <w:r>
        <w:br/>
        <w:t>Вжеж, іди!&lt;br /&gt;</w:t>
        <w:br/>
        <w:t>Нехай не кажуть люди, що даремне&lt;br /&gt;</w:t>
        <w:br/>
        <w:t>загинула троянська сила й слава.&lt;br /&gt;</w:t>
        <w:br/>
        <w:t>Нехай П а р і с уп'ється тим коханням,&lt;br /&gt;</w:t>
        <w:br/>
        <w:t>що ми за нього ходим у жалобі,&lt;br /&gt;</w:t>
        <w:br/>
        <w:t>нехай тим щастям серце навтішає,&lt;br /&gt;</w:t>
        <w:br/>
        <w:t>що ми за нього заплатили горем&lt;br /&gt;</w:t>
        <w:br/>
        <w:t>довічним! Се ж була мета преславна&lt;br /&gt;</w:t>
        <w:br/>
        <w:t>війни згубливої. Так доверши&lt;br /&gt;</w:t>
        <w:br/>
        <w:t>величну перемогу край Гелени&lt;br /&gt;</w:t>
        <w:br/>
        <w:t>в розкішнім гінекеї!</w:t>
      </w:r>
    </w:p>
    <w:p>
      <w:r>
        <w:br/>
        <w:t>Паріс, налагодившись було йти, при перших словах Кассандри спинився і стоїть в нерішучості.</w:t>
      </w:r>
    </w:p>
    <w:p>
      <w:r>
        <w:br/>
        <w:t>Де твій меч?</w:t>
      </w:r>
    </w:p>
    <w:p>
      <w:r>
        <w:br/>
        <w:t>Паріс</w:t>
      </w:r>
    </w:p>
    <w:p>
      <w:r>
        <w:br/>
        <w:t>Нащо той меч?</w:t>
      </w:r>
    </w:p>
    <w:p>
      <w:r>
        <w:br/>
        <w:t>Кассандра</w:t>
      </w:r>
    </w:p>
    <w:p>
      <w:r>
        <w:br/>
        <w:t>Узброєний ти досить&lt;br /&gt;</w:t>
        <w:br/>
        <w:t>шличком червоним, вишитим хітоном,&lt;br /&gt;</w:t>
        <w:br/>
        <w:t>трояндами та чорними очима?&lt;br /&gt;</w:t>
        <w:br/>
        <w:t>Для перемог твоїх сього доволі?</w:t>
      </w:r>
    </w:p>
    <w:p>
      <w:r>
        <w:br/>
        <w:t>Паріс</w:t>
      </w:r>
    </w:p>
    <w:p>
      <w:r>
        <w:br/>
        <w:t>(спалахнувши)</w:t>
      </w:r>
    </w:p>
    <w:p>
      <w:r>
        <w:br/>
        <w:t>А для твоїх, скажи, чого бракує?&lt;br /&gt;</w:t>
        <w:br/>
        <w:t>Спитав би й я: Кассандро, де твій меч?&lt;br /&gt;</w:t>
        <w:br/>
        <w:t>Адже в твоїх руках він був сьогодні,&lt;br /&gt;</w:t>
        <w:br/>
        <w:t>чи ти ним запобігла честі й слави?&lt;br /&gt;</w:t>
        <w:br/>
        <w:t>Мовчиш, проречиста, забракло мови!</w:t>
      </w:r>
    </w:p>
    <w:p>
      <w:r>
        <w:br/>
        <w:t>Кассандра</w:t>
      </w:r>
    </w:p>
    <w:p>
      <w:r>
        <w:br/>
        <w:t>(мов прибита)</w:t>
      </w:r>
    </w:p>
    <w:p>
      <w:r>
        <w:br/>
        <w:t>Прости, мій брате... правда... що ж... іди...</w:t>
      </w:r>
    </w:p>
    <w:p>
      <w:r>
        <w:br/>
        <w:t>Паріс</w:t>
      </w:r>
    </w:p>
    <w:p>
      <w:r>
        <w:br/>
        <w:t>(з дитячою радістю, забувши гнів)</w:t>
      </w:r>
    </w:p>
    <w:p>
      <w:r>
        <w:br/>
        <w:t>Так, я піду... Я ненадовго, справді...&lt;br /&gt;</w:t>
        <w:br/>
        <w:t>Ні, ти не думай...</w:t>
      </w:r>
    </w:p>
    <w:p>
      <w:r>
        <w:br/>
        <w:t>(Вже на ході)</w:t>
      </w:r>
    </w:p>
    <w:p>
      <w:r>
        <w:br/>
        <w:t>я піду по плащ,&lt;br /&gt;</w:t>
        <w:br/>
        <w:t>бо холодно... я хутко повернуся...</w:t>
      </w:r>
    </w:p>
    <w:p>
      <w:r>
        <w:br/>
        <w:t>(Дедалі все прискорює ходу і хутко зникає в брамі царського двору).&lt;br /&gt;</w:t>
        <w:br/>
        <w:t>Кассандра іде в храм і засовує за собою завісу на храмовім вході.</w:t>
      </w:r>
    </w:p>
    <w:p>
      <w:r>
        <w:br/>
        <w:t>Чутно голос флейти, бренькіт кітари і співи. Незабаром з'являється Сінон з флейтистом і кітаристом, що несуть удвох велику амфору вина. Сінон з кошиком овочів та з фіалом коло пояса, сам уквітчаний і на руці має скілька вінків. З другого боку йдуть з дровами та з частками м'яса вартові, розпалюють перед храмом вогонь і заходжуються пекти м'ясо. Музики установляють амфору, вгородивши її в пісок, і лагодяться грати.</w:t>
      </w:r>
    </w:p>
    <w:p>
      <w:r>
        <w:br/>
        <w:t>Сінон</w:t>
      </w:r>
    </w:p>
    <w:p>
      <w:r>
        <w:br/>
        <w:t>(співає, флейтист і кітарист приграють)</w:t>
      </w:r>
    </w:p>
    <w:p>
      <w:r>
        <w:br/>
        <w:t>На полях Асфоделонських 13,&lt;br /&gt;</w:t>
        <w:br/>
        <w:t>на долині Єлісейській 14&lt;br /&gt;</w:t>
        <w:br/>
        <w:t>ходять славою повиті&lt;br /&gt;</w:t>
        <w:br/>
        <w:t>тіні згублених героїв,&lt;br /&gt;</w:t>
        <w:br/>
        <w:t>та чого ж вони сумні?</w:t>
      </w:r>
    </w:p>
    <w:p>
      <w:r>
        <w:br/>
        <w:t>Хор вартових</w:t>
      </w:r>
    </w:p>
    <w:p>
      <w:r>
        <w:br/>
        <w:t>На полях Асфоделонських,&lt;br /&gt;</w:t>
        <w:br/>
        <w:t>на долині Єлісейській&lt;br /&gt;</w:t>
        <w:br/>
        <w:t>не цвітуть квітки.</w:t>
      </w:r>
    </w:p>
    <w:p>
      <w:r>
        <w:br/>
        <w:t>Посеред співу 3-й вартовий сам одв'язує від Сінонового пояса фіал і починає пити, далі частує інших.</w:t>
      </w:r>
    </w:p>
    <w:p>
      <w:r>
        <w:br/>
        <w:t>Сінон</w:t>
      </w:r>
    </w:p>
    <w:p>
      <w:r>
        <w:br/>
        <w:t>(співає)</w:t>
      </w:r>
    </w:p>
    <w:p>
      <w:r>
        <w:br/>
        <w:t>Понад Стіксом каламутним,&lt;br /&gt;</w:t>
        <w:br/>
        <w:t>понад Летою важкою&lt;br /&gt;</w:t>
        <w:br/>
        <w:t>ходять лаврами вінчані&lt;br /&gt;</w:t>
        <w:br/>
        <w:t>тіні наших незабутніх,&lt;br /&gt;</w:t>
        <w:br/>
        <w:t>та чого ж вони сумні?</w:t>
      </w:r>
    </w:p>
    <w:p>
      <w:r>
        <w:br/>
        <w:t>Хор</w:t>
      </w:r>
    </w:p>
    <w:p>
      <w:r>
        <w:br/>
        <w:t>Бо у Стіксі каламутнім,&lt;br /&gt;</w:t>
        <w:br/>
        <w:t>бо у Леті сумовитій&lt;br /&gt;</w:t>
        <w:br/>
        <w:t>не вино — вода.</w:t>
      </w:r>
    </w:p>
    <w:p>
      <w:r>
        <w:br/>
        <w:t>Сінон</w:t>
      </w:r>
    </w:p>
    <w:p>
      <w:r>
        <w:br/>
        <w:t>(співає)</w:t>
      </w:r>
    </w:p>
    <w:p>
      <w:r>
        <w:br/>
        <w:t>Там у Гадеса в палатах,&lt;br /&gt;</w:t>
        <w:br/>
        <w:t>перед троном Персефони 15&lt;br /&gt;</w:t>
        <w:br/>
        <w:t>поставали в вічній славі&lt;br /&gt;</w:t>
        <w:br/>
        <w:t>тіні наших оборонців,&lt;br /&gt;</w:t>
        <w:br/>
        <w:t>та чого ж вони сумні?</w:t>
      </w:r>
    </w:p>
    <w:p>
      <w:r>
        <w:br/>
        <w:t>Хор</w:t>
      </w:r>
    </w:p>
    <w:p>
      <w:r>
        <w:br/>
        <w:t>Бо у Гадеса в палатах,&lt;br /&gt;</w:t>
        <w:br/>
        <w:t>перед троном Персефони&lt;br /&gt;</w:t>
        <w:br/>
        <w:t>не бринять пісні.</w:t>
      </w:r>
    </w:p>
    <w:p>
      <w:r>
        <w:br/>
        <w:t>1-й вартовий</w:t>
      </w:r>
    </w:p>
    <w:p>
      <w:r>
        <w:br/>
        <w:t>(співає грубим голосом і невлад)</w:t>
      </w:r>
    </w:p>
    <w:p>
      <w:r>
        <w:br/>
        <w:t>Понад берегом Кокіта 16&lt;br /&gt;</w:t>
        <w:br/>
        <w:t>ходять смутнії герої,&lt;br /&gt;</w:t>
        <w:br/>
        <w:t>в'ється дим від наших жертов,&lt;br /&gt;</w:t>
        <w:br/>
        <w:t>ллється кров від гекатомб,&lt;br /&gt;</w:t>
        <w:br/>
        <w:t>та чого ж вони сумують?&lt;br /&gt;</w:t>
        <w:br/>
        <w:t>(Гукає).</w:t>
      </w:r>
    </w:p>
    <w:p>
      <w:r>
        <w:br/>
        <w:t>Гей, антистрофу!</w:t>
      </w:r>
    </w:p>
    <w:p>
      <w:r>
        <w:br/>
        <w:t>Кітарист</w:t>
      </w:r>
    </w:p>
    <w:p>
      <w:r>
        <w:br/>
        <w:t>Одчепись, не хочуІ</w:t>
      </w:r>
    </w:p>
    <w:p>
      <w:r>
        <w:br/>
        <w:t>1-й вартовий</w:t>
      </w:r>
    </w:p>
    <w:p>
      <w:r>
        <w:br/>
        <w:t>(співає далі сам)</w:t>
      </w:r>
    </w:p>
    <w:p>
      <w:r>
        <w:br/>
        <w:t>Бо немає сала-м'яса,&lt;br /&gt;</w:t>
        <w:br/>
        <w:t>ані ситого стегенця,&lt;br /&gt;</w:t>
        <w:br/>
        <w:t>тільки дим та кров.</w:t>
      </w:r>
    </w:p>
    <w:p>
      <w:r>
        <w:br/>
        <w:t>5-й вартовий</w:t>
      </w:r>
    </w:p>
    <w:p>
      <w:r>
        <w:br/>
        <w:t>Щось не під лад.</w:t>
      </w:r>
    </w:p>
    <w:p>
      <w:r>
        <w:br/>
        <w:t>1-й вартовий</w:t>
      </w:r>
    </w:p>
    <w:p>
      <w:r>
        <w:br/>
        <w:t>Дарма, аби до речі!</w:t>
      </w:r>
    </w:p>
    <w:p>
      <w:r>
        <w:br/>
        <w:t>Сінон</w:t>
      </w:r>
    </w:p>
    <w:p>
      <w:r>
        <w:br/>
        <w:t>Сідай, браття, до вогню хутенько.&lt;br /&gt;</w:t>
        <w:br/>
        <w:t>Хвала богам, ще ж ми на сьому світі,&lt;br /&gt;</w:t>
        <w:br/>
        <w:t>ще є вина, пісень, квіток доволі.</w:t>
      </w:r>
    </w:p>
    <w:p>
      <w:r>
        <w:br/>
        <w:t>1-й вартовий</w:t>
      </w:r>
    </w:p>
    <w:p>
      <w:r>
        <w:br/>
        <w:t>Та ще й м'ясця!</w:t>
      </w:r>
    </w:p>
    <w:p>
      <w:r>
        <w:br/>
        <w:t>(Заходжується коло печива).</w:t>
      </w:r>
    </w:p>
    <w:p>
      <w:r>
        <w:br/>
        <w:t>Сінон</w:t>
      </w:r>
    </w:p>
    <w:p>
      <w:r>
        <w:br/>
        <w:t>(роздає всім вінки, а 1-му, що порається коло печені, сам насуває вінок на голову)</w:t>
      </w:r>
    </w:p>
    <w:p>
      <w:r>
        <w:br/>
        <w:t>Налийте ж і мені.&lt;br /&gt;</w:t>
        <w:br/>
        <w:t>(Йому наливають, він п'є. До 2-го вартового).</w:t>
      </w:r>
    </w:p>
    <w:p>
      <w:r>
        <w:br/>
        <w:t>А ти чому не п'єш? Хіба не смачно?</w:t>
      </w:r>
    </w:p>
    <w:p>
      <w:r>
        <w:br/>
        <w:t>2-й вартовий</w:t>
      </w:r>
    </w:p>
    <w:p>
      <w:r>
        <w:br/>
        <w:t>(нерішучо)</w:t>
      </w:r>
    </w:p>
    <w:p>
      <w:r>
        <w:br/>
        <w:t>Нема води...</w:t>
      </w:r>
    </w:p>
    <w:p>
      <w:r>
        <w:br/>
        <w:t>3-й вартовий</w:t>
      </w:r>
    </w:p>
    <w:p>
      <w:r>
        <w:br/>
        <w:t>Та нащо там вода?&lt;br /&gt;</w:t>
        <w:br/>
        <w:t>Сьогодні й чисте можна пить! Гуляймо!</w:t>
      </w:r>
    </w:p>
    <w:p>
      <w:r>
        <w:br/>
        <w:t>2-й вартовий</w:t>
      </w:r>
    </w:p>
    <w:p>
      <w:r>
        <w:br/>
        <w:t>Та чисте дуже в голову вступає...</w:t>
      </w:r>
    </w:p>
    <w:p>
      <w:r>
        <w:br/>
        <w:t>3-й вартовий</w:t>
      </w:r>
    </w:p>
    <w:p>
      <w:r>
        <w:br/>
        <w:t>Іще чого! Ну, то не пий зовсім!&lt;br /&gt;</w:t>
        <w:br/>
        <w:t>Іди вартуй, як сказано, на брамі.</w:t>
      </w:r>
    </w:p>
    <w:p>
      <w:r>
        <w:br/>
        <w:t>2-й вартовий</w:t>
      </w:r>
    </w:p>
    <w:p>
      <w:r>
        <w:br/>
        <w:t>Який розумний!</w:t>
      </w:r>
    </w:p>
    <w:p>
      <w:r>
        <w:br/>
        <w:t>3-й вартовий</w:t>
      </w:r>
    </w:p>
    <w:p>
      <w:r>
        <w:br/>
        <w:t>То мовчи та й пий,&lt;br /&gt;</w:t>
        <w:br/>
        <w:t>коли дають.</w:t>
      </w:r>
    </w:p>
    <w:p>
      <w:r>
        <w:br/>
        <w:t>2-й вартовий п'є, фіал знов наповняють, і він переходить з рук у руки.</w:t>
      </w:r>
    </w:p>
    <w:p>
      <w:r>
        <w:br/>
        <w:t>3-й вартовий</w:t>
      </w:r>
    </w:p>
    <w:p>
      <w:r>
        <w:br/>
        <w:t>Ну, що ж один фіал?&lt;br /&gt;</w:t>
        <w:br/>
        <w:t>Марудно се, черги тієї ждати.</w:t>
      </w:r>
    </w:p>
    <w:p>
      <w:r>
        <w:br/>
        <w:t>4-й вартовий</w:t>
      </w:r>
    </w:p>
    <w:p>
      <w:r>
        <w:br/>
        <w:t>(сміється)&lt;br /&gt;</w:t>
        <w:br/>
        <w:t>Хіба піди в Кассандри попроси&lt;br /&gt;</w:t>
        <w:br/>
        <w:t>жертовних чаш. Он там вона, у храмі.</w:t>
      </w:r>
    </w:p>
    <w:p>
      <w:r>
        <w:br/>
        <w:t>Голос К а с с а н д р и</w:t>
      </w:r>
    </w:p>
    <w:p>
      <w:r>
        <w:br/>
        <w:t>(з храму)&lt;br /&gt;</w:t>
        <w:br/>
        <w:t>Вартуй, стороже!</w:t>
      </w:r>
    </w:p>
    <w:p>
      <w:r>
        <w:br/>
        <w:t>1-й вартовий</w:t>
      </w:r>
    </w:p>
    <w:p>
      <w:r>
        <w:br/>
        <w:t>Бач, сама озвалась!&lt;br /&gt;</w:t>
        <w:br/>
        <w:t>Пожди, царівно, хай спечем печеню,&lt;br /&gt;</w:t>
        <w:br/>
        <w:t>тоді й тобі дамо.</w:t>
      </w:r>
    </w:p>
    <w:p>
      <w:r>
        <w:br/>
        <w:t>Сміються всі.</w:t>
      </w:r>
    </w:p>
    <w:p>
      <w:r>
        <w:br/>
        <w:t>3-й вартовий</w:t>
      </w:r>
    </w:p>
    <w:p>
      <w:r>
        <w:br/>
        <w:t>Ба, догадався!&lt;br /&gt;</w:t>
        <w:br/>
        <w:t>(Здіймає а голови шолом, наливає вина й п'є).</w:t>
      </w:r>
    </w:p>
    <w:p>
      <w:r>
        <w:br/>
        <w:t>Чим не фіал?&lt;br /&gt;</w:t>
        <w:br/>
        <w:t>За його прикладом інші роблять так само.</w:t>
      </w:r>
    </w:p>
    <w:p>
      <w:r>
        <w:br/>
        <w:t>1-й вартовий</w:t>
      </w:r>
    </w:p>
    <w:p>
      <w:r>
        <w:br/>
        <w:t>Розумний, що й казати!&lt;br /&gt;</w:t>
        <w:br/>
        <w:t>Ось і печеня, їжте, милі браття.</w:t>
      </w:r>
    </w:p>
    <w:p>
      <w:r>
        <w:br/>
        <w:t>(Здіймає один шмат із списа і ділить мечем кожному по шматочку).</w:t>
      </w:r>
    </w:p>
    <w:p>
      <w:r>
        <w:br/>
        <w:t>2-й вартовий</w:t>
      </w:r>
    </w:p>
    <w:p>
      <w:r>
        <w:br/>
        <w:t>(їсть)</w:t>
      </w:r>
    </w:p>
    <w:p>
      <w:r>
        <w:br/>
        <w:t>Сиренька, та дарма, аби гаряча.</w:t>
      </w:r>
    </w:p>
    <w:p>
      <w:r>
        <w:br/>
        <w:t>Сінон</w:t>
      </w:r>
    </w:p>
    <w:p>
      <w:r>
        <w:br/>
        <w:t>Ось на перчину, трохи посмачи.</w:t>
      </w:r>
    </w:p>
    <w:p>
      <w:r>
        <w:br/>
        <w:t>2-й вартовий</w:t>
      </w:r>
    </w:p>
    <w:p>
      <w:r>
        <w:br/>
        <w:t>Пектиме дуже.</w:t>
      </w:r>
    </w:p>
    <w:p>
      <w:r>
        <w:br/>
        <w:t>3-й вартовий</w:t>
      </w:r>
    </w:p>
    <w:p>
      <w:r>
        <w:br/>
        <w:t>То вином пригасиш,—&lt;br /&gt;</w:t>
        <w:br/>
        <w:t>амфора не мала!</w:t>
      </w:r>
    </w:p>
    <w:p>
      <w:r>
        <w:br/>
        <w:t>4-й вартовий</w:t>
      </w:r>
    </w:p>
    <w:p>
      <w:r>
        <w:br/>
        <w:t>А як не стане,&lt;br /&gt;</w:t>
        <w:br/>
        <w:t>добудем другу.</w:t>
      </w:r>
    </w:p>
    <w:p>
      <w:r>
        <w:br/>
        <w:t>їдять м'ясо, ватуючи мечами, їдять садовину і п'ють шоломами вино, дедалі помітно вино починає іх розбирати. Музики тим часом грають.</w:t>
      </w:r>
    </w:p>
    <w:p>
      <w:r>
        <w:br/>
        <w:t>2-й вартовий</w:t>
      </w:r>
    </w:p>
    <w:p>
      <w:r>
        <w:br/>
        <w:t>Ви б іще співали.</w:t>
      </w:r>
    </w:p>
    <w:p>
      <w:r>
        <w:br/>
        <w:t>3-й вартовий</w:t>
      </w:r>
    </w:p>
    <w:p>
      <w:r>
        <w:br/>
        <w:t>А ти?</w:t>
      </w:r>
    </w:p>
    <w:p>
      <w:r>
        <w:br/>
        <w:t>2-й вартовий</w:t>
      </w:r>
    </w:p>
    <w:p>
      <w:r>
        <w:br/>
        <w:t>Та я за вами, сам не вмію.</w:t>
      </w:r>
    </w:p>
    <w:p>
      <w:r>
        <w:br/>
        <w:t>Сінон заграє у флейту, потім передає її флейтистові, той провадить далі, кітарист підхоплює, інші вступають співом.</w:t>
      </w:r>
    </w:p>
    <w:p>
      <w:r>
        <w:br/>
        <w:t>Над річкою сад-виноград повився,&lt;br /&gt;</w:t>
        <w:br/>
        <w:t>ой саде-винограде!&lt;br /&gt;</w:t>
        <w:br/>
        <w:t>Як буде йти до річки Левкотеї,&lt;br /&gt;</w:t>
        <w:br/>
        <w:t>обвий її, мій друже кучерявий...</w:t>
      </w:r>
    </w:p>
    <w:p>
      <w:r>
        <w:br/>
        <w:t>1-й вартовий</w:t>
      </w:r>
    </w:p>
    <w:p>
      <w:r>
        <w:br/>
        <w:t>Ет, се нудна!</w:t>
      </w:r>
    </w:p>
    <w:p>
      <w:r>
        <w:br/>
        <w:t>Кітарист</w:t>
      </w:r>
    </w:p>
    <w:p>
      <w:r>
        <w:br/>
        <w:t>А ти ж якої хочеш?</w:t>
      </w:r>
    </w:p>
    <w:p>
      <w:r>
        <w:br/>
        <w:t>1-й вартовий</w:t>
      </w:r>
    </w:p>
    <w:p>
      <w:r>
        <w:br/>
        <w:t>(співає без музики, недоладним речитативом)</w:t>
      </w:r>
    </w:p>
    <w:p>
      <w:r>
        <w:br/>
        <w:t>Жінки гляди не гляди,&lt;br /&gt;</w:t>
        <w:br/>
        <w:t>не вбережеш, дарма праця,&lt;br /&gt;</w:t>
        <w:br/>
        <w:t>будь ти хоч богом олімпським,&lt;br /&gt;</w:t>
        <w:br/>
        <w:t>мов кривоногий Гефест!17</w:t>
      </w:r>
    </w:p>
    <w:p>
      <w:r>
        <w:br/>
        <w:t>(Хитнувшись, спотикається і падає додолу. Мугикає ще разів два, мов пригадуючи).</w:t>
      </w:r>
    </w:p>
    <w:p>
      <w:r>
        <w:br/>
        <w:t>Мов кривоногий Гефест... кривоногий Гефест...&lt;br /&gt;</w:t>
        <w:br/>
        <w:t>(Далі мовкне й засипляє).</w:t>
      </w:r>
    </w:p>
    <w:p>
      <w:r>
        <w:br/>
        <w:t>2-й вартовий</w:t>
      </w:r>
    </w:p>
    <w:p>
      <w:r>
        <w:br/>
        <w:t>От так весела пісня!</w:t>
      </w:r>
    </w:p>
    <w:p>
      <w:r>
        <w:br/>
        <w:t>3-й вартовий</w:t>
      </w:r>
    </w:p>
    <w:p>
      <w:r>
        <w:br/>
        <w:t>На добраніч!</w:t>
      </w:r>
    </w:p>
    <w:p>
      <w:r>
        <w:br/>
        <w:t>П'ють далі. Флейтист і кітарист грають тим часом без співів. Дедалі всі, окрім музик, зморені вином, вкладаються долі навколо вогню і засипляють. Сінон теж удає, ніби спить.</w:t>
      </w:r>
    </w:p>
    <w:p>
      <w:r>
        <w:br/>
        <w:t>Флейтист</w:t>
      </w:r>
    </w:p>
    <w:p>
      <w:r>
        <w:br/>
        <w:t>(перестає грати)</w:t>
      </w:r>
    </w:p>
    <w:p>
      <w:r>
        <w:br/>
        <w:t>От і поснули! Що його робити?</w:t>
      </w:r>
    </w:p>
    <w:p>
      <w:r>
        <w:br/>
        <w:t>Кітарист</w:t>
      </w:r>
    </w:p>
    <w:p>
      <w:r>
        <w:br/>
        <w:t>Собі заснути.</w:t>
      </w:r>
    </w:p>
    <w:p>
      <w:r>
        <w:br/>
        <w:t>Флейтист</w:t>
      </w:r>
    </w:p>
    <w:p>
      <w:r>
        <w:br/>
        <w:t>Ні, ходім на бенкет.&lt;br /&gt;</w:t>
        <w:br/>
        <w:t>Допивають удвох решту вина і йдуть до царського двору.</w:t>
      </w:r>
    </w:p>
    <w:p>
      <w:r>
        <w:br/>
        <w:t>На сцені який час тихо, всі сплять, тільки здалека чути відгуки музик, пісень, гомону веселого.</w:t>
      </w:r>
    </w:p>
    <w:p>
      <w:r>
        <w:br/>
        <w:t>Голос Кассандри</w:t>
      </w:r>
    </w:p>
    <w:p>
      <w:r>
        <w:br/>
        <w:t>(з храму)</w:t>
      </w:r>
    </w:p>
    <w:p>
      <w:r>
        <w:br/>
        <w:t>Чувай, стороже!</w:t>
      </w:r>
    </w:p>
    <w:p>
      <w:r>
        <w:br/>
        <w:t>Повна тиша. Відгуки затихають. Сінон помалу підводиться і сторожко оглядається навколо.</w:t>
      </w:r>
    </w:p>
    <w:p>
      <w:r>
        <w:br/>
        <w:t>Голос Кассандри</w:t>
      </w:r>
    </w:p>
    <w:p>
      <w:r>
        <w:br/>
        <w:t>Гей, чатуй! вартуй!</w:t>
      </w:r>
    </w:p>
    <w:p>
      <w:r>
        <w:br/>
        <w:t>Сінон зривається, біжить до царського двору і зникає в брамі.</w:t>
      </w:r>
    </w:p>
    <w:p>
      <w:r>
        <w:br/>
        <w:t>Кассандра</w:t>
      </w:r>
    </w:p>
    <w:p>
      <w:r>
        <w:br/>
        <w:t>(на дверях храму)</w:t>
      </w:r>
    </w:p>
    <w:p>
      <w:r>
        <w:br/>
        <w:t>Не спи, стороже!</w:t>
      </w:r>
    </w:p>
    <w:p>
      <w:r>
        <w:br/>
        <w:t>(Завважив сплячих вартових).</w:t>
      </w:r>
    </w:p>
    <w:p>
      <w:r>
        <w:br/>
        <w:t>Пробі, вартові!</w:t>
      </w:r>
    </w:p>
    <w:p>
      <w:r>
        <w:br/>
        <w:t>(Кассандра зіходить до вартових і пробує їх побудити, дехто з них ворушиться, бурмотить щось невиразне, але жоден не має сили прокинутись. Кассандра подається до царського двору, волаючи)</w:t>
      </w:r>
    </w:p>
    <w:p>
      <w:r>
        <w:br/>
        <w:t>Гей, хто живий?&lt;br /&gt;</w:t>
        <w:br/>
        <w:t>Гей, хто живий? Троянці!</w:t>
      </w:r>
    </w:p>
    <w:p>
      <w:r>
        <w:br/>
        <w:t>Назустріч ій з царської брами виходить Сінон, а з ним узброєні елліни: Менелай, Агамемнон, Одіссей, Аякс, Діомед. Вони схрещують списи і загороджують Кассандрі дорогу.</w:t>
      </w:r>
    </w:p>
    <w:p>
      <w:r>
        <w:br/>
        <w:t>Аякс</w:t>
      </w:r>
    </w:p>
    <w:p>
      <w:r>
        <w:br/>
        <w:t>Стій, дівчино! Ти хто така?</w:t>
      </w:r>
    </w:p>
    <w:p>
      <w:r>
        <w:br/>
        <w:t>Одіссей</w:t>
      </w:r>
    </w:p>
    <w:p>
      <w:r>
        <w:br/>
        <w:t>Та се ж&lt;br /&gt;</w:t>
        <w:br/>
        <w:t>безумная Кассандра, чи не знаєш?</w:t>
      </w:r>
    </w:p>
    <w:p>
      <w:r>
        <w:br/>
        <w:t>Кассандра</w:t>
      </w:r>
    </w:p>
    <w:p>
      <w:r>
        <w:br/>
        <w:t>(хоче прорватись поза списи)</w:t>
      </w:r>
    </w:p>
    <w:p>
      <w:r>
        <w:br/>
        <w:t>Троянції Зрада! Зрада! Гей, троянці!</w:t>
      </w:r>
    </w:p>
    <w:p>
      <w:r>
        <w:br/>
        <w:t>Агамемнон</w:t>
      </w:r>
    </w:p>
    <w:p>
      <w:r>
        <w:br/>
        <w:t>Схопіть її та зав'яжіть їй рота!</w:t>
      </w:r>
    </w:p>
    <w:p>
      <w:r>
        <w:br/>
        <w:t>Кассандра хутко обертається і втікає в храм, там вона припадає до Палладіона, щільно обіймаючи статую.</w:t>
      </w:r>
    </w:p>
    <w:p>
      <w:r>
        <w:br/>
        <w:t>Кассандра</w:t>
      </w:r>
    </w:p>
    <w:p>
      <w:r>
        <w:br/>
        <w:t>Не руште! Я під захистом святині!</w:t>
      </w:r>
    </w:p>
    <w:p>
      <w:r>
        <w:br/>
        <w:t>Аякс</w:t>
      </w:r>
    </w:p>
    <w:p>
      <w:r>
        <w:br/>
        <w:t>Іще чого!</w:t>
      </w:r>
    </w:p>
    <w:p>
      <w:r>
        <w:br/>
        <w:t>Діомед</w:t>
      </w:r>
    </w:p>
    <w:p>
      <w:r>
        <w:br/>
        <w:t>Дарма! Ти наша бранка.</w:t>
      </w:r>
    </w:p>
    <w:p>
      <w:r>
        <w:br/>
        <w:t>Діомед хапає Кассандру за ту руку, де патериця, Аякс хапає її за волосся, вона чіпляється вільною рукою за п'єдестал Палладіона, статуя хитається і враз із п'єдесталом падає додолу. Вояки витягають Кассандру з храму, в'яжуть їй руки, не одбираючи патериці, ремінням від мечів, а потім саму прив'язують до колони в портику храмовім над сходами. Тим часом Сінон, Менелай, Агамемнон та Одіссей одчиняють Скайську браму, а Діомед вертається в храм і забирає Палладіон.</w:t>
      </w:r>
    </w:p>
    <w:p>
      <w:r>
        <w:br/>
        <w:t>Діомед</w:t>
      </w:r>
    </w:p>
    <w:p>
      <w:r>
        <w:br/>
        <w:t>(гукає)</w:t>
      </w:r>
    </w:p>
    <w:p>
      <w:r>
        <w:br/>
        <w:t>Наш, наш Палладіон! Сюди, герої!&lt;br /&gt;</w:t>
        <w:br/>
        <w:t>В одчинену браму лавою суне ахейське військо.</w:t>
      </w:r>
    </w:p>
    <w:p>
      <w:r>
        <w:br/>
        <w:t>Кассандра</w:t>
      </w:r>
    </w:p>
    <w:p>
      <w:r>
        <w:br/>
        <w:t>(кличе, зібравши всю силу)</w:t>
      </w:r>
    </w:p>
    <w:p>
      <w:r>
        <w:br/>
        <w:t>Прокинься, Троє! Смерть іде на тебе!!!</w:t>
      </w:r>
    </w:p>
    <w:p>
      <w:r>
        <w:br/>
        <w:t>В царськім дворі та й в інших будинках спалахують тривожні світла. Еллінське військо хутко сповняє весь майдан і розтікається в різні боки по вулицях Трої. Незабаром здіймається в місті великий лемент, перебігають через майдан троянці, безоружні, в святочній одежі; за ними навздогін збройні елліни, кого хапаючи, кого вбиваючи. Згодом займається пожежа. Дедалі втікачів і догонців меншає, але частіше з'являються переможці елліни, що женуть списами поперед себе, мов отару, гурти вже полонених і пов'язаних у стяж троянців і троянок, одних заводять у храм, інших виводять за Скайську браму, інших примушують сідати долі на майдані, тоді тії падають ницьма на землю і голосять. Бранок з Пріамової родини ставлять і садовлять у портику храмовім, коло Кассандри. Коли заметня потроху втихає, то коло Кассандри вже є Андромаха, Поліксена і ще скільки жінок.</w:t>
      </w:r>
    </w:p>
    <w:p>
      <w:r>
        <w:br/>
        <w:t>Андромаха</w:t>
      </w:r>
    </w:p>
    <w:p>
      <w:r>
        <w:br/>
        <w:t>(ридає)</w:t>
      </w:r>
    </w:p>
    <w:p>
      <w:r>
        <w:br/>
        <w:t>Моя дитино! Синоньку єдиний!&lt;br /&gt;</w:t>
        <w:br/>
        <w:t>Навіщо я тебе на світ родила!..&lt;br /&gt;</w:t>
        <w:br/>
        <w:t>Розбили!.. Вбили!.. Кинули об камінь!..</w:t>
      </w:r>
    </w:p>
    <w:p>
      <w:r>
        <w:br/>
        <w:t>Поліксена</w:t>
      </w:r>
    </w:p>
    <w:p>
      <w:r>
        <w:br/>
        <w:t>Ой, лихо тяжке! Батеньку! Матусю!&lt;br /&gt;</w:t>
        <w:br/>
        <w:t>Наложницею стане ваша доня!</w:t>
      </w:r>
    </w:p>
    <w:p>
      <w:r>
        <w:br/>
        <w:t>Інші жінки з царської родини</w:t>
      </w:r>
    </w:p>
    <w:p>
      <w:r>
        <w:br/>
        <w:t>Тепер же ми рабинями й сконаєм!..&lt;br /&gt;</w:t>
        <w:br/>
        <w:t>Рабинями... Далеко на чужині...</w:t>
      </w:r>
    </w:p>
    <w:p>
      <w:r>
        <w:br/>
        <w:t>Андромаха</w:t>
      </w:r>
    </w:p>
    <w:p>
      <w:r>
        <w:br/>
        <w:t>(до Кассандри)</w:t>
      </w:r>
    </w:p>
    <w:p>
      <w:r>
        <w:br/>
        <w:t>Чого ж мовчиш? Чом смерті не віщуєш?&lt;br /&gt;</w:t>
        <w:br/>
        <w:t>Тепер нам смерть була б єдина втіха.</w:t>
      </w:r>
    </w:p>
    <w:p>
      <w:r>
        <w:br/>
        <w:t>Кассандра</w:t>
      </w:r>
    </w:p>
    <w:p>
      <w:r>
        <w:br/>
        <w:t>(з страшним спокоєм, якимсь неживим голосом)</w:t>
      </w:r>
    </w:p>
    <w:p>
      <w:r>
        <w:br/>
        <w:t>Тут є такі, що іншу втіху знайдуть.</w:t>
      </w:r>
    </w:p>
    <w:p>
      <w:r>
        <w:br/>
        <w:t>Андромаха</w:t>
      </w:r>
    </w:p>
    <w:p>
      <w:r>
        <w:br/>
        <w:t>Проклін на тебе!</w:t>
      </w:r>
    </w:p>
    <w:p>
      <w:r>
        <w:br/>
        <w:t>Кассандра</w:t>
      </w:r>
    </w:p>
    <w:p>
      <w:r>
        <w:br/>
        <w:t>(як і перше)</w:t>
      </w:r>
    </w:p>
    <w:p>
      <w:r>
        <w:br/>
        <w:t>Так, проклін на мене,&lt;br /&gt;</w:t>
        <w:br/>
        <w:t>бо я тепер побачила найгірше.&lt;br /&gt;</w:t>
        <w:br/>
        <w:t>Троянки у неволі — і живі!&lt;br /&gt;</w:t>
        <w:br/>
        <w:t>Обходять кросна, розділяють ложе,&lt;br /&gt;</w:t>
        <w:br/>
        <w:t>дітей годують еллінам на втіху...&lt;br /&gt;</w:t>
        <w:br/>
        <w:t>Прокляті очі, що такеє бачать!</w:t>
      </w:r>
    </w:p>
    <w:p>
      <w:r>
        <w:br/>
        <w:t>Андромаха</w:t>
      </w:r>
    </w:p>
    <w:p>
      <w:r>
        <w:br/>
        <w:t>Уста прокляті, що такеє кажуть!</w:t>
      </w:r>
    </w:p>
    <w:p>
      <w:r>
        <w:br/>
        <w:t>Кассандра</w:t>
      </w:r>
    </w:p>
    <w:p>
      <w:r>
        <w:br/>
        <w:t>Проклін на мене, я мовчать не вмію.</w:t>
      </w:r>
    </w:p>
    <w:p>
      <w:r>
        <w:br/>
        <w:t>Ведуть у храм пов'язаних троянців з царської родини, між ними Гелен</w:t>
      </w:r>
    </w:p>
    <w:p>
      <w:r>
        <w:br/>
        <w:t>Гелен</w:t>
      </w:r>
    </w:p>
    <w:p>
      <w:r>
        <w:br/>
        <w:t>(проходячи повз Кассандру)</w:t>
      </w:r>
    </w:p>
    <w:p>
      <w:r>
        <w:br/>
        <w:t>Радій, Кассандро, ти перемогла!</w:t>
      </w:r>
    </w:p>
    <w:p>
      <w:r>
        <w:br/>
        <w:t>Кассандра</w:t>
      </w:r>
    </w:p>
    <w:p>
      <w:r>
        <w:br/>
        <w:t>Ти переміг. Ти вбив мене сим словом.&lt;br /&gt;</w:t>
        <w:br/>
        <w:t>Мій розум зламаний, твій піде в світ,&lt;br /&gt;</w:t>
        <w:br/>
        <w:t>ти ним і переможців переможеш,&lt;br /&gt;</w:t>
        <w:br/>
        <w:t>а мій погасне вкупі з сим пожаром...</w:t>
      </w:r>
    </w:p>
    <w:p>
      <w:r>
        <w:br/>
        <w:t>Гелена</w:t>
      </w:r>
    </w:p>
    <w:p>
      <w:r>
        <w:br/>
        <w:t>(біжить через майдан, за нею Менелай з мечем)</w:t>
      </w:r>
    </w:p>
    <w:p>
      <w:r>
        <w:br/>
        <w:t>Рятуйте, браття-елліни! Рятуйте!&lt;br /&gt;</w:t>
        <w:br/>
        <w:t>За віщо він мене скарати хоче?&lt;br /&gt;</w:t>
        <w:br/>
        <w:t>Зрадливо, силоміць я взята в Трою,&lt;br /&gt;</w:t>
        <w:br/>
        <w:t>я бранкою нещасною жила,&lt;br /&gt;</w:t>
        <w:br/>
        <w:t>щодня по ріднім краю сльози ллючи!</w:t>
      </w:r>
    </w:p>
    <w:p>
      <w:r>
        <w:br/>
        <w:t>Ахейці нерішучо розступаються перед нею, але не відштовхують, коли вона чіпляється за кого з них, намагаючись заховатись під його щитом.</w:t>
      </w:r>
    </w:p>
    <w:p>
      <w:r>
        <w:br/>
        <w:t>Менелай</w:t>
      </w:r>
    </w:p>
    <w:p>
      <w:r>
        <w:br/>
        <w:t>Ось кров Парісова на сім мечі&lt;br /&gt;</w:t>
        <w:br/>
        <w:t>твоєї крові прагне!</w:t>
      </w:r>
    </w:p>
    <w:p>
      <w:r>
        <w:br/>
        <w:t>Кассандра</w:t>
      </w:r>
    </w:p>
    <w:p>
      <w:r>
        <w:br/>
        <w:t>Ой Парісе!</w:t>
      </w:r>
    </w:p>
    <w:p>
      <w:r>
        <w:br/>
        <w:t>Поліксена</w:t>
      </w:r>
    </w:p>
    <w:p>
      <w:r>
        <w:br/>
        <w:t>Мій братику!</w:t>
      </w:r>
    </w:p>
    <w:p>
      <w:r>
        <w:br/>
        <w:t>Андромаха</w:t>
      </w:r>
    </w:p>
    <w:p>
      <w:r>
        <w:br/>
        <w:t>Нещасний!</w:t>
      </w:r>
    </w:p>
    <w:p>
      <w:r>
        <w:br/>
        <w:t>Гелена</w:t>
      </w:r>
    </w:p>
    <w:p>
      <w:r>
        <w:br/>
        <w:t>(оточена молодими вояками; раптом згорда)</w:t>
      </w:r>
    </w:p>
    <w:p>
      <w:r>
        <w:br/>
        <w:t>Чоловіче!&lt;br /&gt;</w:t>
        <w:br/>
        <w:t>Ти справді хочеш покарать мене?&lt;br /&gt;</w:t>
        <w:br/>
        <w:t>Чи ти на те пролив се море крові&lt;br /&gt;</w:t>
        <w:br/>
        <w:t>за честь мою й свою, щоб тут прилюдно&lt;br /&gt;</w:t>
        <w:br/>
        <w:t>ганьбить її й плямити самохіть?&lt;br /&gt;</w:t>
        <w:br/>
        <w:t>То це такої шани дочекалась&lt;br /&gt;</w:t>
        <w:br/>
        <w:t>цариця Спарти? Хто ж тепер повірить&lt;br /&gt;</w:t>
        <w:br/>
        <w:t>тій чесності спартанок, як і цар&lt;br /&gt;</w:t>
        <w:br/>
        <w:t>свою царицю зрадницею вславив?&lt;br /&gt;</w:t>
        <w:br/>
        <w:t>(До вояків).</w:t>
      </w:r>
    </w:p>
    <w:p>
      <w:r>
        <w:br/>
        <w:t>Чи й ви, спартанці, на таке пристали!</w:t>
      </w:r>
    </w:p>
    <w:p>
      <w:r>
        <w:br/>
        <w:t>Вояки-спартанці&lt;br /&gt;</w:t>
        <w:br/>
        <w:t>(що окружають Гелену)</w:t>
      </w:r>
    </w:p>
    <w:p>
      <w:r>
        <w:br/>
        <w:t>Вона не винна! Богорівна жінка!&lt;br /&gt;</w:t>
        <w:br/>
        <w:t>Даремне, царю, ти ганьбиш дружину!</w:t>
      </w:r>
    </w:p>
    <w:p>
      <w:r>
        <w:br/>
        <w:t>Менелай</w:t>
      </w:r>
    </w:p>
    <w:p>
      <w:r>
        <w:br/>
        <w:t>(до Гелени лагідно)</w:t>
      </w:r>
    </w:p>
    <w:p>
      <w:r>
        <w:br/>
        <w:t>Пробач мені,— я запальний, ти знаєш...</w:t>
      </w:r>
    </w:p>
    <w:p>
      <w:r>
        <w:br/>
        <w:t>Гелена</w:t>
      </w:r>
    </w:p>
    <w:p>
      <w:r>
        <w:br/>
        <w:t>(всміхається і простягає руку)&lt;br /&gt;</w:t>
        <w:br/>
        <w:t>Я бачу, царю мій, ти не змінився.</w:t>
      </w:r>
    </w:p>
    <w:p>
      <w:r>
        <w:br/>
        <w:t>Менелай простягає й собі руку до Гелени. Гелена бере його за руку і веде межи ахейськими лавами за Скайську браму на поле; всі розтупаються перед нею з гомоном подиву.</w:t>
      </w:r>
    </w:p>
    <w:p>
      <w:r>
        <w:br/>
        <w:t>Андромаха</w:t>
      </w:r>
    </w:p>
    <w:p>
      <w:r>
        <w:br/>
        <w:t>Вона цариця знов, а ми — рабині!&lt;br /&gt;</w:t>
        <w:br/>
        <w:t>Боги, де ж ваша правда?!</w:t>
      </w:r>
    </w:p>
    <w:p>
      <w:r>
        <w:br/>
        <w:t>Кассандра</w:t>
      </w:r>
    </w:p>
    <w:p>
      <w:r>
        <w:br/>
        <w:t>Ха-ха-ха!</w:t>
      </w:r>
    </w:p>
    <w:p>
      <w:r>
        <w:br/>
        <w:t>Одна з троянок</w:t>
      </w:r>
    </w:p>
    <w:p>
      <w:r>
        <w:br/>
        <w:t>(до другої)</w:t>
      </w:r>
    </w:p>
    <w:p>
      <w:r>
        <w:br/>
        <w:t>Кассандра засміялась... Ой як страшно!&lt;br /&gt;</w:t>
        <w:br/>
        <w:t>Від неї сміху я не чула зроду.</w:t>
      </w:r>
    </w:p>
    <w:p>
      <w:r>
        <w:br/>
        <w:t>Кассандра</w:t>
      </w:r>
    </w:p>
    <w:p>
      <w:r>
        <w:br/>
        <w:t>(в нестямі, дивлячись, як язики полум'я грають по царських будівлях)</w:t>
      </w:r>
    </w:p>
    <w:p>
      <w:r>
        <w:br/>
        <w:t>Сюди, сюди отих квіток огнистих!&lt;br /&gt;</w:t>
        <w:br/>
        <w:t>Гранати зацвіли! Весільний час!</w:t>
      </w:r>
    </w:p>
    <w:p>
      <w:r>
        <w:br/>
        <w:t>Чутно за сценою голос старої жінки, він заводить, ридаючи&lt;br /&gt;</w:t>
        <w:br/>
        <w:t>страшно, немов виє.</w:t>
      </w:r>
    </w:p>
    <w:p>
      <w:r>
        <w:br/>
        <w:t>Поліксена</w:t>
      </w:r>
    </w:p>
    <w:p>
      <w:r>
        <w:br/>
        <w:t>(з жахом прислухається)</w:t>
      </w:r>
    </w:p>
    <w:p>
      <w:r>
        <w:br/>
        <w:t>То наша мати!</w:t>
      </w:r>
    </w:p>
    <w:p>
      <w:r>
        <w:br/>
        <w:t>Кассандра</w:t>
      </w:r>
    </w:p>
    <w:p>
      <w:r>
        <w:br/>
        <w:t>То весільна пісня!&lt;br /&gt;</w:t>
        <w:br/>
        <w:t>Се мати дочок виряджа до шлюбу!&lt;br /&gt;</w:t>
        <w:br/>
        <w:t>Кассандра все неправду говорила.&lt;br /&gt;</w:t>
        <w:br/>
        <w:t>Нема руїни! Є життя!., життя!..</w:t>
      </w:r>
    </w:p>
    <w:p>
      <w:r>
        <w:br/>
        <w:t>Голос старої жінки розлягається дужче. Раптом його покриває хряск від падання будови. Заграва пожару заливає сцену.&lt;br /&gt;</w:t>
        <w:br/>
        <w:t>Завіса</w:t>
      </w:r>
    </w:p>
    <w:p>
      <w:r>
        <w:br/>
        <w:t>ЕПІЛОГ</w:t>
      </w:r>
    </w:p>
    <w:p>
      <w:r>
        <w:br/>
        <w:t>Діється в Елладі через довгий час після руїни Трої.</w:t>
      </w:r>
    </w:p>
    <w:p>
      <w:r>
        <w:br/>
        <w:t>Дім аргоського царя Агамемнона в Мікенах пишно заквітчаний знадвору, стежка від дверей до брами вистелена пурпурною тканиною. На небі громова хмара. Блискає часом, але дощу нема.</w:t>
      </w:r>
    </w:p>
    <w:p>
      <w:r>
        <w:br/>
        <w:t>Цариця Клітемнестра з царським намісником Егістом наглядають, як раби й рабині кінчають прикрашати дім.</w:t>
      </w:r>
    </w:p>
    <w:p>
      <w:r>
        <w:br/>
        <w:t>Клітемнестра</w:t>
      </w:r>
    </w:p>
    <w:p>
      <w:r>
        <w:br/>
        <w:t>(до Егіста)</w:t>
      </w:r>
    </w:p>
    <w:p>
      <w:r>
        <w:br/>
        <w:t>Такої зустрічі ніхто з царів&lt;br /&gt;</w:t>
        <w:br/>
        <w:t>не мав ніколи.</w:t>
      </w:r>
    </w:p>
    <w:p>
      <w:r>
        <w:br/>
        <w:t>Егіст</w:t>
      </w:r>
    </w:p>
    <w:p>
      <w:r>
        <w:br/>
        <w:t>Правда, Клітемнестро.&lt;br /&gt;</w:t>
        <w:br/>
        <w:t>(Важливо, дивлячись їй в очі).</w:t>
      </w:r>
    </w:p>
    <w:p>
      <w:r>
        <w:br/>
        <w:t>А пурпуру тобі не жаль?</w:t>
      </w:r>
    </w:p>
    <w:p>
      <w:r>
        <w:br/>
        <w:t>Клітемнестра</w:t>
      </w:r>
    </w:p>
    <w:p>
      <w:r>
        <w:br/>
        <w:t>О ні!&lt;br /&gt;</w:t>
        <w:br/>
        <w:t>Не жаль мені нічого... і нікого!</w:t>
      </w:r>
    </w:p>
    <w:p>
      <w:r>
        <w:br/>
        <w:t>Егіст</w:t>
      </w:r>
    </w:p>
    <w:p>
      <w:r>
        <w:br/>
        <w:t>Чого ж се ти здригнулась?</w:t>
      </w:r>
    </w:p>
    <w:p>
      <w:r>
        <w:br/>
        <w:t>Клітемнестра</w:t>
      </w:r>
    </w:p>
    <w:p>
      <w:r>
        <w:br/>
        <w:t>Адже бачиш,&lt;br /&gt;</w:t>
        <w:br/>
        <w:t>як блискавка сліпить.</w:t>
      </w:r>
    </w:p>
    <w:p>
      <w:r>
        <w:br/>
        <w:t>Вісник</w:t>
      </w:r>
    </w:p>
    <w:p>
      <w:r>
        <w:br/>
        <w:t>(вбігає задиханий)</w:t>
      </w:r>
    </w:p>
    <w:p>
      <w:r>
        <w:br/>
        <w:t>Цар їде! Цар!</w:t>
      </w:r>
    </w:p>
    <w:p>
      <w:r>
        <w:br/>
        <w:t>Клітемнестра</w:t>
      </w:r>
    </w:p>
    <w:p>
      <w:r>
        <w:br/>
        <w:t>(до рабів)</w:t>
      </w:r>
    </w:p>
    <w:p>
      <w:r>
        <w:br/>
        <w:t>Гей, ширше браму відчиніть! Рабині,&lt;br /&gt;</w:t>
        <w:br/>
        <w:t>готуйтесь квіти сипати під ноги!</w:t>
      </w:r>
    </w:p>
    <w:p>
      <w:r>
        <w:br/>
        <w:t>Чутно гуркіт колесниці. Раби одчиняють браму настежи. За хвилину увіходить у браму Агамемнон, ведучи за руку Кассандру. Рабині сиплють їм під ноги квітки. Клітемнестра й Егіст перестрівають Агамемнона ще в брамі.</w:t>
      </w:r>
    </w:p>
    <w:p>
      <w:r>
        <w:br/>
        <w:t>Клітемнестра</w:t>
      </w:r>
    </w:p>
    <w:p>
      <w:r>
        <w:br/>
        <w:t>Мій царю! Мужу любийі&lt;br /&gt;</w:t>
        <w:br/>
        <w:t>Я не вірю своєму щастюі</w:t>
      </w:r>
    </w:p>
    <w:p>
      <w:r>
        <w:br/>
        <w:t>(Обіймає Агамемнона).</w:t>
      </w:r>
    </w:p>
    <w:p>
      <w:r>
        <w:br/>
        <w:t>Егіст</w:t>
      </w:r>
    </w:p>
    <w:p>
      <w:r>
        <w:br/>
        <w:t>Брате мій коханийі&lt;br /&gt;</w:t>
        <w:br/>
        <w:t>(Цілує Агамемнона).</w:t>
      </w:r>
    </w:p>
    <w:p>
      <w:r>
        <w:br/>
        <w:t>Клітемнестра</w:t>
      </w:r>
    </w:p>
    <w:p>
      <w:r>
        <w:br/>
        <w:t>(показує на Кассандру)</w:t>
      </w:r>
    </w:p>
    <w:p>
      <w:r>
        <w:br/>
        <w:t>Се хто з тобою?</w:t>
      </w:r>
    </w:p>
    <w:p>
      <w:r>
        <w:br/>
        <w:t>Агамемнон</w:t>
      </w:r>
    </w:p>
    <w:p>
      <w:r>
        <w:br/>
        <w:t>Се дочка Пріама,&lt;br /&gt;</w:t>
        <w:br/>
        <w:t>пророчиця Кассандра.</w:t>
      </w:r>
    </w:p>
    <w:p>
      <w:r>
        <w:br/>
        <w:t>Егіст</w:t>
      </w:r>
    </w:p>
    <w:p>
      <w:r>
        <w:br/>
        <w:t>То Гелен&lt;br /&gt;</w:t>
        <w:br/>
        <w:t>той, що приїхав з Трої і тепера&lt;br /&gt;</w:t>
        <w:br/>
        <w:t>у Дельфах волю божу провіщає,&lt;br /&gt;</w:t>
        <w:br/>
        <w:t>то брат їй?..</w:t>
      </w:r>
    </w:p>
    <w:p>
      <w:r>
        <w:br/>
        <w:t>Кассандра</w:t>
      </w:r>
    </w:p>
    <w:p>
      <w:r>
        <w:br/>
        <w:t>А!</w:t>
      </w:r>
    </w:p>
    <w:p>
      <w:r>
        <w:br/>
        <w:t>Агамемнон</w:t>
      </w:r>
    </w:p>
    <w:p>
      <w:r>
        <w:br/>
        <w:t>Запевне. Я бажаю,&lt;br /&gt;</w:t>
        <w:br/>
        <w:t>щоб їй була повага в нашім домі,&lt;br /&gt;</w:t>
        <w:br/>
        <w:t>як жриці, як царівні подобає.&lt;br /&gt;</w:t>
        <w:br/>
        <w:t>Для нас вона не бранка.</w:t>
      </w:r>
    </w:p>
    <w:p>
      <w:r>
        <w:br/>
        <w:t>Клітемнестра</w:t>
      </w:r>
    </w:p>
    <w:p>
      <w:r>
        <w:br/>
        <w:t>Добре, царю.&lt;br /&gt;</w:t>
        <w:br/>
        <w:t>я звикла слухатись. Хоч я не знаю&lt;br /&gt;</w:t>
        <w:br/>
        <w:t>сієї жінки...</w:t>
      </w:r>
    </w:p>
    <w:p>
      <w:r>
        <w:br/>
        <w:t>Кассандра</w:t>
      </w:r>
    </w:p>
    <w:p>
      <w:r>
        <w:br/>
        <w:t>А тебе я знаю:&lt;br /&gt;</w:t>
        <w:br/>
        <w:t>ти мати Іфігенії.</w:t>
      </w:r>
    </w:p>
    <w:p>
      <w:r>
        <w:br/>
        <w:t>Клітемнестра заслоняє обличчя покривалом.</w:t>
      </w:r>
    </w:p>
    <w:p>
      <w:r>
        <w:br/>
        <w:t>Агамемнон</w:t>
      </w:r>
    </w:p>
    <w:p>
      <w:r>
        <w:br/>
        <w:t>(до Кассандри)</w:t>
      </w:r>
    </w:p>
    <w:p>
      <w:r>
        <w:br/>
        <w:t>Навіщо&lt;br /&gt;</w:t>
        <w:br/>
        <w:t>ти їй про се тепера нагадала?</w:t>
      </w:r>
    </w:p>
    <w:p>
      <w:r>
        <w:br/>
        <w:t>Кассандра</w:t>
      </w:r>
    </w:p>
    <w:p>
      <w:r>
        <w:br/>
        <w:t>А нащо ти про се забув тоді,&lt;br /&gt;</w:t>
        <w:br/>
        <w:t>як віддавав свою дочку на жертву&lt;br /&gt;</w:t>
        <w:br/>
        <w:t>розгніваній богині? Ти забув,&lt;br /&gt;</w:t>
        <w:br/>
        <w:t>хто мати Іфігенії, хто батько.&lt;br /&gt;</w:t>
        <w:br/>
        <w:t>Ти тільки пам'ятав, що треба жертви&lt;br /&gt;</w:t>
        <w:br/>
        <w:t>для того, щоб згубити нашу Трою.</w:t>
      </w:r>
    </w:p>
    <w:p>
      <w:r>
        <w:br/>
        <w:t>Агамемнон</w:t>
      </w:r>
    </w:p>
    <w:p>
      <w:r>
        <w:br/>
        <w:t>Ти все на мене ворогуєш, бачу.</w:t>
      </w:r>
    </w:p>
    <w:p>
      <w:r>
        <w:br/>
        <w:t>Кассандра</w:t>
      </w:r>
    </w:p>
    <w:p>
      <w:r>
        <w:br/>
        <w:t>У тебе, царю, є сильніший ворог,—&lt;br /&gt;</w:t>
        <w:br/>
        <w:t>то що тобі Кассандра?</w:t>
      </w:r>
    </w:p>
    <w:p>
      <w:r>
        <w:br/>
        <w:t>Агамемнон</w:t>
      </w:r>
    </w:p>
    <w:p>
      <w:r>
        <w:br/>
        <w:t>Розкажи,&lt;br /&gt;</w:t>
        <w:br/>
        <w:t>де ворог мій і що мене чекає.&lt;br /&gt;</w:t>
        <w:br/>
        <w:t>Я не троянець неймовірний. Щиро&lt;br /&gt;</w:t>
        <w:br/>
        <w:t>слова твої прийму до свого слуху&lt;br /&gt;</w:t>
        <w:br/>
        <w:t>і в серці заховаю. Говори!&lt;br /&gt;</w:t>
        <w:br/>
        <w:t>І вироком святим слова ті стануть&lt;br /&gt;</w:t>
        <w:br/>
        <w:t>для мого дому. Все, що ти порадиш,&lt;br /&gt;</w:t>
        <w:br/>
        <w:t>все я вчиню слухняної</w:t>
      </w:r>
    </w:p>
    <w:p>
      <w:r>
        <w:br/>
        <w:t>Кассандра</w:t>
      </w:r>
    </w:p>
    <w:p>
      <w:r>
        <w:br/>
        <w:t>Я? Тобі?&lt;br /&gt;</w:t>
        <w:br/>
        <w:t>порадить маю? Та хіба ми в Трої?&lt;br /&gt;</w:t>
        <w:br/>
        <w:t>Хіба се дім Пріама?</w:t>
      </w:r>
    </w:p>
    <w:p>
      <w:r>
        <w:br/>
        <w:t>Агамемнон</w:t>
      </w:r>
    </w:p>
    <w:p>
      <w:r>
        <w:br/>
        <w:t>(трохи з досадою)</w:t>
      </w:r>
    </w:p>
    <w:p>
      <w:r>
        <w:br/>
        <w:t>Ні, запевне,&lt;br /&gt;</w:t>
        <w:br/>
        <w:t>бо там би так не вірили тобі!</w:t>
      </w:r>
    </w:p>
    <w:p>
      <w:r>
        <w:br/>
        <w:t>Кассандра</w:t>
      </w:r>
    </w:p>
    <w:p>
      <w:r>
        <w:br/>
        <w:t>Мені й не треба вірить.</w:t>
      </w:r>
    </w:p>
    <w:p>
      <w:r>
        <w:br/>
        <w:t>Агамемнон</w:t>
      </w:r>
    </w:p>
    <w:p>
      <w:r>
        <w:br/>
        <w:t>Я образив&lt;br /&gt;</w:t>
        <w:br/>
        <w:t>тебе, царівно?</w:t>
      </w:r>
    </w:p>
    <w:p>
      <w:r>
        <w:br/>
        <w:t>Кассандра</w:t>
      </w:r>
    </w:p>
    <w:p>
      <w:r>
        <w:br/>
        <w:t>Ти спізнився, царю,—&lt;br /&gt;</w:t>
        <w:br/>
        <w:t>було про се питати в Іліоні.&lt;br /&gt;</w:t>
        <w:br/>
        <w:t>Тепер для сих розмов немає місця&lt;br /&gt;</w:t>
        <w:br/>
        <w:t>на цілім світі. Краще нам мовчати.</w:t>
      </w:r>
    </w:p>
    <w:p>
      <w:r>
        <w:br/>
        <w:t>Клітемнестра</w:t>
      </w:r>
    </w:p>
    <w:p>
      <w:r>
        <w:br/>
        <w:t>Так еллінка ніколи б не посміла&lt;br /&gt;</w:t>
        <w:br/>
        <w:t>озватись до царя!</w:t>
      </w:r>
    </w:p>
    <w:p>
      <w:r>
        <w:br/>
        <w:t>Егіст</w:t>
      </w:r>
    </w:p>
    <w:p>
      <w:r>
        <w:br/>
        <w:t>(впівголоса)</w:t>
      </w:r>
    </w:p>
    <w:p>
      <w:r>
        <w:br/>
        <w:t>Троянська вдача&lt;br /&gt;</w:t>
        <w:br/>
        <w:t>зухвала зроду. Кажуть, Андромаха&lt;br /&gt;</w:t>
        <w:br/>
        <w:t>таке показує над чоловіком,&lt;br /&gt;</w:t>
        <w:br/>
        <w:t>що дивно, як він терпить.</w:t>
      </w:r>
    </w:p>
    <w:p>
      <w:r>
        <w:br/>
        <w:t>Кассандра</w:t>
      </w:r>
    </w:p>
    <w:p>
      <w:r>
        <w:br/>
        <w:t>Андромаха?&lt;br /&gt;</w:t>
        <w:br/>
        <w:t>Ся не була троянкою ніколи.&lt;br /&gt;</w:t>
        <w:br/>
        <w:t>Давніш — то жінка Гектора була,&lt;br /&gt;</w:t>
        <w:br/>
        <w:t>тепер — то жінка елліна, та й годі.&lt;br /&gt;</w:t>
        <w:br/>
        <w:t>Не еллінка вона та й не троянка.&lt;br /&gt;</w:t>
        <w:br/>
        <w:t>(До Клітемнестри).</w:t>
      </w:r>
    </w:p>
    <w:p>
      <w:r>
        <w:br/>
        <w:t>Так, як і ти. Ти, правда, і не жінка.</w:t>
      </w:r>
    </w:p>
    <w:p>
      <w:r>
        <w:br/>
        <w:t>Клітемнестра</w:t>
      </w:r>
    </w:p>
    <w:p>
      <w:r>
        <w:br/>
        <w:t>(До Агамемнона)</w:t>
      </w:r>
    </w:p>
    <w:p>
      <w:r>
        <w:br/>
        <w:t>І се твоє бажання, царю мій,&lt;br /&gt;</w:t>
        <w:br/>
        <w:t>щоб так твою дружину зневажали?</w:t>
      </w:r>
    </w:p>
    <w:p>
      <w:r>
        <w:br/>
        <w:t>Агамемнон</w:t>
      </w:r>
    </w:p>
    <w:p>
      <w:r>
        <w:br/>
        <w:t>(стурбований, сумний)</w:t>
      </w:r>
    </w:p>
    <w:p>
      <w:r>
        <w:br/>
        <w:t>Коли б же се була зневага тільки!..&lt;br /&gt;</w:t>
        <w:br/>
        <w:t>Але тут, може, гірше скрито...</w:t>
      </w:r>
    </w:p>
    <w:p>
      <w:r>
        <w:br/>
        <w:t>(До Клітемнестри).</w:t>
      </w:r>
    </w:p>
    <w:p>
      <w:r>
        <w:br/>
        <w:t>Жінко,&lt;br /&gt;</w:t>
        <w:br/>
        <w:t>чи все гаразд у нашім домі?</w:t>
      </w:r>
    </w:p>
    <w:p>
      <w:r>
        <w:br/>
        <w:t>Клітемнестра</w:t>
      </w:r>
    </w:p>
    <w:p>
      <w:r>
        <w:br/>
        <w:t>Все.&lt;br /&gt;</w:t>
        <w:br/>
        <w:t>А що ж би мало трапитись лихого?</w:t>
      </w:r>
    </w:p>
    <w:p>
      <w:r>
        <w:br/>
        <w:t>Кассандра</w:t>
      </w:r>
    </w:p>
    <w:p>
      <w:r>
        <w:br/>
        <w:t>Так мати Іфігенії питає.</w:t>
      </w:r>
    </w:p>
    <w:p>
      <w:r>
        <w:br/>
        <w:t>Клітемнестра знов закривається.</w:t>
      </w:r>
    </w:p>
    <w:p>
      <w:r>
        <w:br/>
        <w:t>Егіст</w:t>
      </w:r>
    </w:p>
    <w:p>
      <w:r>
        <w:br/>
        <w:t>Вже б я давно звелів мовчати бранці.</w:t>
      </w:r>
    </w:p>
    <w:p>
      <w:r>
        <w:br/>
        <w:t>Кассандра</w:t>
      </w:r>
    </w:p>
    <w:p>
      <w:r>
        <w:br/>
        <w:t>Так каже той, хто звик тут буть царем&lt;br /&gt;</w:t>
        <w:br/>
        <w:t>і звички тої втратити не може,&lt;br /&gt;</w:t>
        <w:br/>
        <w:t>хоча для двох царів тісні Мікени.</w:t>
      </w:r>
    </w:p>
    <w:p>
      <w:r>
        <w:br/>
        <w:t>Агамемнон</w:t>
      </w:r>
    </w:p>
    <w:p>
      <w:r>
        <w:br/>
        <w:t>Прошу, царівно, в хату завітати.&lt;br /&gt;</w:t>
        <w:br/>
        <w:t>(До Клітемнестри).</w:t>
      </w:r>
    </w:p>
    <w:p>
      <w:r>
        <w:br/>
        <w:t>Веди нас, жінко.</w:t>
      </w:r>
    </w:p>
    <w:p>
      <w:r>
        <w:br/>
        <w:t>Кассандра</w:t>
      </w:r>
    </w:p>
    <w:p>
      <w:r>
        <w:br/>
        <w:t>(хапає його за руку)</w:t>
      </w:r>
    </w:p>
    <w:p>
      <w:r>
        <w:br/>
        <w:t>Стій! Невже пора&lt;br /&gt;</w:t>
        <w:br/>
        <w:t>ступати нам на шлях кривавий?</w:t>
      </w:r>
    </w:p>
    <w:p>
      <w:r>
        <w:br/>
        <w:t>Агамемнон</w:t>
      </w:r>
    </w:p>
    <w:p>
      <w:r>
        <w:br/>
        <w:t>(до Клітемнестри й Егіста)</w:t>
      </w:r>
    </w:p>
    <w:p>
      <w:r>
        <w:br/>
        <w:t>Що се?&lt;br /&gt;</w:t>
        <w:br/>
        <w:t>Ви як таке пророцтво зрозуміли?</w:t>
      </w:r>
    </w:p>
    <w:p>
      <w:r>
        <w:br/>
        <w:t>Егіст</w:t>
      </w:r>
    </w:p>
    <w:p>
      <w:r>
        <w:br/>
        <w:t>Вона не важиться ступать на пурпур,&lt;br /&gt;</w:t>
        <w:br/>
        <w:t>бо тямить, що не личить се рабині.</w:t>
      </w:r>
    </w:p>
    <w:p>
      <w:r>
        <w:br/>
        <w:t>Клітемнестра</w:t>
      </w:r>
    </w:p>
    <w:p>
      <w:r>
        <w:br/>
        <w:t>Вона безумна, ти її не слухай.</w:t>
      </w:r>
    </w:p>
    <w:p>
      <w:r>
        <w:br/>
        <w:t>Агамемнон</w:t>
      </w:r>
    </w:p>
    <w:p>
      <w:r>
        <w:br/>
        <w:t>(з тривогою, благаючи)</w:t>
      </w:r>
    </w:p>
    <w:p>
      <w:r>
        <w:br/>
        <w:t>Царівно! Поясни, що ти віщуєш?&lt;br /&gt;</w:t>
        <w:br/>
        <w:t>Адже тепера доля сього дому&lt;br /&gt;</w:t>
        <w:br/>
        <w:t>вже зв'язана й з твоєю.</w:t>
      </w:r>
    </w:p>
    <w:p>
      <w:r>
        <w:br/>
        <w:t>Кассандра</w:t>
      </w:r>
    </w:p>
    <w:p>
      <w:r>
        <w:br/>
        <w:t>(з дивним спокоєм)</w:t>
      </w:r>
    </w:p>
    <w:p>
      <w:r>
        <w:br/>
        <w:t>Знаю, царю...&lt;br /&gt;</w:t>
        <w:br/>
        <w:t>Але не вір мені, цариці слухай,&lt;br /&gt;</w:t>
        <w:br/>
        <w:t>вважай на те, що родич твій сказав,&lt;br /&gt;</w:t>
        <w:br/>
        <w:t>і не давай ваги словам рабині.&lt;br /&gt;</w:t>
        <w:br/>
        <w:t>Колись була пророчиця Кассандра,—&lt;br /&gt;</w:t>
        <w:br/>
        <w:t>вона згоріла на пожежі в Трої,&lt;br /&gt;</w:t>
        <w:br/>
        <w:t>слова її пророчі спопеліли,&lt;br /&gt;</w:t>
        <w:br/>
        <w:t>і вітер їх розніс ген-ген по морю...&lt;br /&gt;</w:t>
        <w:br/>
        <w:t>Се іскорка одна була запала&lt;br /&gt;</w:t>
        <w:br/>
        <w:t>сюди, у серце простої рабині,&lt;br /&gt;</w:t>
        <w:br/>
        <w:t>спалахнула на хвильку та й погасла.</w:t>
      </w:r>
    </w:p>
    <w:p>
      <w:r>
        <w:br/>
        <w:t>(Дивиться на свою патерицю).</w:t>
      </w:r>
    </w:p>
    <w:p>
      <w:r>
        <w:br/>
        <w:t>Як чудно? де взялась ся патериця?&lt;br /&gt;</w:t>
        <w:br/>
        <w:t>Чия вона? Нащо ся діадема?</w:t>
      </w:r>
    </w:p>
    <w:p>
      <w:r>
        <w:br/>
        <w:t>(Здіймає з голови діадему і кидає під ноги Клітемнестрі. Далі&lt;br /&gt;</w:t>
        <w:br/>
        <w:t>ламає патерицю і теж кидає додолу).</w:t>
      </w:r>
    </w:p>
    <w:p>
      <w:r>
        <w:br/>
        <w:t>Тепер нема нічого від Кассандри.&lt;br /&gt;</w:t>
        <w:br/>
        <w:t>Царице, загадай мені роботу,—&lt;br /&gt;</w:t>
        <w:br/>
        <w:t>я вмію все, окрім пророкування.</w:t>
      </w:r>
    </w:p>
    <w:p>
      <w:r>
        <w:br/>
        <w:t>Агамемнон</w:t>
      </w:r>
    </w:p>
    <w:p>
      <w:r>
        <w:br/>
        <w:t>(бере її за руку і веде вперед у дім)</w:t>
      </w:r>
    </w:p>
    <w:p>
      <w:r>
        <w:br/>
        <w:t>Царівна ти — і завжди будеш нею.</w:t>
      </w:r>
    </w:p>
    <w:p>
      <w:r>
        <w:br/>
        <w:t>Клітемнестра</w:t>
      </w:r>
    </w:p>
    <w:p>
      <w:r>
        <w:br/>
        <w:t>(до Егіста пошепки)</w:t>
      </w:r>
    </w:p>
    <w:p>
      <w:r>
        <w:br/>
        <w:t>Нам треба два мечі. Ти нагостри.&lt;br /&gt;</w:t>
        <w:br/>
        <w:t>Ти бий його, а я її потраплю.</w:t>
      </w:r>
    </w:p>
    <w:p>
      <w:r>
        <w:br/>
        <w:t>Сильний перун і раптова злива. Клітемнестра й Егіст спішно йдуть і собі в дім.&lt;br /&gt;</w:t>
        <w:br/>
        <w:t>Кінець&lt;br /&gt;</w:t>
        <w:br/>
        <w:t>[Ялта, 5/V 1907]&lt;br /&gt;</w:t>
        <w:br/>
        <w:t>ПРИМІТКИ</w:t>
      </w:r>
    </w:p>
    <w:p>
      <w:r>
        <w:br/>
        <w:t>До четвертого тома увійшли драматичні твори Лесі Українки, написані у 1907—1908 рр.</w:t>
      </w:r>
    </w:p>
    <w:p>
      <w:r>
        <w:br/>
        <w:t>Автографи творів Лесі Українки, зазначені в примітках, зберігаються в рукописному відділі Інституту літератури АН УРСР.&lt;br /&gt;</w:t>
        <w:br/>
        <w:t>Кассандра</w:t>
      </w:r>
    </w:p>
    <w:p>
      <w:r>
        <w:br/>
        <w:t>Вперше надруковано в журналі "Літературно-науковий вісник", 1908, № 1, стор. 76—97, і № 2, стор. 241—281, за чистовим автографом (ф. 2, № 785).</w:t>
      </w:r>
    </w:p>
    <w:p>
      <w:r>
        <w:br/>
        <w:t>В архіві зберігається ще чорновий автограф (ф. 2, № 786), написаний частково чорнилом, частково олівцем з досить численними авторськими виправленнями, переважно стилістичного характеру.</w:t>
      </w:r>
    </w:p>
    <w:p>
      <w:r>
        <w:br/>
        <w:t>Дата чистового і чорнового автографів — Ялта, 5/V 1907 р. Це дата остаточного закінчення твору. Робота над драмою почалась у 1903 р. в Сан-Ремо. У 1907 р. в Ялті твір був дещо перероблений, відредагований та дописаний епілог.</w:t>
      </w:r>
    </w:p>
    <w:p>
      <w:r>
        <w:br/>
        <w:t>Згідно з усними заявами родичів про волю письменниці епілог у пізніших виданнях був знятий як зайвий. У т. II "Творів" (1951) Лесі Українки драма надрукована з епілогом.</w:t>
      </w:r>
    </w:p>
    <w:p>
      <w:r>
        <w:br/>
        <w:t>Подається за першодруком.</w:t>
      </w:r>
    </w:p>
    <w:p>
      <w:r>
        <w:br/>
        <w:t>1 Кіпріда — за грецькою міфологією, інше ім'я богині Афродіти; утворено від назви острова Кіпр, який у міфах вважається її островом.</w:t>
      </w:r>
    </w:p>
    <w:p>
      <w:r>
        <w:br/>
        <w:t>2 Арес — за грецькою міфологією, син Зевса і Гери, носій руїни і загибелі на війні.</w:t>
      </w:r>
    </w:p>
    <w:p>
      <w:r>
        <w:br/>
        <w:t>3 Гекатомба — велика жертва богам.</w:t>
      </w:r>
    </w:p>
    <w:p>
      <w:r>
        <w:br/>
        <w:t>4 Сівіллівська книга — сівіллами (сібіллами) називали у стародавніх греків і римлян мандрівних пророчиць, ворожок. Сівіллівська книга — висловлювання пророчиці, записані на пальмових листях.</w:t>
      </w:r>
    </w:p>
    <w:p>
      <w:r>
        <w:br/>
        <w:t>5 Атрід — один з двох синів Атрея, Агамемнон або Менелай.</w:t>
      </w:r>
    </w:p>
    <w:p>
      <w:r>
        <w:br/>
        <w:t>6 Пелід — син Пелея, Ахіллес.</w:t>
      </w:r>
    </w:p>
    <w:p>
      <w:r>
        <w:br/>
        <w:t>7 Артеміда — за грецькою міфологією, дочка Зевса, сестра Аполлона, богиня сонця, полювання і лісів, зображалася дівою, озброєною луком та стрілами.</w:t>
      </w:r>
    </w:p>
    <w:p>
      <w:r>
        <w:br/>
        <w:t>8 Іфігенія — дочка Агамемнона і Клітемнестри. Коли греки напали на Трою, Артеміда наказала принести їй в жертву Іфігенію, тоді вона спинить супротивний вітер, але перед жертвоприношенням Артеміда взяла Іфігенію і перенесла її в Тавріду (антична назва Кримського півострова).</w:t>
      </w:r>
    </w:p>
    <w:p>
      <w:r>
        <w:br/>
        <w:t>9 Пентезілея — цариця амазонок, войовничих, озброєних жінок.</w:t>
      </w:r>
    </w:p>
    <w:p>
      <w:r>
        <w:br/>
        <w:t>10 Медуза — в грецькій міфології, страшна потворна діва, від одного погляду на неї людина кам'яніла.</w:t>
      </w:r>
    </w:p>
    <w:p>
      <w:r>
        <w:br/>
        <w:t>11 Палладіон — у греків і римлян назва статуй богині Паллади. Найславетніший палладіон був у Трої. Взагалі всякий предмет, перед яким благоговіють, бо він приносить могутність, славу і щастя.</w:t>
      </w:r>
    </w:p>
    <w:p>
      <w:r>
        <w:br/>
        <w:t>12 Гадес — в грецькій міфології брат Зевса, владар темних надр землі, невмолимий ворог усього живущого.</w:t>
      </w:r>
    </w:p>
    <w:p>
      <w:r>
        <w:br/>
        <w:t>13 Асфоделонські поля — загробні поля, по яких ходять душі померлих; асфоделонеька квітка мала відношення до культу мертвих.</w:t>
      </w:r>
    </w:p>
    <w:p>
      <w:r>
        <w:br/>
        <w:t>14 Єлісейська долина — загробна країна щастя, де проходить безпечальне загробне життя, якщо туди переносять померлого бога.</w:t>
      </w:r>
    </w:p>
    <w:p>
      <w:r>
        <w:br/>
        <w:t>15 Персефона — богиня загробного світу.</w:t>
      </w:r>
    </w:p>
    <w:p>
      <w:r>
        <w:br/>
        <w:t>16 Кокіт (або Коціт) — "річка волань" в загробному світі.</w:t>
      </w:r>
    </w:p>
    <w:p>
      <w:r>
        <w:br/>
        <w:t>17 Гефест — бог-коваль, бог вогню взагалі і зокрема вогню, що обробляє метал.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Кассандра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