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Каштан</w:t>
      </w:r>
    </w:p>
    <w:p>
      <w:r>
        <w:br/>
        <w:t xml:space="preserve"> Обіч мого вікна розпустив розгалужені крони,&lt;br /&gt;</w:t>
        <w:br/>
        <w:t>Наче крила тугі, молодий білопінний каштан.&lt;br /&gt;</w:t>
        <w:br/>
        <w:t>Я милуюся ним і долаю життя перегони,&lt;br /&gt;</w:t>
        <w:br/>
        <w:t>І торкаюсь рубців занімілих від давності ран.</w:t>
      </w:r>
    </w:p>
    <w:p>
      <w:r>
        <w:br/>
        <w:t>Мої скроні хтось рясно посипав каштановим цвітом,&lt;br /&gt;</w:t>
        <w:br/>
        <w:t>Поорали чоло, наче поле, життя орачі.&lt;br /&gt;</w:t>
        <w:br/>
        <w:t>Ще надавно плило під вітрилами зоряне літо,&lt;br /&gt;</w:t>
        <w:br/>
        <w:t>А на обрії вже журавлинні курличуть ключі.</w:t>
      </w:r>
    </w:p>
    <w:p>
      <w:r>
        <w:br/>
        <w:t>Так ведеться з віків... Так будується доля. В огромі&lt;br /&gt;</w:t>
        <w:br/>
        <w:t>Несполічених днів ми долаємо роки свої.&lt;br /&gt;</w:t>
        <w:br/>
        <w:t>Але сутність людини найперша й найбільша у тому,&lt;br /&gt;</w:t>
        <w:br/>
        <w:t>Щоби ниви життя засівались ділами її.</w:t>
      </w:r>
    </w:p>
    <w:p>
      <w:r>
        <w:br/>
        <w:t>Чи то буде порив, що звитяжців підводить в атаку,&lt;br /&gt;</w:t>
        <w:br/>
        <w:t>А чи дрібка тепла, як остання надія вмира;&lt;br /&gt;</w:t>
        <w:br/>
        <w:t>Може, в полум'я крок, щоб когось врятувати без ляку,&lt;br /&gt;</w:t>
        <w:br/>
        <w:t>Або слово живе, що вогонь добува з-під пера —</w:t>
      </w:r>
    </w:p>
    <w:p>
      <w:r>
        <w:br/>
        <w:t>Все годиться, лише б щось у спадок лишилося дітям,&lt;br /&gt;</w:t>
        <w:br/>
        <w:t>І здіймалось колоссям на схилах земного буття.&lt;br /&gt;</w:t>
        <w:br/>
        <w:t>...Білопінний каштан тихо-тихо шепочеться з вітром&lt;br /&gt;</w:t>
        <w:br/>
        <w:t>І манить, і зове у незвіданий світ майбуття.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Каштан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