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Карменсіта</w:t>
      </w:r>
    </w:p>
    <w:p>
      <w:r>
        <w:br/>
        <w:t xml:space="preserve"> Наринула, мов хижа птиця,&lt;br /&gt;</w:t>
        <w:br/>
        <w:t>Змела сліди моїх доріг.&lt;br /&gt;</w:t>
        <w:br/>
        <w:t>Чи жінка ти, чи громовиця?&lt;br /&gt;</w:t>
        <w:br/>
        <w:t>Як твій тягар знести я зміг?</w:t>
      </w:r>
    </w:p>
    <w:p>
      <w:r>
        <w:br/>
        <w:t>Кинджалом ти несамовито&lt;br /&gt;</w:t>
        <w:br/>
        <w:t>Мене вразила. Я — в злобі,&lt;br /&gt;</w:t>
        <w:br/>
        <w:t>Але довірю, Карменсіто,&lt;br /&gt;</w:t>
        <w:br/>
        <w:t>Стражденне серце лиш тобі.</w:t>
      </w:r>
    </w:p>
    <w:p>
      <w:r>
        <w:br/>
        <w:t>Мене вогонь твойого тіла&lt;br /&gt;</w:t>
        <w:br/>
        <w:t>Невпинно мучить щодоби.&lt;br /&gt;</w:t>
        <w:br/>
        <w:t>Спали ж і те, що не спалила,-&lt;br /&gt;</w:t>
        <w:br/>
        <w:t>Не пожалій, а погуби!</w:t>
      </w:r>
    </w:p>
    <w:p>
      <w:r>
        <w:br/>
        <w:t>Нехай глузує доля з мене,-&lt;br /&gt;</w:t>
        <w:br/>
        <w:t>В ній мука є, в ній щастя є.&lt;br /&gt;</w:t>
        <w:br/>
        <w:t>Мене моє чуття шалене&lt;br /&gt;</w:t>
        <w:br/>
        <w:t>Без тебе, дівчино, заб'є.</w:t>
      </w:r>
    </w:p>
    <w:p>
      <w:r>
        <w:br/>
        <w:t>В душі звучить, пливе духмяно&lt;br /&gt;</w:t>
        <w:br/>
        <w:t>Сопілки зламаної спів&lt;br /&gt;</w:t>
        <w:br/>
        <w:t>Не гнівайся, що так неждано&lt;br /&gt;</w:t>
        <w:br/>
        <w:t>Цвіт яблунь в серці заяснів.</w:t>
      </w:r>
    </w:p>
    <w:p>
      <w:r>
        <w:br/>
        <w:t>На мене не дивись сердито,-&lt;br /&gt;</w:t>
        <w:br/>
        <w:t>Чому страждання не таю?&lt;br /&gt;</w:t>
        <w:br/>
        <w:t>Твоїм кинджалом, Карменсіто,&lt;br /&gt;</w:t>
        <w:br/>
        <w:t>Пронижу душу я свою!</w:t>
      </w:r>
    </w:p>
    <w:p>
      <w:r>
        <w:br/>
        <w:t>1923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Карменсіта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