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Карлик Ніс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Карлик Ніс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