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Карл Великий</w:t>
      </w:r>
    </w:p>
    <w:p>
      <w:r>
        <w:br/>
        <w:t xml:space="preserve"> Із данцем Ольгером стояв на башті&lt;br /&gt;</w:t>
        <w:br/>
        <w:t>Ломбардії властитель Дезидерій,&lt;br /&gt;</w:t>
        <w:br/>
        <w:t>Дививсь на північ, у хвилясту даль,&lt;br /&gt;</w:t>
        <w:br/>
        <w:t>За гони й гони жнив, аж до підніжжя&lt;br /&gt;</w:t>
        <w:br/>
        <w:t>Альп сніговерхих, звідкіля пливло&lt;br /&gt;</w:t>
        <w:br/>
        <w:t>Велике військо, всі шляхи до міста&lt;br /&gt;</w:t>
        <w:br/>
        <w:t>Заполонивши. Й мовив Дезидерій&lt;br /&gt;</w:t>
        <w:br/>
        <w:t>До Ольгера, що юні роки збув&lt;br /&gt;</w:t>
        <w:br/>
        <w:t>Заложником у Франції і знав&lt;br /&gt;</w:t>
        <w:br/>
        <w:t>В обличчя імператора: "Чи видно&lt;br /&gt;</w:t>
        <w:br/>
        <w:t>Його між військом?" Той відмовив: "Ні".</w:t>
      </w:r>
    </w:p>
    <w:p>
      <w:r>
        <w:br/>
        <w:t>Тим часом лави незліченні ближче&lt;br /&gt;</w:t>
        <w:br/>
        <w:t>Надходили, все множачись, аж поки&lt;br /&gt;</w:t>
        <w:br/>
        <w:t>Здивований озвався Дезидерій:&lt;br /&gt;</w:t>
        <w:br/>
        <w:t>"Напевне, серед лицарів отих&lt;br /&gt;</w:t>
        <w:br/>
        <w:t>Вже єсть і Карл?" I Ольгер відказав&lt;br /&gt;</w:t>
        <w:br/>
        <w:t>Задумливо: "О ні, так швидко він&lt;br /&gt;</w:t>
        <w:br/>
        <w:t>Не з'явиться!" Тоді в тяжкій турботі&lt;br /&gt;</w:t>
        <w:br/>
        <w:t>Спитався князь: "А що ж із нами буде,&lt;br /&gt;</w:t>
        <w:br/>
        <w:t>Коли надійде він ще з більшим військом?"&lt;br /&gt;</w:t>
        <w:br/>
        <w:t>I Ольгер відповів йому: "Тоді&lt;br /&gt;</w:t>
        <w:br/>
        <w:t>Великого побачиш ти в обличчя.&lt;br /&gt;</w:t>
        <w:br/>
        <w:t>Що ж буде з нами, я того не знаю".</w:t>
      </w:r>
    </w:p>
    <w:p>
      <w:r>
        <w:br/>
        <w:t>Тут гвардія з'явилась, паладини,&lt;br /&gt;</w:t>
        <w:br/>
        <w:t>Невтомні в битвах. I, уздрівши їх,&lt;br /&gt;</w:t>
        <w:br/>
        <w:t>Пойнятий страхом, скрикнув Дезидерій:&lt;br /&gt;</w:t>
        <w:br/>
        <w:t>"То, певне, вже сам Карл!" Але так само&lt;br /&gt;</w:t>
        <w:br/>
        <w:t>Відмовив данець: "Ні, це ще не він".</w:t>
      </w:r>
    </w:p>
    <w:p>
      <w:r>
        <w:br/>
        <w:t>Тоді засяяли в блискучих ризах&lt;br /&gt;</w:t>
        <w:br/>
        <w:t>Єпископи, абати, цілий причет&lt;br /&gt;</w:t>
        <w:br/>
        <w:t>Імперської капели, з ними й графи.&lt;br /&gt;</w:t>
        <w:br/>
        <w:t>I Дезидерієві світло дня&lt;br /&gt;</w:t>
        <w:br/>
        <w:t>Вчинилося таким страшним, як смерть,&lt;br /&gt;</w:t>
        <w:br/>
        <w:t>I схлипнув він, і простогнав: "Ходімо&lt;br /&gt;</w:t>
        <w:br/>
        <w:t>Сховаємось де-небудь під землею,&lt;br /&gt;</w:t>
        <w:br/>
        <w:t>Щоб нам не бачити цього лихого,&lt;br /&gt;</w:t>
        <w:br/>
        <w:t>Страшного ворога!" I мовив Ольгер:&lt;br /&gt;</w:t>
        <w:br/>
        <w:t>"Коли побачиш, як у полі хліб&lt;br /&gt;</w:t>
        <w:br/>
        <w:t>Від жаху затремтить і в мури міста&lt;br /&gt;</w:t>
        <w:br/>
        <w:t>Залізними ударять бурунами&lt;br /&gt;</w:t>
        <w:br/>
        <w:t>По і Тічіно, знай, що то вже Карл".</w:t>
      </w:r>
    </w:p>
    <w:p>
      <w:r>
        <w:br/>
        <w:t>I поки він казав, північний захід&lt;br /&gt;</w:t>
        <w:br/>
        <w:t>Загрозлива, аж темна, вкрила туча,&lt;br /&gt;</w:t>
        <w:br/>
        <w:t>З якої блискала гаряча зброя&lt;br /&gt;</w:t>
        <w:br/>
        <w:t>На стовпища міські. I був той блиск&lt;br /&gt;</w:t>
        <w:br/>
        <w:t>Жахливіший за тьму щонайтемнішу —&lt;br /&gt;</w:t>
        <w:br/>
        <w:t>I вийшов з неї Карл, залізний муж!</w:t>
      </w:r>
    </w:p>
    <w:p>
      <w:r>
        <w:br/>
        <w:t>Шолом його — залізний, рукавиці,&lt;br /&gt;</w:t>
        <w:br/>
        <w:t>Всі тиляги його, ручні й ножні —&lt;br /&gt;</w:t>
        <w:br/>
        <w:t>Із щирого заліза, як і щит.&lt;br /&gt;</w:t>
        <w:br/>
        <w:t>У ліву руку взяв він спис разючий,&lt;br /&gt;</w:t>
        <w:br/>
        <w:t>А в правій мав свій переможний меч,&lt;br /&gt;</w:t>
        <w:br/>
        <w:t>I кінь під ним був сильний, як залізо,&lt;br /&gt;</w:t>
        <w:br/>
        <w:t>I масті був залізної. I всі,&lt;br /&gt;</w:t>
        <w:br/>
        <w:t>Хто йшов за ним, всі воїни були&lt;br /&gt;</w:t>
        <w:br/>
        <w:t>Іще твердіші, аніж їхня зброя.&lt;br /&gt;</w:t>
        <w:br/>
        <w:t>Під тим залізом і поля, й шляхи&lt;br /&gt;</w:t>
        <w:br/>
        <w:t>Вгиналися, а вістря так блищали,&lt;br /&gt;</w:t>
        <w:br/>
        <w:t>Що жах пройшов у всі щілини міста.</w:t>
      </w:r>
    </w:p>
    <w:p>
      <w:r>
        <w:br/>
        <w:t>Єдиним поглядом те все обнявши,&lt;br /&gt;</w:t>
        <w:br/>
        <w:t>До князя швидко обернувся Ольгер&lt;br /&gt;</w:t>
        <w:br/>
        <w:t>I крикнув: "Глянь, перед тобою — той,&lt;br /&gt;</w:t>
        <w:br/>
        <w:t>Кого так жадібно ти виглядав!"&lt;br /&gt;</w:t>
        <w:br/>
        <w:t>I впав, як мертвий, князеві до ніг.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Карл Великий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