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Капелюхи для котів</w:t>
      </w:r>
    </w:p>
    <w:p>
      <w:r>
        <w:br/>
        <w:t xml:space="preserve"> 1</w:t>
      </w:r>
    </w:p>
    <w:p>
      <w:r>
        <w:br/>
        <w:t>Проживали у місті&lt;br /&gt;</w:t>
        <w:br/>
        <w:t>коти.&lt;br /&gt;</w:t>
        <w:br/>
        <w:t>Все було в них:&lt;br /&gt;</w:t>
        <w:br/>
        <w:t>пухнасті хвости,&lt;br /&gt;</w:t>
        <w:br/>
        <w:t>срібні вуса,&lt;br /&gt;</w:t>
        <w:br/>
        <w:t>чутливі вуха.&lt;br /&gt;</w:t>
        <w:br/>
        <w:t>Не було в них лише&lt;br /&gt;</w:t>
        <w:br/>
        <w:t>капелюхів!</w:t>
      </w:r>
    </w:p>
    <w:p>
      <w:r>
        <w:br/>
        <w:t>А про них&lt;br /&gt;</w:t>
        <w:br/>
        <w:t>мріяв кожен кіт,&lt;br /&gt;</w:t>
        <w:br/>
        <w:t>щоб казати:&lt;br /&gt;</w:t>
        <w:br/>
        <w:t>— Привіт! Привіт! —&lt;br /&gt;</w:t>
        <w:br/>
        <w:t>ще й при цьому,&lt;br /&gt;</w:t>
        <w:br/>
        <w:t>немов за звичкою,&lt;br /&gt;</w:t>
        <w:br/>
        <w:t>капелюх&lt;br /&gt;</w:t>
        <w:br/>
        <w:t>піднімати ввічливо.</w:t>
      </w:r>
    </w:p>
    <w:p>
      <w:r>
        <w:br/>
        <w:t>А інакше&lt;br /&gt;</w:t>
        <w:br/>
        <w:t>котам хвостатим&lt;br /&gt;</w:t>
        <w:br/>
        <w:t>не хотілося зовсім&lt;br /&gt;</w:t>
        <w:br/>
        <w:t>вітатись,&lt;br /&gt;</w:t>
        <w:br/>
        <w:t>і ходили коти,&lt;br /&gt;</w:t>
        <w:br/>
        <w:t>нявчали —&lt;br /&gt;</w:t>
        <w:br/>
        <w:t>один одного&lt;br /&gt;</w:t>
        <w:br/>
        <w:t>не помічали...</w:t>
      </w:r>
    </w:p>
    <w:p>
      <w:r>
        <w:br/>
        <w:t>2</w:t>
      </w:r>
    </w:p>
    <w:p>
      <w:r>
        <w:br/>
        <w:t>Але якось&lt;br /&gt;</w:t>
        <w:br/>
        <w:t>рішили коти:&lt;br /&gt;</w:t>
        <w:br/>
        <w:t>— Капелюшника&lt;br /&gt;</w:t>
        <w:br/>
        <w:t>треба знайти!&lt;br /&gt;</w:t>
        <w:br/>
        <w:t>Хай пошиє нам&lt;br /&gt;</w:t>
        <w:br/>
        <w:t>капелюхи&lt;br /&gt;</w:t>
        <w:br/>
        <w:t>з дірочками&lt;br /&gt;</w:t>
        <w:br/>
        <w:t>для кожного вуха,&lt;br /&gt;</w:t>
        <w:br/>
        <w:t>щоб нарешті&lt;br /&gt;</w:t>
        <w:br/>
        <w:t>котові кіт&lt;br /&gt;</w:t>
        <w:br/>
        <w:t>зміг сказати:&lt;br /&gt;</w:t>
        <w:br/>
        <w:t>— Привіт! Привіт! —&lt;br /&gt;</w:t>
        <w:br/>
        <w:t>Ще й при цьому&lt;br /&gt;</w:t>
        <w:br/>
        <w:t>в лапі кошлатій&lt;br /&gt;</w:t>
        <w:br/>
        <w:t>капелюха свого&lt;br /&gt;</w:t>
        <w:br/>
        <w:t>підняти!</w:t>
      </w:r>
    </w:p>
    <w:p>
      <w:r>
        <w:br/>
        <w:t>3</w:t>
      </w:r>
    </w:p>
    <w:p>
      <w:r>
        <w:br/>
        <w:t>І задерли коти&lt;br /&gt;</w:t>
        <w:br/>
        <w:t>хвости —&lt;br /&gt;</w:t>
        <w:br/>
        <w:t>і помчали містом&lt;br /&gt;</w:t>
        <w:br/>
        <w:t>коти!</w:t>
      </w:r>
    </w:p>
    <w:p>
      <w:r>
        <w:br/>
        <w:t>Цілу ніч, розбишаки,&lt;br /&gt;</w:t>
        <w:br/>
        <w:t>гасали —&lt;br /&gt;</w:t>
        <w:br/>
        <w:t>капелюшника скрізь&lt;br /&gt;</w:t>
        <w:br/>
        <w:t>шукали.</w:t>
      </w:r>
    </w:p>
    <w:p>
      <w:r>
        <w:br/>
        <w:t>Аж нарешті&lt;br /&gt;</w:t>
        <w:br/>
        <w:t>у передмісті&lt;br /&gt;</w:t>
        <w:br/>
        <w:t>набрели&lt;br /&gt;</w:t>
        <w:br/>
        <w:t>на будиночок чистий,&lt;br /&gt;</w:t>
        <w:br/>
        <w:t>де сіяла&lt;br /&gt;</w:t>
        <w:br/>
        <w:t>вервечка літер:&lt;br /&gt;</w:t>
        <w:br/>
        <w:t>КАПЕЛЮШНИК —&lt;br /&gt;</w:t>
        <w:br/>
        <w:t>НАЙКРАЩИЙ В СВІТІ!</w:t>
      </w:r>
    </w:p>
    <w:p>
      <w:r>
        <w:br/>
        <w:t>4</w:t>
      </w:r>
    </w:p>
    <w:p>
      <w:r>
        <w:br/>
        <w:t>І зраділи коти&lt;br /&gt;</w:t>
        <w:br/>
        <w:t>страшенно!&lt;br /&gt;</w:t>
        <w:br/>
        <w:t>Задзвонили,&lt;br /&gt;</w:t>
        <w:br/>
        <w:t>немов навіжені,&lt;br /&gt;</w:t>
        <w:br/>
        <w:t>ще й у двері&lt;br /&gt;</w:t>
        <w:br/>
        <w:t>загрюкали лапами,&lt;br /&gt;</w:t>
        <w:br/>
        <w:t>волохатими&lt;br /&gt;</w:t>
        <w:br/>
        <w:t>та кошлатими.&lt;br /&gt;</w:t>
        <w:br/>
        <w:t>А коли занявчали&lt;br /&gt;</w:t>
        <w:br/>
        <w:t>щосили —&lt;br /&gt;</w:t>
        <w:br/>
        <w:t>капелюшника&lt;br /&gt;</w:t>
        <w:br/>
        <w:t>враз розбудили!</w:t>
      </w:r>
    </w:p>
    <w:p>
      <w:r>
        <w:br/>
        <w:t>Капелюшник&lt;br /&gt;</w:t>
        <w:br/>
        <w:t>розплющив очі,&lt;br /&gt;</w:t>
        <w:br/>
        <w:t>переляканий,&lt;br /&gt;</w:t>
        <w:br/>
        <w:t>з ліжка скочив&lt;br /&gt;</w:t>
        <w:br/>
        <w:t>і, схопивши&lt;br /&gt;</w:t>
        <w:br/>
        <w:t>свою одежу,&lt;br /&gt;</w:t>
        <w:br/>
        <w:t>заволав&lt;br /&gt;</w:t>
        <w:br/>
        <w:t>скільки сил:&lt;br /&gt;</w:t>
        <w:br/>
        <w:t>— По-же-е-жа!!!</w:t>
      </w:r>
    </w:p>
    <w:p>
      <w:r>
        <w:br/>
        <w:t>Але тільки-но&lt;br /&gt;</w:t>
        <w:br/>
        <w:t>вибіг з хати,&lt;br /&gt;</w:t>
        <w:br/>
        <w:t>як побачив&lt;br /&gt;</w:t>
        <w:br/>
        <w:t>котів хвостатих.</w:t>
      </w:r>
    </w:p>
    <w:p>
      <w:r>
        <w:br/>
        <w:t>— А! Це ви,&lt;br /&gt;</w:t>
        <w:br/>
        <w:t>розбишаки вусаті,&lt;br /&gt;</w:t>
        <w:br/>
        <w:t>не даєте мені&lt;br /&gt;</w:t>
        <w:br/>
        <w:t>поспати?!&lt;br /&gt;</w:t>
        <w:br/>
        <w:t>Ще ж зірки&lt;br /&gt;</w:t>
        <w:br/>
        <w:t>не погасли в небі!..&lt;br /&gt;</w:t>
        <w:br/>
        <w:t>Ну, кажіть-но,&lt;br /&gt;</w:t>
        <w:br/>
        <w:t>чого вам треба?</w:t>
      </w:r>
    </w:p>
    <w:p>
      <w:r>
        <w:br/>
        <w:t>5</w:t>
      </w:r>
    </w:p>
    <w:p>
      <w:r>
        <w:br/>
        <w:t>І сказали йому&lt;br /&gt;</w:t>
        <w:br/>
        <w:t>коти:&lt;br /&gt;</w:t>
        <w:br/>
        <w:t>— Капелюшник&lt;br /&gt;</w:t>
        <w:br/>
        <w:t>найкращий —&lt;br /&gt;</w:t>
        <w:br/>
        <w:t>ти!&lt;br /&gt;</w:t>
        <w:br/>
        <w:t>Тож поший&lt;br /&gt;</w:t>
        <w:br/>
        <w:t>нам усім&lt;br /&gt;</w:t>
        <w:br/>
        <w:t>капелюхи&lt;br /&gt;</w:t>
        <w:br/>
        <w:t>з дірочками&lt;br /&gt;</w:t>
        <w:br/>
        <w:t>для кожного вуха,&lt;br /&gt;</w:t>
        <w:br/>
        <w:t>щоб нарешті і ми,&lt;br /&gt;</w:t>
        <w:br/>
        <w:t>вусаті,&lt;br /&gt;</w:t>
        <w:br/>
        <w:t>один з одним&lt;br /&gt;</w:t>
        <w:br/>
        <w:t>змогли вітатись!</w:t>
      </w:r>
    </w:p>
    <w:p>
      <w:r>
        <w:br/>
        <w:t>— Ні!&lt;br /&gt;</w:t>
        <w:br/>
        <w:t>Такому&lt;br /&gt;</w:t>
        <w:br/>
        <w:t>не буть ніколи! —&lt;br /&gt;</w:t>
        <w:br/>
        <w:t>заволав&lt;br /&gt;</w:t>
        <w:br/>
        <w:t>капелюшник голий.—&lt;br /&gt;</w:t>
        <w:br/>
        <w:t>Тато шив,&lt;br /&gt;</w:t>
        <w:br/>
        <w:t>і дідусь мій шив&lt;br /&gt;</w:t>
        <w:br/>
        <w:t>ДЛЯ ЛЮДЕЙ,&lt;br /&gt;</w:t>
        <w:br/>
        <w:t>а не для котів!&lt;br /&gt;</w:t>
        <w:br/>
        <w:t>Тож ідіть собі геть,&lt;br /&gt;</w:t>
        <w:br/>
        <w:t>вусаті,—&lt;br /&gt;</w:t>
        <w:br/>
        <w:t>дайте далі мені&lt;br /&gt;</w:t>
        <w:br/>
        <w:t>поспати...</w:t>
      </w:r>
    </w:p>
    <w:p>
      <w:r>
        <w:br/>
        <w:t>6</w:t>
      </w:r>
    </w:p>
    <w:p>
      <w:r>
        <w:br/>
        <w:t>І пішли по домівках&lt;br /&gt;</w:t>
        <w:br/>
        <w:t>коти —&lt;br /&gt;</w:t>
        <w:br/>
        <w:t>срібні вуса,&lt;br /&gt;</w:t>
        <w:br/>
        <w:t>пухнасті хвости,&lt;br /&gt;</w:t>
        <w:br/>
        <w:t>бо зосталися&lt;br /&gt;</w:t>
        <w:br/>
        <w:t>без капелюхів&lt;br /&gt;</w:t>
        <w:br/>
        <w:t>з дірочками&lt;br /&gt;</w:t>
        <w:br/>
        <w:t>для кожного вуха...</w:t>
      </w:r>
    </w:p>
    <w:p>
      <w:r>
        <w:br/>
        <w:t>Ось тому-то&lt;br /&gt;</w:t>
        <w:br/>
        <w:t>коти вусаті&lt;br /&gt;</w:t>
        <w:br/>
        <w:t>ще й донині&lt;br /&gt;</w:t>
        <w:br/>
        <w:t>не люблять&lt;br /&gt;</w:t>
        <w:br/>
        <w:t>вітатись...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Капелюхи для котів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