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Канцони з "Декамерона"</w:t>
      </w:r>
    </w:p>
    <w:p>
      <w:r>
        <w:br/>
        <w:t xml:space="preserve"> &lt;p&gt;Канцона І</w:t>
      </w:r>
    </w:p>
    <w:p>
      <w:r>
        <w:br/>
        <w:t>Канцона II</w:t>
      </w:r>
    </w:p>
    <w:p>
      <w:r>
        <w:br/>
        <w:t>Канцона III</w:t>
      </w:r>
    </w:p>
    <w:p>
      <w:r>
        <w:br/>
        <w:t>Канцона IV</w:t>
      </w:r>
    </w:p>
    <w:p>
      <w:r>
        <w:br/>
        <w:t>Канцона V</w:t>
      </w:r>
    </w:p>
    <w:p>
      <w:r>
        <w:br/>
        <w:t>Канцона VI</w:t>
      </w:r>
    </w:p>
    <w:p>
      <w:r>
        <w:br/>
        <w:t>Канцона VII</w:t>
      </w:r>
    </w:p>
    <w:p>
      <w:r>
        <w:br/>
        <w:t>Канцона VIII</w:t>
      </w:r>
    </w:p>
    <w:p>
      <w:r>
        <w:br/>
        <w:t>Канцона IX</w:t>
      </w:r>
    </w:p>
    <w:p>
      <w:r>
        <w:br/>
        <w:t>Канцона X</w:t>
      </w:r>
    </w:p>
    <w:p>
      <w:r>
        <w:br/>
        <w:t>________________________________________</w:t>
      </w:r>
    </w:p>
    <w:p>
      <w:r>
        <w:br/>
        <w:t>І</w:t>
      </w:r>
    </w:p>
    <w:p>
      <w:r>
        <w:br/>
        <w:t>Я так пишаюсь із своєї вроди,</w:t>
      </w:r>
    </w:p>
    <w:p>
      <w:r>
        <w:br/>
        <w:t>Що не знайду повік</w:t>
      </w:r>
    </w:p>
    <w:p>
      <w:r>
        <w:br/>
        <w:t>У іншому коханні насолоди.</w:t>
      </w:r>
    </w:p>
    <w:p>
      <w:r>
        <w:br/>
        <w:t>У себе гляну — бачу я ті чари,</w:t>
      </w:r>
    </w:p>
    <w:p>
      <w:r>
        <w:br/>
        <w:t>Що вид їх душу втіхою сповняє,</w:t>
      </w:r>
    </w:p>
    <w:p>
      <w:r>
        <w:br/>
        <w:t>Ні давні згадки, ні новії мари,-</w:t>
      </w:r>
    </w:p>
    <w:p>
      <w:r>
        <w:br/>
        <w:t>Ніщо розкошів тих не проганяє.</w:t>
      </w:r>
    </w:p>
    <w:p>
      <w:r>
        <w:br/>
        <w:t>Краси такої більш ніде немає,</w:t>
      </w:r>
    </w:p>
    <w:p>
      <w:r>
        <w:br/>
        <w:t>I я не жду повік</w:t>
      </w:r>
    </w:p>
    <w:p>
      <w:r>
        <w:br/>
        <w:t>Нових забав, нової насолоди.</w:t>
      </w:r>
    </w:p>
    <w:p>
      <w:r>
        <w:br/>
        <w:t>Ту втіху несказанно чарівничу,</w:t>
      </w:r>
    </w:p>
    <w:p>
      <w:r>
        <w:br/>
        <w:t>Коли захочу, завше можу мати,</w:t>
      </w:r>
    </w:p>
    <w:p>
      <w:r>
        <w:br/>
        <w:t>Вона приходить, як її покличу,</w:t>
      </w:r>
    </w:p>
    <w:p>
      <w:r>
        <w:br/>
        <w:t>Сп'яняти душу, серце звеселяти;</w:t>
      </w:r>
    </w:p>
    <w:p>
      <w:r>
        <w:br/>
        <w:t>Який то скарб коштовний, пребагатий —</w:t>
      </w:r>
    </w:p>
    <w:p>
      <w:r>
        <w:br/>
        <w:t>Той не збагне повік,</w:t>
      </w:r>
    </w:p>
    <w:p>
      <w:r>
        <w:br/>
        <w:t>Хто не зазнав такої насолоди.</w:t>
      </w:r>
    </w:p>
    <w:p>
      <w:r>
        <w:br/>
        <w:t>Що більше я на скарб отой дивлюся,</w:t>
      </w:r>
    </w:p>
    <w:p>
      <w:r>
        <w:br/>
        <w:t>То дужче загоряюся жагою,</w:t>
      </w:r>
    </w:p>
    <w:p>
      <w:r>
        <w:br/>
        <w:t>Я ті розкоші п'ю і не нап'юся,</w:t>
      </w:r>
    </w:p>
    <w:p>
      <w:r>
        <w:br/>
        <w:t>Коли ж я спрагу серця заспокою?</w:t>
      </w:r>
    </w:p>
    <w:p>
      <w:r>
        <w:br/>
        <w:t>Знемогою охоплена п'янкою,</w:t>
      </w:r>
    </w:p>
    <w:p>
      <w:r>
        <w:br/>
        <w:t>Не хочу я повік</w:t>
      </w:r>
    </w:p>
    <w:p>
      <w:r>
        <w:br/>
        <w:t>Деінде засягати насолоди.</w:t>
      </w:r>
    </w:p>
    <w:p>
      <w:r>
        <w:br/>
        <w:t>ІІ</w:t>
      </w:r>
    </w:p>
    <w:p>
      <w:r>
        <w:br/>
        <w:t>Щаслива я над всяке порівняння:</w:t>
      </w:r>
    </w:p>
    <w:p>
      <w:r>
        <w:br/>
        <w:t>Здійснилися усі мої бажання!</w:t>
      </w:r>
    </w:p>
    <w:p>
      <w:r>
        <w:br/>
        <w:t>Прийди ж до мене, владарю Амуре,</w:t>
      </w:r>
    </w:p>
    <w:p>
      <w:r>
        <w:br/>
        <w:t>Всіх благ моїх і радощів причино;</w:t>
      </w:r>
    </w:p>
    <w:p>
      <w:r>
        <w:br/>
        <w:t>З тобою заспіваю</w:t>
      </w:r>
    </w:p>
    <w:p>
      <w:r>
        <w:br/>
        <w:t>Не про зітхання, не про дні зажури,</w:t>
      </w:r>
    </w:p>
    <w:p>
      <w:r>
        <w:br/>
        <w:t>Що ти змінив на втіху доброчинно,</w:t>
      </w:r>
    </w:p>
    <w:p>
      <w:r>
        <w:br/>
        <w:t>А про жагу безкраю,</w:t>
      </w:r>
    </w:p>
    <w:p>
      <w:r>
        <w:br/>
        <w:t>Що в ній горю, щаслива, й не згоряю,</w:t>
      </w:r>
    </w:p>
    <w:p>
      <w:r>
        <w:br/>
        <w:t>Тобі мої несучи обожання.</w:t>
      </w:r>
    </w:p>
    <w:p>
      <w:r>
        <w:br/>
        <w:t>В той день, як загорілась я жагою,</w:t>
      </w:r>
    </w:p>
    <w:p>
      <w:r>
        <w:br/>
        <w:t>Явив, Амуре, ти моєму зору</w:t>
      </w:r>
    </w:p>
    <w:p>
      <w:r>
        <w:br/>
        <w:t>Коханця молодого,</w:t>
      </w:r>
    </w:p>
    <w:p>
      <w:r>
        <w:br/>
        <w:t>Що силою, завзяттям і красою</w:t>
      </w:r>
    </w:p>
    <w:p>
      <w:r>
        <w:br/>
        <w:t>Над усіма у світі візьме гору —</w:t>
      </w:r>
    </w:p>
    <w:p>
      <w:r>
        <w:br/>
        <w:t>Нема ніде такого...</w:t>
      </w:r>
    </w:p>
    <w:p>
      <w:r>
        <w:br/>
        <w:t>Я мрію і співаю лиш про нього,</w:t>
      </w:r>
    </w:p>
    <w:p>
      <w:r>
        <w:br/>
        <w:t>Лише йому палке моє кохання.</w:t>
      </w:r>
    </w:p>
    <w:p>
      <w:r>
        <w:br/>
        <w:t>Але найбільше те мене втішає,</w:t>
      </w:r>
    </w:p>
    <w:p>
      <w:r>
        <w:br/>
        <w:t>Що милому і я так само мила</w:t>
      </w:r>
    </w:p>
    <w:p>
      <w:r>
        <w:br/>
        <w:t>З твоєї ласки, Боже!</w:t>
      </w:r>
    </w:p>
    <w:p>
      <w:r>
        <w:br/>
        <w:t>На сьому світі все тепер я маю,</w:t>
      </w:r>
    </w:p>
    <w:p>
      <w:r>
        <w:br/>
        <w:t>Усе, чого душа моя хотіла,</w:t>
      </w:r>
    </w:p>
    <w:p>
      <w:r>
        <w:br/>
        <w:t>А на тім світі, може,</w:t>
      </w:r>
    </w:p>
    <w:p>
      <w:r>
        <w:br/>
        <w:t>Господь Всевишній люблячим поможе</w:t>
      </w:r>
    </w:p>
    <w:p>
      <w:r>
        <w:br/>
        <w:t>I нам дарує вічне раювання.</w:t>
      </w:r>
    </w:p>
    <w:p>
      <w:r>
        <w:br/>
        <w:t>III</w:t>
      </w:r>
    </w:p>
    <w:p>
      <w:r>
        <w:br/>
        <w:t>Моя жорстока доле!</w:t>
      </w:r>
    </w:p>
    <w:p>
      <w:r>
        <w:br/>
        <w:t>З кохання я страждаю,</w:t>
      </w:r>
    </w:p>
    <w:p>
      <w:r>
        <w:br/>
        <w:t>Як не страждав, мабуть, ніхто ніколи.</w:t>
      </w:r>
    </w:p>
    <w:p>
      <w:r>
        <w:br/>
        <w:t>Предвічний Зодчий всього світострою</w:t>
      </w:r>
    </w:p>
    <w:p>
      <w:r>
        <w:br/>
        <w:t>Собі на осолоду</w:t>
      </w:r>
    </w:p>
    <w:p>
      <w:r>
        <w:br/>
        <w:t>Створив мене веселою, живою</w:t>
      </w:r>
    </w:p>
    <w:p>
      <w:r>
        <w:br/>
        <w:t>I дав мені напрочуд дивну вроду,</w:t>
      </w:r>
    </w:p>
    <w:p>
      <w:r>
        <w:br/>
        <w:t>Споріднену з красою,</w:t>
      </w:r>
    </w:p>
    <w:p>
      <w:r>
        <w:br/>
        <w:t>Що в небесах сіяє в рід із роду;</w:t>
      </w:r>
    </w:p>
    <w:p>
      <w:r>
        <w:br/>
        <w:t>Та, на мою знегоду,</w:t>
      </w:r>
    </w:p>
    <w:p>
      <w:r>
        <w:br/>
        <w:t>Небагатьом помітна —</w:t>
      </w:r>
    </w:p>
    <w:p>
      <w:r>
        <w:br/>
        <w:t>Свічу я на земному видноколі.</w:t>
      </w:r>
    </w:p>
    <w:p>
      <w:r>
        <w:br/>
        <w:t>Як я лише ввійшла в літа дівочі,</w:t>
      </w:r>
    </w:p>
    <w:p>
      <w:r>
        <w:br/>
        <w:t>То був у мене милий,</w:t>
      </w:r>
    </w:p>
    <w:p>
      <w:r>
        <w:br/>
        <w:t>Що заглядав мені кохано в очі,</w:t>
      </w:r>
    </w:p>
    <w:p>
      <w:r>
        <w:br/>
        <w:t>Які його уяву полонили;</w:t>
      </w:r>
    </w:p>
    <w:p>
      <w:r>
        <w:br/>
        <w:t>Чудові дні і ночі —</w:t>
      </w:r>
    </w:p>
    <w:p>
      <w:r>
        <w:br/>
        <w:t>Як швидко лине час той легкокрилий!</w:t>
      </w:r>
    </w:p>
    <w:p>
      <w:r>
        <w:br/>
        <w:t>У пестощах летіли.</w:t>
      </w:r>
    </w:p>
    <w:p>
      <w:r>
        <w:br/>
        <w:t>Бо й я ж його кохала,</w:t>
      </w:r>
    </w:p>
    <w:p>
      <w:r>
        <w:br/>
        <w:t>Та він зав'яв од подиху недолі.</w:t>
      </w:r>
    </w:p>
    <w:p>
      <w:r>
        <w:br/>
        <w:t>А потім другий — пишний, гордовитий</w:t>
      </w:r>
    </w:p>
    <w:p>
      <w:r>
        <w:br/>
        <w:t>Узяв мене у руки,</w:t>
      </w:r>
    </w:p>
    <w:p>
      <w:r>
        <w:br/>
        <w:t>I світ мені жалобою повитий,</w:t>
      </w:r>
    </w:p>
    <w:p>
      <w:r>
        <w:br/>
        <w:t>I мушу я любить його з принуки;</w:t>
      </w:r>
    </w:p>
    <w:p>
      <w:r>
        <w:br/>
        <w:t>Немов несамовитий,</w:t>
      </w:r>
    </w:p>
    <w:p>
      <w:r>
        <w:br/>
        <w:t>Мене ревнує він — о люті муки!</w:t>
      </w:r>
    </w:p>
    <w:p>
      <w:r>
        <w:br/>
        <w:t>Я гину із розпуки...</w:t>
      </w:r>
    </w:p>
    <w:p>
      <w:r>
        <w:br/>
        <w:t>Чи ж я на те вродилась,</w:t>
      </w:r>
    </w:p>
    <w:p>
      <w:r>
        <w:br/>
        <w:t>Щоб лиш його коритися сваволі?</w:t>
      </w:r>
    </w:p>
    <w:p>
      <w:r>
        <w:br/>
        <w:t>Кляну тепер годину ту печальну,</w:t>
      </w:r>
    </w:p>
    <w:p>
      <w:r>
        <w:br/>
        <w:t>Коли я поміняла</w:t>
      </w:r>
    </w:p>
    <w:p>
      <w:r>
        <w:br/>
        <w:t>Дівочу скромну сукню на вінчальну,</w:t>
      </w:r>
    </w:p>
    <w:p>
      <w:r>
        <w:br/>
        <w:t>Коли я в церкві слово "так" сказала.</w:t>
      </w:r>
    </w:p>
    <w:p>
      <w:r>
        <w:br/>
        <w:t>В ту мить гірку, безжальну</w:t>
      </w:r>
    </w:p>
    <w:p>
      <w:r>
        <w:br/>
        <w:t>Я світ собі навіки зав'язала...</w:t>
      </w:r>
    </w:p>
    <w:p>
      <w:r>
        <w:br/>
        <w:t>Ох, краще б я сконала,</w:t>
      </w:r>
    </w:p>
    <w:p>
      <w:r>
        <w:br/>
        <w:t>Ніж по сумнім весіллі</w:t>
      </w:r>
    </w:p>
    <w:p>
      <w:r>
        <w:br/>
        <w:t>Такі терпіти несказанні болі!</w:t>
      </w:r>
    </w:p>
    <w:p>
      <w:r>
        <w:br/>
        <w:t>О перший милий, друже незабутий,</w:t>
      </w:r>
    </w:p>
    <w:p>
      <w:r>
        <w:br/>
        <w:t>Молю тебе, благаю</w:t>
      </w:r>
    </w:p>
    <w:p>
      <w:r>
        <w:br/>
        <w:t>На мене знову любо позирнути</w:t>
      </w:r>
    </w:p>
    <w:p>
      <w:r>
        <w:br/>
        <w:t>З далекого надзоряного краю.</w:t>
      </w:r>
    </w:p>
    <w:p>
      <w:r>
        <w:br/>
        <w:t>О, дай мені відчути,</w:t>
      </w:r>
    </w:p>
    <w:p>
      <w:r>
        <w:br/>
        <w:t>Що пломінь наш не згас у дні відчаю;</w:t>
      </w:r>
    </w:p>
    <w:p>
      <w:r>
        <w:br/>
        <w:t>До осяйного раю</w:t>
      </w:r>
    </w:p>
    <w:p>
      <w:r>
        <w:br/>
        <w:t>Візьми мене, мій любий,</w:t>
      </w:r>
    </w:p>
    <w:p>
      <w:r>
        <w:br/>
        <w:t>Звільни мене з плачевної юдолі!</w:t>
      </w:r>
    </w:p>
    <w:p>
      <w:r>
        <w:br/>
        <w:t>IV</w:t>
      </w:r>
    </w:p>
    <w:p>
      <w:r>
        <w:br/>
        <w:t>Я плачу і ридаю,</w:t>
      </w:r>
    </w:p>
    <w:p>
      <w:r>
        <w:br/>
        <w:t>Болить і мліє серце моє хворе,-</w:t>
      </w:r>
    </w:p>
    <w:p>
      <w:r>
        <w:br/>
        <w:t>Ніяк жалю од зради не поборе.</w:t>
      </w:r>
    </w:p>
    <w:p>
      <w:r>
        <w:br/>
        <w:t>Як ти, Амуре, звів мені на очі</w:t>
      </w:r>
    </w:p>
    <w:p>
      <w:r>
        <w:br/>
        <w:t>Ту, що по ній даремно я зітхаю</w:t>
      </w:r>
    </w:p>
    <w:p>
      <w:r>
        <w:br/>
        <w:t>I в'яну від журботи,</w:t>
      </w:r>
    </w:p>
    <w:p>
      <w:r>
        <w:br/>
        <w:t>Вона здалась мені взірцем чесноти,</w:t>
      </w:r>
    </w:p>
    <w:p>
      <w:r>
        <w:br/>
        <w:t>Я зразу полюбив її без краю;</w:t>
      </w:r>
    </w:p>
    <w:p>
      <w:r>
        <w:br/>
        <w:t>За диво те уроче</w:t>
      </w:r>
    </w:p>
    <w:p>
      <w:r>
        <w:br/>
        <w:t>Умер би я охоче!</w:t>
      </w:r>
    </w:p>
    <w:p>
      <w:r>
        <w:br/>
        <w:t>Та то був сон: пробудження суворе</w:t>
      </w:r>
    </w:p>
    <w:p>
      <w:r>
        <w:br/>
        <w:t>Явило правду, серцеві на горе.</w:t>
      </w:r>
    </w:p>
    <w:p>
      <w:r>
        <w:br/>
        <w:t>Вона також була немов зичлива</w:t>
      </w:r>
    </w:p>
    <w:p>
      <w:r>
        <w:br/>
        <w:t>Мені, своєму вірному рабові;</w:t>
      </w:r>
    </w:p>
    <w:p>
      <w:r>
        <w:br/>
        <w:t>Голубив я надію,</w:t>
      </w:r>
    </w:p>
    <w:p>
      <w:r>
        <w:br/>
        <w:t>Що відтепер навік заволодію</w:t>
      </w:r>
    </w:p>
    <w:p>
      <w:r>
        <w:br/>
        <w:t>Безцінними клейнодами любові.</w:t>
      </w:r>
    </w:p>
    <w:p>
      <w:r>
        <w:br/>
        <w:t>Але моя вродлива</w:t>
      </w:r>
    </w:p>
    <w:p>
      <w:r>
        <w:br/>
        <w:t>Натхненниця зрадлива</w:t>
      </w:r>
    </w:p>
    <w:p>
      <w:r>
        <w:br/>
        <w:t>На іншого звернула раптом зори —</w:t>
      </w:r>
    </w:p>
    <w:p>
      <w:r>
        <w:br/>
        <w:t>Кінець моєму щастю надто скорий!</w:t>
      </w:r>
    </w:p>
    <w:p>
      <w:r>
        <w:br/>
        <w:t>Знебувся я в жорстокому вигнанні,</w:t>
      </w:r>
    </w:p>
    <w:p>
      <w:r>
        <w:br/>
        <w:t>Вразливе серце плаче знову й знову,</w:t>
      </w:r>
    </w:p>
    <w:p>
      <w:r>
        <w:br/>
        <w:t>Від розпачу я гину</w:t>
      </w:r>
    </w:p>
    <w:p>
      <w:r>
        <w:br/>
        <w:t>I проклинаю день той і годину,</w:t>
      </w:r>
    </w:p>
    <w:p>
      <w:r>
        <w:br/>
        <w:t>Коли я взрів красу її чудову.</w:t>
      </w:r>
    </w:p>
    <w:p>
      <w:r>
        <w:br/>
        <w:t>Кляну своє кохання,</w:t>
      </w:r>
    </w:p>
    <w:p>
      <w:r>
        <w:br/>
        <w:t>I вірне женихання,</w:t>
      </w:r>
    </w:p>
    <w:p>
      <w:r>
        <w:br/>
        <w:t>I мрії про блаженство яснозоре...</w:t>
      </w:r>
    </w:p>
    <w:p>
      <w:r>
        <w:br/>
        <w:t>В моїй душі кипить огненне море.</w:t>
      </w:r>
    </w:p>
    <w:p>
      <w:r>
        <w:br/>
        <w:t>Я визволу не бачу із зажури,</w:t>
      </w:r>
    </w:p>
    <w:p>
      <w:r>
        <w:br/>
        <w:t>Ніщо мене розважити не може...</w:t>
      </w:r>
    </w:p>
    <w:p>
      <w:r>
        <w:br/>
        <w:t>З безмежного відчаю</w:t>
      </w:r>
    </w:p>
    <w:p>
      <w:r>
        <w:br/>
        <w:t>Одного лиш — навік заснуть — бажаю.</w:t>
      </w:r>
    </w:p>
    <w:p>
      <w:r>
        <w:br/>
        <w:t>Молю тебе, любові милий боже:</w:t>
      </w:r>
    </w:p>
    <w:p>
      <w:r>
        <w:br/>
        <w:t>Скінчи скоріш, Амуре,</w:t>
      </w:r>
    </w:p>
    <w:p>
      <w:r>
        <w:br/>
        <w:t>Життя моє похмуре;</w:t>
      </w:r>
    </w:p>
    <w:p>
      <w:r>
        <w:br/>
        <w:t>В надземнії полинувши простори,</w:t>
      </w:r>
    </w:p>
    <w:p>
      <w:r>
        <w:br/>
        <w:t>Звільнюся я від навісної змори.</w:t>
      </w:r>
    </w:p>
    <w:p>
      <w:r>
        <w:br/>
        <w:t>Немає інших ліків на ті болі,</w:t>
      </w:r>
    </w:p>
    <w:p>
      <w:r>
        <w:br/>
        <w:t>Як смерть, що всі страждання присипляє;</w:t>
      </w:r>
    </w:p>
    <w:p>
      <w:r>
        <w:br/>
        <w:t>Зішли ж її до мене,</w:t>
      </w:r>
    </w:p>
    <w:p>
      <w:r>
        <w:br/>
        <w:t>Нехай урве се нидіння злиденне,</w:t>
      </w:r>
    </w:p>
    <w:p>
      <w:r>
        <w:br/>
        <w:t>Бо жити в мене сили вже немає...</w:t>
      </w:r>
    </w:p>
    <w:p>
      <w:r>
        <w:br/>
        <w:t>Зроби кінець недолі,</w:t>
      </w:r>
    </w:p>
    <w:p>
      <w:r>
        <w:br/>
        <w:t>В твоїй се, боже, волі,-</w:t>
      </w:r>
    </w:p>
    <w:p>
      <w:r>
        <w:br/>
        <w:t>Хай не тривожать більш мої докори</w:t>
      </w:r>
    </w:p>
    <w:p>
      <w:r>
        <w:br/>
        <w:t>Жорстокої зрадливої синьйори.</w:t>
      </w:r>
    </w:p>
    <w:p>
      <w:r>
        <w:br/>
        <w:t>Співаю я жалі свої не всує:</w:t>
      </w:r>
    </w:p>
    <w:p>
      <w:r>
        <w:br/>
        <w:t>Ніхто тебе не зможе перейняти,</w:t>
      </w:r>
    </w:p>
    <w:p>
      <w:r>
        <w:br/>
        <w:t>Моя тужлива пісне,</w:t>
      </w:r>
    </w:p>
    <w:p>
      <w:r>
        <w:br/>
        <w:t>Бо серця так нікому біль не тисне;</w:t>
      </w:r>
    </w:p>
    <w:p>
      <w:r>
        <w:br/>
        <w:t>Та хай тебе почує бог крилатий,</w:t>
      </w:r>
    </w:p>
    <w:p>
      <w:r>
        <w:br/>
        <w:t>Амур нехай почує</w:t>
      </w:r>
    </w:p>
    <w:p>
      <w:r>
        <w:br/>
        <w:t>Й пошле, чого молю я,-</w:t>
      </w:r>
    </w:p>
    <w:p>
      <w:r>
        <w:br/>
        <w:t>Як упадуть життя сього затвори,</w:t>
      </w:r>
    </w:p>
    <w:p>
      <w:r>
        <w:br/>
        <w:t>Тоді мої скінчаться з світом спори.</w:t>
      </w:r>
    </w:p>
    <w:p>
      <w:r>
        <w:br/>
        <w:t>Я плачу і ридаю,</w:t>
      </w:r>
    </w:p>
    <w:p>
      <w:r>
        <w:br/>
        <w:t>Болить і мріє серце моє хворе,-</w:t>
      </w:r>
    </w:p>
    <w:p>
      <w:r>
        <w:br/>
        <w:t>Ніяк жалю од зради не поборе.</w:t>
      </w:r>
    </w:p>
    <w:p>
      <w:r>
        <w:br/>
        <w:t>V</w:t>
      </w:r>
    </w:p>
    <w:p>
      <w:r>
        <w:br/>
        <w:t>Амуре, через сяйво</w:t>
      </w:r>
    </w:p>
    <w:p>
      <w:r>
        <w:br/>
        <w:t>Ясних очей коханої моєї</w:t>
      </w:r>
    </w:p>
    <w:p>
      <w:r>
        <w:br/>
        <w:t>Рабом я став у тебе, як і в неї.</w:t>
      </w:r>
    </w:p>
    <w:p>
      <w:r>
        <w:br/>
        <w:t>Як з тих очей упав на мене промінь,</w:t>
      </w:r>
    </w:p>
    <w:p>
      <w:r>
        <w:br/>
        <w:t>Враз серце загорілося жагою:</w:t>
      </w:r>
    </w:p>
    <w:p>
      <w:r>
        <w:br/>
        <w:t>Твоя, Амуре, сила</w:t>
      </w:r>
    </w:p>
    <w:p>
      <w:r>
        <w:br/>
        <w:t>Влила у нього невгасимий пломінь.</w:t>
      </w:r>
    </w:p>
    <w:p>
      <w:r>
        <w:br/>
        <w:t>Я зваблений чудовною красою,</w:t>
      </w:r>
    </w:p>
    <w:p>
      <w:r>
        <w:br/>
        <w:t>Навіки полонила</w:t>
      </w:r>
    </w:p>
    <w:p>
      <w:r>
        <w:br/>
        <w:t>Мене красуня мила,-</w:t>
      </w:r>
    </w:p>
    <w:p>
      <w:r>
        <w:br/>
        <w:t>Ніщо проти вродливиці тієї</w:t>
      </w:r>
    </w:p>
    <w:p>
      <w:r>
        <w:br/>
        <w:t>Усі на світі рожі і лілеї.</w:t>
      </w:r>
    </w:p>
    <w:p>
      <w:r>
        <w:br/>
        <w:t>Я став її невільником покірним,</w:t>
      </w:r>
    </w:p>
    <w:p>
      <w:r>
        <w:br/>
        <w:t>Але не знаю я, чи їй відомо,</w:t>
      </w:r>
    </w:p>
    <w:p>
      <w:r>
        <w:br/>
        <w:t>Про що я сню і мрію,</w:t>
      </w:r>
    </w:p>
    <w:p>
      <w:r>
        <w:br/>
        <w:t>Чого я прагну серцем щирим, вірним,</w:t>
      </w:r>
    </w:p>
    <w:p>
      <w:r>
        <w:br/>
        <w:t>Амуре-боже, лиш тобі одному</w:t>
      </w:r>
    </w:p>
    <w:p>
      <w:r>
        <w:br/>
        <w:t>Я звірив досі тії</w:t>
      </w:r>
    </w:p>
    <w:p>
      <w:r>
        <w:br/>
        <w:t>Бажання і надії;</w:t>
      </w:r>
    </w:p>
    <w:p>
      <w:r>
        <w:br/>
        <w:t>Ти знаєш — ласка владарки моєї</w:t>
      </w:r>
    </w:p>
    <w:p>
      <w:r>
        <w:br/>
        <w:t>Мені за всі дорожча привілеї.</w:t>
      </w:r>
    </w:p>
    <w:p>
      <w:r>
        <w:br/>
        <w:t>Молю ж,тебе, володарю мій любий,</w:t>
      </w:r>
    </w:p>
    <w:p>
      <w:r>
        <w:br/>
        <w:t>Подай їй вістку про моє кохання</w:t>
      </w:r>
    </w:p>
    <w:p>
      <w:r>
        <w:br/>
        <w:t>Палке і невтоленне,</w:t>
      </w:r>
    </w:p>
    <w:p>
      <w:r>
        <w:br/>
        <w:t>Що може привести мене до згуби;</w:t>
      </w:r>
    </w:p>
    <w:p>
      <w:r>
        <w:br/>
        <w:t>Скажи їй про тяжке моє страждання,</w:t>
      </w:r>
    </w:p>
    <w:p>
      <w:r>
        <w:br/>
        <w:t>Що серце рве шалено;</w:t>
      </w:r>
    </w:p>
    <w:p>
      <w:r>
        <w:br/>
        <w:t>Схили її до мене,</w:t>
      </w:r>
    </w:p>
    <w:p>
      <w:r>
        <w:br/>
        <w:t>Яви ознаку милості твоєї,-</w:t>
      </w:r>
    </w:p>
    <w:p>
      <w:r>
        <w:br/>
        <w:t>Знеси мене в любовні емпіреї.</w:t>
      </w:r>
    </w:p>
    <w:p>
      <w:r>
        <w:br/>
        <w:t>VI</w:t>
      </w:r>
    </w:p>
    <w:p>
      <w:r>
        <w:br/>
        <w:t>Любов, коли я вирвуся з неволі</w:t>
      </w:r>
    </w:p>
    <w:p>
      <w:r>
        <w:br/>
        <w:t>Жорстокої твоєї,</w:t>
      </w:r>
    </w:p>
    <w:p>
      <w:r>
        <w:br/>
        <w:t>Довіку я не знатиму недолі.</w:t>
      </w:r>
    </w:p>
    <w:p>
      <w:r>
        <w:br/>
        <w:t>Я дівчинкою вийшла молодою</w:t>
      </w:r>
    </w:p>
    <w:p>
      <w:r>
        <w:br/>
        <w:t>Навстріч тобі не для війни, для миру;</w:t>
      </w:r>
    </w:p>
    <w:p>
      <w:r>
        <w:br/>
        <w:t>Довірливо усю я склала зброю,</w:t>
      </w:r>
    </w:p>
    <w:p>
      <w:r>
        <w:br/>
        <w:t>Впевняючись на нашу дружбу щиру,</w:t>
      </w:r>
    </w:p>
    <w:p>
      <w:r>
        <w:br/>
        <w:t>А ти напала, зрадивши довіру,</w:t>
      </w:r>
    </w:p>
    <w:p>
      <w:r>
        <w:br/>
        <w:t>I, стомлена борнею</w:t>
      </w:r>
    </w:p>
    <w:p>
      <w:r>
        <w:br/>
        <w:t>I зранена, уже лежу я долі.</w:t>
      </w:r>
    </w:p>
    <w:p>
      <w:r>
        <w:br/>
        <w:t>I ти мене в кайдани закувала,</w:t>
      </w:r>
    </w:p>
    <w:p>
      <w:r>
        <w:br/>
        <w:t>Не зглянулась на сльози і докори.</w:t>
      </w:r>
    </w:p>
    <w:p>
      <w:r>
        <w:br/>
        <w:t>I віддала, як бранку, на поталу</w:t>
      </w:r>
    </w:p>
    <w:p>
      <w:r>
        <w:br/>
        <w:t>Тому, хто народивсь мені на горе;</w:t>
      </w:r>
    </w:p>
    <w:p>
      <w:r>
        <w:br/>
        <w:t>А в нього серце горде і суворе,</w:t>
      </w:r>
    </w:p>
    <w:p>
      <w:r>
        <w:br/>
        <w:t>Обковане бронею, —</w:t>
      </w:r>
    </w:p>
    <w:p>
      <w:r>
        <w:br/>
        <w:t>Ніщо йому мої жалі і болі.</w:t>
      </w:r>
    </w:p>
    <w:p>
      <w:r>
        <w:br/>
        <w:t>Мене не хоче слухати упертий —</w:t>
      </w:r>
    </w:p>
    <w:p>
      <w:r>
        <w:br/>
        <w:t>Даремна мова, марні всі благання...</w:t>
      </w:r>
    </w:p>
    <w:p>
      <w:r>
        <w:br/>
        <w:t>Несила жити і незмога вмерти,</w:t>
      </w:r>
    </w:p>
    <w:p>
      <w:r>
        <w:br/>
        <w:t>Щодень, щомить ростуть мої страждання,</w:t>
      </w:r>
    </w:p>
    <w:p>
      <w:r>
        <w:br/>
        <w:t>Вволи ж, любов, одно моє бажання:</w:t>
      </w:r>
    </w:p>
    <w:p>
      <w:r>
        <w:br/>
        <w:t>Нас сіттю однією</w:t>
      </w:r>
    </w:p>
    <w:p>
      <w:r>
        <w:br/>
        <w:t>Із ним оплутай — у твоїй се волі.</w:t>
      </w:r>
    </w:p>
    <w:p>
      <w:r>
        <w:br/>
        <w:t>А як сього не хочеш ти вчинити,</w:t>
      </w:r>
    </w:p>
    <w:p>
      <w:r>
        <w:br/>
        <w:t>То розв'яжи хоч вузлики надії;</w:t>
      </w:r>
    </w:p>
    <w:p>
      <w:r>
        <w:br/>
        <w:t>Утихне, може, біль несамовитий,</w:t>
      </w:r>
    </w:p>
    <w:p>
      <w:r>
        <w:br/>
        <w:t>I знов я світу білому зрадію,</w:t>
      </w:r>
    </w:p>
    <w:p>
      <w:r>
        <w:br/>
        <w:t>I знов на вроду я похорошію, —</w:t>
      </w:r>
    </w:p>
    <w:p>
      <w:r>
        <w:br/>
        <w:t>Троянди і лілеї</w:t>
      </w:r>
    </w:p>
    <w:p>
      <w:r>
        <w:br/>
        <w:t>У мене знов пишатимуть на чолі.</w:t>
      </w:r>
    </w:p>
    <w:p>
      <w:r>
        <w:br/>
        <w:t>VII</w:t>
      </w:r>
    </w:p>
    <w:p>
      <w:r>
        <w:br/>
        <w:t>О Боже, я нещасна!</w:t>
      </w:r>
    </w:p>
    <w:p>
      <w:r>
        <w:br/>
        <w:t>Невже того не зможу повернути,</w:t>
      </w:r>
    </w:p>
    <w:p>
      <w:r>
        <w:br/>
        <w:t>Що доля одняла мені напасна?</w:t>
      </w:r>
    </w:p>
    <w:p>
      <w:r>
        <w:br/>
        <w:t>Не знаю я, що діється зо мною,</w:t>
      </w:r>
    </w:p>
    <w:p>
      <w:r>
        <w:br/>
        <w:t>Та серце б'ється знову</w:t>
      </w:r>
    </w:p>
    <w:p>
      <w:r>
        <w:br/>
        <w:t>В передчутті блаженства неземного...</w:t>
      </w:r>
    </w:p>
    <w:p>
      <w:r>
        <w:br/>
        <w:t>О раю мій, єдиний мій покою,</w:t>
      </w:r>
    </w:p>
    <w:p>
      <w:r>
        <w:br/>
        <w:t>Скажи мені хоч слово —</w:t>
      </w:r>
    </w:p>
    <w:p>
      <w:r>
        <w:br/>
        <w:t>Не жду я втіхи більше ні од кого,</w:t>
      </w:r>
    </w:p>
    <w:p>
      <w:r>
        <w:br/>
        <w:t>Од тебе лиш одного...</w:t>
      </w:r>
    </w:p>
    <w:p>
      <w:r>
        <w:br/>
        <w:t>Лише з тобою можу я забути</w:t>
      </w:r>
    </w:p>
    <w:p>
      <w:r>
        <w:br/>
        <w:t>Журбу мою, скорботу повсякчасну.</w:t>
      </w:r>
    </w:p>
    <w:p>
      <w:r>
        <w:br/>
        <w:t>Якась нова, незнана ще одрада</w:t>
      </w:r>
    </w:p>
    <w:p>
      <w:r>
        <w:br/>
        <w:t>Мені бентежить душу,</w:t>
      </w:r>
    </w:p>
    <w:p>
      <w:r>
        <w:br/>
        <w:t>Ллючи бальзам на давню в серці рану.</w:t>
      </w:r>
    </w:p>
    <w:p>
      <w:r>
        <w:br/>
        <w:t>Жаги нової непоборна влада,</w:t>
      </w:r>
    </w:p>
    <w:p>
      <w:r>
        <w:br/>
        <w:t>Се визнати я мушу,</w:t>
      </w:r>
    </w:p>
    <w:p>
      <w:r>
        <w:br/>
        <w:t>Мене вже охопила полум'яно</w:t>
      </w:r>
    </w:p>
    <w:p>
      <w:r>
        <w:br/>
        <w:t>Й тривожить ненастанно —</w:t>
      </w:r>
    </w:p>
    <w:p>
      <w:r>
        <w:br/>
        <w:t>Незмога і вночі мені заснути</w:t>
      </w:r>
    </w:p>
    <w:p>
      <w:r>
        <w:br/>
        <w:t>Од страсті, що палає непогасно.</w:t>
      </w:r>
    </w:p>
    <w:p>
      <w:r>
        <w:br/>
        <w:t>Скажи ж, коли моя здійсниться мрія,</w:t>
      </w:r>
    </w:p>
    <w:p>
      <w:r>
        <w:br/>
        <w:t>Скажи мені, мій милий,</w:t>
      </w:r>
    </w:p>
    <w:p>
      <w:r>
        <w:br/>
        <w:t>Коли з'єднає нас палке кохання?</w:t>
      </w:r>
    </w:p>
    <w:p>
      <w:r>
        <w:br/>
        <w:t>Я вірю — не зведе мене надія,</w:t>
      </w:r>
    </w:p>
    <w:p>
      <w:r>
        <w:br/>
        <w:t>Та ждать не маю сили:</w:t>
      </w:r>
    </w:p>
    <w:p>
      <w:r>
        <w:br/>
        <w:t>Нехай коротким буде час чекання</w:t>
      </w:r>
    </w:p>
    <w:p>
      <w:r>
        <w:br/>
        <w:t>I вічним — раювання!</w:t>
      </w:r>
    </w:p>
    <w:p>
      <w:r>
        <w:br/>
        <w:t>З тобою в парі хочу я відчути,</w:t>
      </w:r>
    </w:p>
    <w:p>
      <w:r>
        <w:br/>
        <w:t>Яке життя чудове і прекрасне!</w:t>
      </w:r>
    </w:p>
    <w:p>
      <w:r>
        <w:br/>
        <w:t>Прийди ж, коханий, у мої обійми —</w:t>
      </w:r>
    </w:p>
    <w:p>
      <w:r>
        <w:br/>
        <w:t>В любовній тій розкоші</w:t>
      </w:r>
    </w:p>
    <w:p>
      <w:r>
        <w:br/>
        <w:t>Я без вагань і без жалю потону.</w:t>
      </w:r>
    </w:p>
    <w:p>
      <w:r>
        <w:br/>
        <w:t>Палким цілунком душу з мене вийми,</w:t>
      </w:r>
    </w:p>
    <w:p>
      <w:r>
        <w:br/>
        <w:t>О любий мій, хороший!</w:t>
      </w:r>
    </w:p>
    <w:p>
      <w:r>
        <w:br/>
        <w:t>А я тебе, клянуся, вже до скону</w:t>
      </w:r>
    </w:p>
    <w:p>
      <w:r>
        <w:br/>
        <w:t>Не випущу з полону!</w:t>
      </w:r>
    </w:p>
    <w:p>
      <w:r>
        <w:br/>
        <w:t>Як я люблю. повинен ти збагнути —</w:t>
      </w:r>
    </w:p>
    <w:p>
      <w:r>
        <w:br/>
        <w:t>Про те моя канцона каже ясно.</w:t>
      </w:r>
    </w:p>
    <w:p>
      <w:r>
        <w:br/>
        <w:t>VIII</w:t>
      </w:r>
    </w:p>
    <w:p>
      <w:r>
        <w:br/>
        <w:t>Таке велике благо</w:t>
      </w:r>
    </w:p>
    <w:p>
      <w:r>
        <w:br/>
        <w:t>Ти дав мені, Амуре милостивий,</w:t>
      </w:r>
    </w:p>
    <w:p>
      <w:r>
        <w:br/>
        <w:t>Що я горю в твоїм огні, щасливий.</w:t>
      </w:r>
    </w:p>
    <w:p>
      <w:r>
        <w:br/>
        <w:t>По вінця серце радістю налите</w:t>
      </w:r>
    </w:p>
    <w:p>
      <w:r>
        <w:br/>
        <w:t>Розкошами п'янкими</w:t>
      </w:r>
    </w:p>
    <w:p>
      <w:r>
        <w:br/>
        <w:t>I захватом любовним...</w:t>
      </w:r>
    </w:p>
    <w:p>
      <w:r>
        <w:br/>
        <w:t>Мій вид ясний не може не явити</w:t>
      </w:r>
    </w:p>
    <w:p>
      <w:r>
        <w:br/>
        <w:t>Усьому світу зримо,</w:t>
      </w:r>
    </w:p>
    <w:p>
      <w:r>
        <w:br/>
        <w:t>Що в сяєві чудовнім,</w:t>
      </w:r>
    </w:p>
    <w:p>
      <w:r>
        <w:br/>
        <w:t>В блаженстві невимовнім</w:t>
      </w:r>
    </w:p>
    <w:p>
      <w:r>
        <w:br/>
        <w:t>В високу вись летять мої пориви</w:t>
      </w:r>
    </w:p>
    <w:p>
      <w:r>
        <w:br/>
        <w:t>До гордої божественної діви.</w:t>
      </w:r>
    </w:p>
    <w:p>
      <w:r>
        <w:br/>
        <w:t>Та не скажу ніякими словами</w:t>
      </w:r>
    </w:p>
    <w:p>
      <w:r>
        <w:br/>
        <w:t>I пензлем не змалюю,</w:t>
      </w:r>
    </w:p>
    <w:p>
      <w:r>
        <w:br/>
        <w:t>Яке моє кохання,</w:t>
      </w:r>
    </w:p>
    <w:p>
      <w:r>
        <w:br/>
        <w:t>Не назову ім'я тієї дами,</w:t>
      </w:r>
    </w:p>
    <w:p>
      <w:r>
        <w:br/>
        <w:t>Що палко так люблю я.</w:t>
      </w:r>
    </w:p>
    <w:p>
      <w:r>
        <w:br/>
        <w:t>Бо наше раювання</w:t>
      </w:r>
    </w:p>
    <w:p>
      <w:r>
        <w:br/>
        <w:t>Змінилось би в страждання.</w:t>
      </w:r>
    </w:p>
    <w:p>
      <w:r>
        <w:br/>
        <w:t>Хай таємниці благосні покриви</w:t>
      </w:r>
    </w:p>
    <w:p>
      <w:r>
        <w:br/>
        <w:t>Амур над нами розпростре зичливий.</w:t>
      </w:r>
    </w:p>
    <w:p>
      <w:r>
        <w:br/>
        <w:t>Хто міг би думать, що в мої обійми</w:t>
      </w:r>
    </w:p>
    <w:p>
      <w:r>
        <w:br/>
        <w:t>Схоплю я ту розкішну,</w:t>
      </w:r>
    </w:p>
    <w:p>
      <w:r>
        <w:br/>
        <w:t>Ту недосяжну мрію?</w:t>
      </w:r>
    </w:p>
    <w:p>
      <w:r>
        <w:br/>
        <w:t>Як я скажу — хто віри мені дійме,</w:t>
      </w:r>
    </w:p>
    <w:p>
      <w:r>
        <w:br/>
        <w:t>Що я ту вроду пишну</w:t>
      </w:r>
    </w:p>
    <w:p>
      <w:r>
        <w:br/>
        <w:t>Вже цілувати смію?</w:t>
      </w:r>
    </w:p>
    <w:p>
      <w:r>
        <w:br/>
        <w:t>Я радості не крию,</w:t>
      </w:r>
    </w:p>
    <w:p>
      <w:r>
        <w:br/>
        <w:t>Щасливий я, блаженний я правдиво,</w:t>
      </w:r>
    </w:p>
    <w:p>
      <w:r>
        <w:br/>
        <w:t>Одно втаю — хто учинив те диво.</w:t>
      </w:r>
    </w:p>
    <w:p>
      <w:r>
        <w:br/>
        <w:t>IX</w:t>
      </w:r>
    </w:p>
    <w:p>
      <w:r>
        <w:br/>
        <w:t>Я молода, і в дні ясного маю,</w:t>
      </w:r>
    </w:p>
    <w:p>
      <w:r>
        <w:br/>
        <w:t>Втішаючись пробудженням любові,</w:t>
      </w:r>
    </w:p>
    <w:p>
      <w:r>
        <w:br/>
        <w:t>Я весело і радісно співаю.</w:t>
      </w:r>
    </w:p>
    <w:p>
      <w:r>
        <w:br/>
        <w:t>Гуляю я зеленими лугами,</w:t>
      </w:r>
    </w:p>
    <w:p>
      <w:r>
        <w:br/>
        <w:t>Де квітнуть білі лілії і рожі,</w:t>
      </w:r>
    </w:p>
    <w:p>
      <w:r>
        <w:br/>
        <w:t>Де розпустились золотунці гожі;</w:t>
      </w:r>
    </w:p>
    <w:p>
      <w:r>
        <w:br/>
        <w:t>Іду й рівняю з пишними квітками</w:t>
      </w:r>
    </w:p>
    <w:p>
      <w:r>
        <w:br/>
        <w:t>Того, кого люблю я до нестями:</w:t>
      </w:r>
    </w:p>
    <w:p>
      <w:r>
        <w:br/>
        <w:t>Коханому моєму юнакові</w:t>
      </w:r>
    </w:p>
    <w:p>
      <w:r>
        <w:br/>
        <w:t>Я віддана без міри і без краю.</w:t>
      </w:r>
    </w:p>
    <w:p>
      <w:r>
        <w:br/>
        <w:t>Коли побачу де найкращі квіти,</w:t>
      </w:r>
    </w:p>
    <w:p>
      <w:r>
        <w:br/>
        <w:t>На того схожі, що його люблю я,</w:t>
      </w:r>
    </w:p>
    <w:p>
      <w:r>
        <w:br/>
        <w:t>Я їх зриваю й ніжно їх цілую,</w:t>
      </w:r>
    </w:p>
    <w:p>
      <w:r>
        <w:br/>
        <w:t>Готова душу їм свою одкрити</w:t>
      </w:r>
    </w:p>
    <w:p>
      <w:r>
        <w:br/>
        <w:t>I про кохання з ними говорити,</w:t>
      </w:r>
    </w:p>
    <w:p>
      <w:r>
        <w:br/>
        <w:t>I волосом своїм тонким, шовковим</w:t>
      </w:r>
    </w:p>
    <w:p>
      <w:r>
        <w:br/>
        <w:t>Вінок із тих квіток перевиваю.</w:t>
      </w:r>
    </w:p>
    <w:p>
      <w:r>
        <w:br/>
        <w:t>Люблю квітки за їхню милу вдачу,</w:t>
      </w:r>
    </w:p>
    <w:p>
      <w:r>
        <w:br/>
        <w:t>За пишний цвіт, за аромат духмяний,</w:t>
      </w:r>
    </w:p>
    <w:p>
      <w:r>
        <w:br/>
        <w:t>Ще більш за те, що образ той коханий,</w:t>
      </w:r>
    </w:p>
    <w:p>
      <w:r>
        <w:br/>
        <w:t>Мов наяву, в подобі їхній бачу.</w:t>
      </w:r>
    </w:p>
    <w:p>
      <w:r>
        <w:br/>
        <w:t>Мою любов глибоку і гарячу</w:t>
      </w:r>
    </w:p>
    <w:p>
      <w:r>
        <w:br/>
        <w:t>Не висловить ніколи жодній мові:</w:t>
      </w:r>
    </w:p>
    <w:p>
      <w:r>
        <w:br/>
        <w:t>Не треба слів — про неї я зітхаю.</w:t>
      </w:r>
    </w:p>
    <w:p>
      <w:r>
        <w:br/>
        <w:t>Та то не ті гіркі й тяжкі зітхання,</w:t>
      </w:r>
    </w:p>
    <w:p>
      <w:r>
        <w:br/>
        <w:t>Які, бува, терзають серце горем,</w:t>
      </w:r>
    </w:p>
    <w:p>
      <w:r>
        <w:br/>
        <w:t>Жалем його пригнічують суворим:</w:t>
      </w:r>
    </w:p>
    <w:p>
      <w:r>
        <w:br/>
        <w:t>Ясні й легкі, мов вітерця дихання.</w:t>
      </w:r>
    </w:p>
    <w:p>
      <w:r>
        <w:br/>
        <w:t>Вони долинуть до мого кохання...</w:t>
      </w:r>
    </w:p>
    <w:p>
      <w:r>
        <w:br/>
        <w:t>До мене прийде лицар мій чудовий</w:t>
      </w:r>
    </w:p>
    <w:p>
      <w:r>
        <w:br/>
        <w:t>Перш, ніж гукну: "Прийди, бо вмру з відчаю!"</w:t>
      </w:r>
    </w:p>
    <w:p>
      <w:r>
        <w:br/>
        <w:t>X</w:t>
      </w:r>
    </w:p>
    <w:p>
      <w:r>
        <w:br/>
        <w:t>Якби любов без ревнощів бувала,</w:t>
      </w:r>
    </w:p>
    <w:p>
      <w:r>
        <w:br/>
        <w:t>То жодна жінка в світі</w:t>
      </w:r>
    </w:p>
    <w:p>
      <w:r>
        <w:br/>
        <w:t>Щасливістю мені б не дорівняла.</w:t>
      </w:r>
    </w:p>
    <w:p>
      <w:r>
        <w:br/>
        <w:t>Коли красу, і силу,</w:t>
      </w:r>
    </w:p>
    <w:p>
      <w:r>
        <w:br/>
        <w:t>I юність ми цінуєм в кавалері,</w:t>
      </w:r>
    </w:p>
    <w:p>
      <w:r>
        <w:br/>
        <w:t>I ніжність, і ласкавість,</w:t>
      </w:r>
    </w:p>
    <w:p>
      <w:r>
        <w:br/>
        <w:t>I душу горду й смілу,</w:t>
      </w:r>
    </w:p>
    <w:p>
      <w:r>
        <w:br/>
        <w:t>I розум, і дотепність, і манери,</w:t>
      </w:r>
    </w:p>
    <w:p>
      <w:r>
        <w:br/>
        <w:t>Й веселощі, і жвавість,-</w:t>
      </w:r>
    </w:p>
    <w:p>
      <w:r>
        <w:br/>
        <w:t>То можу я сказати всім на зависть:</w:t>
      </w:r>
    </w:p>
    <w:p>
      <w:r>
        <w:br/>
        <w:t>Сі цноти розмаїті</w:t>
      </w:r>
    </w:p>
    <w:p>
      <w:r>
        <w:br/>
        <w:t>В тому злились, кого я покохала.</w:t>
      </w:r>
    </w:p>
    <w:p>
      <w:r>
        <w:br/>
        <w:t>Але як подивлюся,</w:t>
      </w:r>
    </w:p>
    <w:p>
      <w:r>
        <w:br/>
        <w:t>То всі жінки такі ж, як я, розумні</w:t>
      </w:r>
    </w:p>
    <w:p>
      <w:r>
        <w:br/>
        <w:t>I теж того шукають;</w:t>
      </w:r>
    </w:p>
    <w:p>
      <w:r>
        <w:br/>
        <w:t>I я уже боюся,</w:t>
      </w:r>
    </w:p>
    <w:p>
      <w:r>
        <w:br/>
        <w:t>I душу точить вічний страх і сумнів,</w:t>
      </w:r>
    </w:p>
    <w:p>
      <w:r>
        <w:br/>
        <w:t>Що всі його бажають,</w:t>
      </w:r>
    </w:p>
    <w:p>
      <w:r>
        <w:br/>
        <w:t>На скарб мій любий очі поривають...</w:t>
      </w:r>
    </w:p>
    <w:p>
      <w:r>
        <w:br/>
        <w:t>Нема такої миті,</w:t>
      </w:r>
    </w:p>
    <w:p>
      <w:r>
        <w:br/>
        <w:t>Щоб я із того горя не зітхала.</w:t>
      </w:r>
    </w:p>
    <w:p>
      <w:r>
        <w:br/>
        <w:t>Якби я мала певність,</w:t>
      </w:r>
    </w:p>
    <w:p>
      <w:r>
        <w:br/>
        <w:t>Що він так само вірний, як і гарний,</w:t>
      </w:r>
    </w:p>
    <w:p>
      <w:r>
        <w:br/>
        <w:t>То зроду б мою душу</w:t>
      </w:r>
    </w:p>
    <w:p>
      <w:r>
        <w:br/>
        <w:t>Так не терзала ревність...</w:t>
      </w:r>
    </w:p>
    <w:p>
      <w:r>
        <w:br/>
        <w:t>Та бачу я, що острах мій не марний,</w:t>
      </w:r>
    </w:p>
    <w:p>
      <w:r>
        <w:br/>
        <w:t>I я його не зрушу;</w:t>
      </w:r>
    </w:p>
    <w:p>
      <w:r>
        <w:br/>
        <w:t>Щодень, щомить я стерегтися мушу,</w:t>
      </w:r>
    </w:p>
    <w:p>
      <w:r>
        <w:br/>
        <w:t>Щоб милого у сіті</w:t>
      </w:r>
    </w:p>
    <w:p>
      <w:r>
        <w:br/>
        <w:t>Суперниця лукава не впіймала.</w:t>
      </w:r>
    </w:p>
    <w:p>
      <w:r>
        <w:br/>
        <w:t>Я всіх прошу — на Бога,</w:t>
      </w:r>
    </w:p>
    <w:p>
      <w:r>
        <w:br/>
        <w:t>Хороші ви мої жінки й дівчата,</w:t>
      </w:r>
    </w:p>
    <w:p>
      <w:r>
        <w:br/>
        <w:t>О, будьте милостиві,</w:t>
      </w:r>
    </w:p>
    <w:p>
      <w:r>
        <w:br/>
        <w:t>Не надьтеся на нього,</w:t>
      </w:r>
    </w:p>
    <w:p>
      <w:r>
        <w:br/>
        <w:t>Не важтеся його перелюбляти,</w:t>
      </w:r>
    </w:p>
    <w:p>
      <w:r>
        <w:br/>
        <w:t>Спокусниці звабливі,</w:t>
      </w:r>
    </w:p>
    <w:p>
      <w:r>
        <w:br/>
        <w:t>Бо буду я страшна в своєму гніві:</w:t>
      </w:r>
    </w:p>
    <w:p>
      <w:r>
        <w:br/>
        <w:t>За любощі розбиті</w:t>
      </w:r>
    </w:p>
    <w:p>
      <w:r>
        <w:br/>
        <w:t>Гірким плачем поплатиться зухвала!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Канцони з "Декамерона"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