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Довбуша</w:t>
      </w:r>
    </w:p>
    <w:p>
      <w:r>
        <w:br/>
        <w:t xml:space="preserve"> &lt;p&gt;— А чом би нам тут не спинитись? — звернувся Петрик Гончаренко до семикласника Костя Кравчука, що був у них за начальника походу.— Ось і річечка чи гірський струмок тече, отже, вода близько, і по хмиз недалеко йти, а он якийсь камінь здоровенний,— додав він, скоса поглядаючи на Федора Карповича, що йшов край дороги, на ходу перегортаючи сторінки путівника.</w:t>
      </w:r>
    </w:p>
    <w:p>
      <w:r>
        <w:br/>
        <w:t>Щоправда, вчитель історії Федір Карпович не втручався під час екскурсії в такі дрібні справи — цим розпоряджався Кость Кравчук, та Петрик знав, що до порад Федора Карповича всі учасники походу прислухаються, і, якби Федорові Карповичу захотілося тут перепочити, всі, розуміється, пристали б на це. Петрик, як і кожний учень-екскурсант, мав свої обов'язки під час походу — він кашовар, але йому ще не довелось готувати страву в поході, адже досі вони їхали поїздом, де харчувались готовими консервами та салом, і тільки годину тому, вийшовши на залізничній станції з вагона, вони вперше рушили пішки в гори. Правду кажучи, воно таки ще ранувато обідати, таж нещодавно всі добре поснідали в поїзді, але що ж ообити, коли Петрикові кортить швидше взятись за свої обов'язки й нагодувати товаришів супом з макаронами й перловою кашею!</w:t>
      </w:r>
    </w:p>
    <w:p>
      <w:r>
        <w:br/>
        <w:t>Петрика підтримав Льоня Павловський. Він був у поході за кореспондента й фотографа, тому в його рюкзаку, крім звичайного спорядження, було ще п'ять широких блокнотів, "Щоденник походу" й чимало конвертів з марками; до бічної кишені блузи причеплено ручку-самопис-ку, а на грудях теліпався фотоапарат. Льоні теж не було досі нагоди по-справжньому розгорнути свою діяльність. Ну, що з того, що він уже сфотографував початок походу, коли учні-екскурсанти виходили з шкільного двору в Кам'янці-Подільському, та вдруге, коли вони на вокзалі сідали у вагон. Це можна було б сфотографувати й не вирушаючи нікуди з Кам'янця! В "Щоденнику походу" Льоня поки що зміг тільки записати ясну погоду за два дні та назви станцій, через які вони проїздили, але й то далеко не всі, бо і його, як усіх інших, здолав увечері міцний сон. І це б ще нічого, от кепсько тільки, що досі не було жодної пригоди, тож не було чого й дописувати до редакції рукописного шкільного журналу "Промінь", тим-то й усі блокноти лежали в рюкзаку ще не розпочаті. Тепер, коли обабіч дороги здіймалися вкриті зеленим лісом гори, Льбня відчув нарешті, що настав час, коли він по-справжньому може проявити свою діяльність і як фотограф, і як кореспондент. Це ж вони вже в Карпатах! Про Карпати вони стільки мріяли ще взимку, коли укладали з Федором Карповичем у шкільному історико-крає-знавчому гуртку план літньої мандрівки! Тут що не крок, то й чудові краєвиди, а історичних місць, куди не глянь, мабуть, повнісінько. До того ж і самого Льоню зацікавила велика кам'яна брила, завбільшки з маленьку повітку, яка лежала недалеко дороги і на яку вже звернув увагу Федора Карповича Петрик Гончаренко.</w:t>
      </w:r>
    </w:p>
    <w:p>
      <w:r>
        <w:br/>
        <w:t>— Ай справді, що то за камінь, Федоре Карповичу? — звернувся Льоня до вчителя.— Може, це якийсь історичний?</w:t>
      </w:r>
    </w:p>
    <w:p>
      <w:r>
        <w:br/>
        <w:t>Федір Карпович ще раз порівняв очима ілюстрацію в путівнику з виглядом загадкової брили й сказав:</w:t>
      </w:r>
    </w:p>
    <w:p>
      <w:r>
        <w:br/>
        <w:t>— Це таки і є той Камінь Довбуша, що його ми мали сьогодні оглянути.</w:t>
      </w:r>
    </w:p>
    <w:p>
      <w:r>
        <w:br/>
        <w:t>Льоня одразу ж націлився на камінь фотоапаратом, немов боявся, що камінь ось-ось заберуть кудись відціля, а Петрик аж підскочив з радості:</w:t>
      </w:r>
    </w:p>
    <w:p>
      <w:r>
        <w:br/>
        <w:t>— Так, значить, можна вже обід варити?</w:t>
      </w:r>
    </w:p>
    <w:p>
      <w:r>
        <w:br/>
        <w:t>— З обідом ще почекаємо, а от спинитись тут треба,— відповів Федір Карпович, розглядаючись, де б йому зручніше сісти.</w:t>
      </w:r>
    </w:p>
    <w:p>
      <w:r>
        <w:br/>
        <w:t>— Сигналь на відпочинок! — наказав Кость горністові Василькові Бойчуку, і одразу ж гучна трель сурми злетіла між гори й луною віддалась далеко в бескидах. Коли всі п'ятнадцять учасників походу наблизились, Кость скомандував:</w:t>
      </w:r>
    </w:p>
    <w:p>
      <w:r>
        <w:br/>
        <w:t>— Рюкзаки з пліч! Спочити!</w:t>
      </w:r>
    </w:p>
    <w:p>
      <w:r>
        <w:br/>
        <w:t>Неподалеку грайливо дзюрчав гірський потік, з гір, де смереки і ялини зводили свої шпилясті верхівки до синяви чистого, безхмарного неба, повіяв свіжий лагідний вітерець, але червневе опівденне сонце досить-таки припікало, і учні охоче розташувались у затінку коло каменя. Очі всіх на якусь хвилину замилувались чарівною красою зеленої верховини, та тут культмасовик Сашко Компанієць завів відому коломийку, яку розучували колись до шкільного вечора на Перше травня:</w:t>
      </w:r>
    </w:p>
    <w:p>
      <w:r>
        <w:br/>
        <w:t>Верховино, світку ти наш,</w:t>
      </w:r>
    </w:p>
    <w:p>
      <w:r>
        <w:br/>
        <w:t>Гей, як у тебе так мило!</w:t>
      </w:r>
    </w:p>
    <w:p>
      <w:r>
        <w:br/>
        <w:t>Як ігри вод, пливе тут час —</w:t>
      </w:r>
    </w:p>
    <w:p>
      <w:r>
        <w:br/>
        <w:t>Свобідно, шумно, весело...</w:t>
      </w:r>
    </w:p>
    <w:p>
      <w:r>
        <w:br/>
        <w:t>І всі враз підхопили:</w:t>
      </w:r>
    </w:p>
    <w:p>
      <w:r>
        <w:br/>
        <w:t>Ой, немає краю-краю</w:t>
      </w:r>
    </w:p>
    <w:p>
      <w:r>
        <w:br/>
        <w:t>На ту Верховину,</w:t>
      </w:r>
    </w:p>
    <w:p>
      <w:r>
        <w:br/>
        <w:t>Коби мені погуляти</w:t>
      </w:r>
    </w:p>
    <w:p>
      <w:r>
        <w:br/>
        <w:t>Хоч одну годину...</w:t>
      </w:r>
    </w:p>
    <w:p>
      <w:r>
        <w:br/>
        <w:t>Коли обірвалась остання жвава нота веселої коломийки і далеко між горами покотилась дзвінкою луною, Федір</w:t>
      </w:r>
    </w:p>
    <w:p>
      <w:r>
        <w:br/>
        <w:t>Карпович трохи урочисто, як то бувало на початку навчання в школі, промовив:</w:t>
      </w:r>
    </w:p>
    <w:p>
      <w:r>
        <w:br/>
        <w:t>— Ми перебуваємо зараз у Карпатах, у тій гірській частині України, що зветься Гуцульщиною. Гуцули, як вам відомо,— це плем'я українського народу, що до возз'єднання Західної України з Радянською 1939 року було довгі століття під шляхетською Польщею та Австро-Угорською манархією. Тяжко жилося тоді гуцулам, дуже визискували й гнітили їх пани-шляхтичі, та гуцули завжди прагнули до волі, і завзятіші з-поміж них у XVII та XVIII віках гуртувались у ватаги народних месників, або, як їх тут звали,— у ватаги опришків. Опришки — це...</w:t>
      </w:r>
    </w:p>
    <w:p>
      <w:r>
        <w:br/>
        <w:t>— Як у нас козаки або гайдамаки, Федоре Карпови-чу? — не втерпів, щоб не запитати, а воднораз і показати свою обізнаність, відомий у шкільному гуртку знавець історії, чорнявий Левко Шаботинський, що виконував у поході обов'язки санітара й етнографа.</w:t>
      </w:r>
    </w:p>
    <w:p>
      <w:r>
        <w:br/>
        <w:t>— Так, це дуже подібно до гайдамаків. Тільки цих дала степова Україна, а опришків — західна, Карпати. А породив і тих, і тих — панський гніт, злидні і любов до свого народу й волі.</w:t>
      </w:r>
    </w:p>
    <w:p>
      <w:r>
        <w:br/>
        <w:t>У опришків було багато розумних і хоробрих ватажків, та найбільше між ними вславився Олекса Довбуш. Народ склав про свого улюбленого^ героя багато пісень, легенд і казок, тим-то й на Гуцульщині стільки місць пов'язано з народними переказами про сміливого й справедливого Довбуша. Певно, й цей камінь таїть у собі якусь легенду про нього — недарма ж і зветься він Каменем Довбуша. Але стривайте...</w:t>
      </w:r>
    </w:p>
    <w:p>
      <w:r>
        <w:br/>
        <w:t>До учнівського гурту збоку тихо підійшов у м'яких шкіряних постолах старий, але кремезний ще дід. На ньому була біла вишита сорочка, поверх якої, незважаючи на тепло, дід одягнув ще й хутряну безрукавку-киптар, а на голові в нього був чорний повстяний капелюх-криса-ня, пов'язаний широкою барвистою стрічкою, за яку застромлено пір'ячко. В одній руці дід тримав різьблений ціпок-топірець, а Льоня Павловський аж рота роззявив і мерщій схопився за фотоапарат, щоб сфотографувати незвичайного діда.</w:t>
      </w:r>
    </w:p>
    <w:p>
      <w:r>
        <w:br/>
        <w:t>— Скажіть нам, дідусю,— підійшов до старого ближче Федір Карпович, привітавшись,— чому це звуть — Камінь Довбуша?</w:t>
      </w:r>
    </w:p>
    <w:p>
      <w:r>
        <w:br/>
        <w:t>— Чому звуть? — перепитав дід, приставляючи до вуха руку з люлькою.— А так, так — Довбуша то є камінь...</w:t>
      </w:r>
    </w:p>
    <w:p>
      <w:r>
        <w:br/>
        <w:t>А чому то люди прозвали так — повім вам, аби-сте слухали...</w:t>
      </w:r>
    </w:p>
    <w:p>
      <w:r>
        <w:br/>
        <w:t>— Просимо! Будь ласка, дідусю! Розкажіть! — загомоніли всі, а Левко Шаботинський з Льонею Павловським сквапко кинулись до своїх рюкзаків, щоб дістати блокноти й записувати дідове оповідання.</w:t>
      </w:r>
    </w:p>
    <w:p>
      <w:r>
        <w:br/>
        <w:t>Петрик Гончаренко, забувши про обід, зацікавлено дивився, як дід, крехтячи, присів ,на приступку в камені, добув з кисета тютюну й поволі почав набивати люльку.</w:t>
      </w:r>
    </w:p>
    <w:p>
      <w:r>
        <w:br/>
        <w:t>— Чудне яке вбрання і говорить якось дивно! — промовив стиха до Федора Карповича Петрик.</w:t>
      </w:r>
    </w:p>
    <w:p>
      <w:r>
        <w:br/>
        <w:t>— Дід говорить гуцульською говіркою. Мова кожного народу поділяється на окремі говірки, чи діалекти, і тільки літературна мова єдина. Отож і українська мова поділяється...— почав був пошепки поясняти вчитель, та в цей' час дід пихнув люлькою і почав:</w:t>
      </w:r>
    </w:p>
    <w:p>
      <w:r>
        <w:br/>
        <w:t>— Давно було те все. Десь років двіста, а то й більше буде, коли Довбуш ходив тут... Як орел, буяв він по горах наших, а вже як злетить з гір у долину, то всі пани геть аж до Станіславова, а то й до Львова тремтять, мов ті листки на буках восени. Бо мав на них гнів великий у серці Олекса Довбуш і не дарував їм жодної народної кривди. Де тільки поскаржаться люди на свого пана, там, глядіть, уже й Довбуш є! Наб'є того пана лихого Довбуш, а як лютий пан трапиться, то й на горло скарає, скаже легіням узяти панське добро та й вертає з опришками в гори...</w:t>
      </w:r>
    </w:p>
    <w:p>
      <w:r>
        <w:br/>
        <w:t>1 Пушкарі — давня гірська поліція в Карпатах</w:t>
      </w:r>
    </w:p>
    <w:p>
      <w:r>
        <w:br/>
        <w:t>— Леґінь — це парубок, молодець,— стиха пояснив, користуючись паузою, вчитель.</w:t>
      </w:r>
    </w:p>
    <w:p>
      <w:r>
        <w:br/>
        <w:t>— Багато там мав у печерах схоронок та комор своїх Довбуш, а найбільше уподобав він Чорногору, бо звідтам не могли його добути ні панські лайдаки пушкарі 1, ні королівські жовніри. На Чорногорі та в печерах, казали люди, багато панського добра після Довбуша лишилося, та ще більше того добра пороздавав Довбуш сам бідним людям. Бо справедливий був на те чоловік і сам з бідної хлопської хати вийшов.</w:t>
      </w:r>
    </w:p>
    <w:p>
      <w:r>
        <w:br/>
        <w:t>Повертався одного разу Довбуш з опришками після наскоку на панський маєток у гори та й сів тут, як ви оце, перепочити. Тяжко було його легіникам горами йти, бо велику здобич несли вони з панського двору того разу з собою. Наказав Довбуш поскладати все панське добро, що в кого було, докупи, бо не любив він, щоби хто сам користав з добутого: частину він бідним людям пороздає, а решта най на весь гурт, на все товариство буде. Наскладали опришки добра того велику купу, таку, як цей камінь, та й полягали збоку відпочивати. Аж ось іде дорогою старець-жебрак з торбою. Старий, обдертий, змарнілий ще й, видно, голоден...</w:t>
      </w:r>
    </w:p>
    <w:p>
      <w:r>
        <w:br/>
        <w:t>Побачив старця Довбуш та й питає, бо він до кожного бідного жаль мав:</w:t>
      </w:r>
    </w:p>
    <w:p>
      <w:r>
        <w:br/>
        <w:t>"А куди, чоловіче, простуєш?" J "Іду,— каже старець,— між люди, хліба кусень просити, бо не маю ні грунту, ні хати, ані ніц!"</w:t>
      </w:r>
    </w:p>
    <w:p>
      <w:r>
        <w:br/>
        <w:t>"Не мордуй, чоловіче милий, ніг своїх старечих. Ось маєш хлібину, а щоби ти далі клопоту не мав що їсти,— бери собі срібла-злата, скільки потребуєш на прожиток".</w:t>
      </w:r>
    </w:p>
    <w:p>
      <w:r>
        <w:br/>
        <w:t>Обернувся Довбуш до легенів, і стали вони раду радити, як їм далі діяти. А старець був дуже скнарий і пожадливий чоловік. Бачить він, що Довбуш з опришками не вважають на нього, та й ну тягти собі з купи — срібла, злата й самоцвітів усяких! Понапихав усі свої кишені, за пазуху набрав собі, скільки тільки влізло туди, ще й торбу свою жебрацьку повнісіньку насипав... Зрадів він, що забагатів нараз з чужого добра, і хоче вже йти собі геть, але чує, що надміру ваги взяв, не дає йому тота коштовна вага не тільки кроку ступити, а від землі підвестися. Та шкода захланному щось назад кинути — він би й усю купу собі загарбав, якби-то лиш моці йому стало! Борсався він, борсався отак на землі коло того добра, аж заки Довбуш не вгледів його біду.</w:t>
      </w:r>
    </w:p>
    <w:p>
      <w:r>
        <w:br/>
        <w:t>"Помочи треба старому чоловікові на ноги звестися",— сказав він одному легіникові, та годі зарадити чимось, як чоловік такий ненажерливий, що й у могилу забрав би з собою все добро, коби міг! Хоч і підвів його опришок молоденький, та старець, зіп'явшись, враз по коліна в землю вгруз. Що витягне йому опришок із землі ногу, то друга ще більше загрузне — так тисне старця його золото!</w:t>
      </w:r>
    </w:p>
    <w:p>
      <w:r>
        <w:br/>
        <w:t>"А чи не дам я ради з тобою, чоловіче, як ти не годен тепер і з місця рушити?" — сказав Довбуш і підійшов до старця. Взяв він того захланного своїми дужими руками, над які не було ні в кого дужчих, та підніс угору. А з старця як посиплеться срібло-золото, як задзеленчать талери й дукати!.. Спустив його Довбуш, полегшало трохи старому, та однак не може ще він випростатись, хилить ще його золото додолу. Трусонув його Довбуш ще раз, та так, що мало й душу з старого скнари не витрусив, і каже:</w:t>
      </w:r>
    </w:p>
    <w:p>
      <w:r>
        <w:br/>
        <w:t>"Ніколи не бери більше, як тобі треба! Не гаразд, коли золото руки й ноги чоловікові в'яже, розум ясний тьмя-нить, серце чисте каламутить".</w:t>
      </w:r>
    </w:p>
    <w:p>
      <w:r>
        <w:br/>
        <w:t>Пустив Довбуш старця, обернувся до купи добра здобутого, глянув гнівно й закричав, аж у горах птахи й звірі сполохалися:</w:t>
      </w:r>
    </w:p>
    <w:p>
      <w:r>
        <w:br/>
        <w:t>"Най буде прокляте панське золото, що й з бідного чоловіка захланного ненажеру може зробити!"</w:t>
      </w:r>
    </w:p>
    <w:p>
      <w:r>
        <w:br/>
        <w:t>І як закляв він, так уся купа панського добра враз на цей камінь обернулася. Отож через те й прозвали його — Камінь Довбуша.</w:t>
      </w:r>
    </w:p>
    <w:p>
      <w:r>
        <w:br/>
        <w:t>Оповідали мені люди й інакше: ніби цей камінь приніс сюди Довбуш аж з самої Чорногори, бо він був дужчий над дужчими і силу велику мав... Усяко люди кажуть, а котра байка правдивіша — то самі міркуйте...</w:t>
      </w:r>
    </w:p>
    <w:p>
      <w:r>
        <w:br/>
        <w:t>Дід замовк, замислено схилив голову, ніби пригадував ще щось, мовчали й учні-екскурсанти. Всім, звісно, подобалась більше перша легенда. Левко Шаботинський уважно дивився на потрісканий у багатьох місцях, покарбований написами сірий камінь — чи не лишився де обрис якоїсь панської речі на ньому? А Льоня Павловський підозріло поглядав на маленьку ямку коло каменя, вагаючись, чи не сфотографувати на всякий випадок і її. Може ж, то слід ноги лишився від старця, коли він загрузав у землю з своїм клятим золотом, або, може, й сам могутній Довбуш стояв тут?...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Довбуша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