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Кам'яний гість</w:t>
      </w:r>
    </w:p>
    <w:p>
      <w:r>
        <w:br/>
        <w:t xml:space="preserve"> Перекладач: М.Вороний</w:t>
      </w:r>
    </w:p>
    <w:p>
      <w:r>
        <w:br/>
        <w:t>L e p o r e l l o:&lt;br /&gt;</w:t>
        <w:br/>
        <w:t>O statua, gentillissima&lt;br /&gt;</w:t>
        <w:br/>
        <w:t>Del gran’ Commendatore!&lt;br /&gt;</w:t>
        <w:br/>
        <w:t>...Ach, padrone!&lt;br /&gt;</w:t>
        <w:br/>
        <w:t>"Don Jiovanni"*</w:t>
      </w:r>
    </w:p>
    <w:p>
      <w:r>
        <w:br/>
        <w:t>СЦЕНА ПЕРША</w:t>
      </w:r>
    </w:p>
    <w:p>
      <w:r>
        <w:br/>
        <w:t>Дон Гуан і Лепорелло.</w:t>
      </w:r>
    </w:p>
    <w:p>
      <w:r>
        <w:br/>
        <w:t>Дон Гуан</w:t>
      </w:r>
    </w:p>
    <w:p>
      <w:r>
        <w:br/>
        <w:t>Тут ночі діждемося. Ах! До брами&lt;br /&gt;</w:t>
        <w:br/>
        <w:t>Мадрида ми нарешті добулись.&lt;br /&gt;</w:t>
        <w:br/>
        <w:t>Вже хутко я по вулицях знайомих&lt;br /&gt;</w:t>
        <w:br/>
        <w:t>Помчусь, плащем свої закривши вуса,&lt;br /&gt;</w:t>
        <w:br/>
        <w:t>А капелюх насунувши на брови.&lt;br /&gt;</w:t>
        <w:br/>
        <w:t>Як думаєш: так не пізнать мене?</w:t>
      </w:r>
    </w:p>
    <w:p>
      <w:r>
        <w:br/>
        <w:t>Лепорелло</w:t>
      </w:r>
    </w:p>
    <w:p>
      <w:r>
        <w:br/>
        <w:t>Авжеж, пізнати Дон Гуана трудно!&lt;br /&gt;</w:t>
        <w:br/>
        <w:t>Таких як він — безодня!</w:t>
      </w:r>
    </w:p>
    <w:p>
      <w:r>
        <w:br/>
        <w:t>Дон Гуан</w:t>
      </w:r>
    </w:p>
    <w:p>
      <w:r>
        <w:br/>
        <w:t>Ти жартуєш?&lt;br /&gt;</w:t>
        <w:br/>
        <w:t>Та хто ж мене впізнає?</w:t>
      </w:r>
    </w:p>
    <w:p>
      <w:r>
        <w:br/>
        <w:t>Лепорелло</w:t>
      </w:r>
    </w:p>
    <w:p>
      <w:r>
        <w:br/>
        <w:t>Перший сторож,&lt;br /&gt;</w:t>
        <w:br/>
        <w:t>Гітана, або п'яний музикант,&lt;br /&gt;</w:t>
        <w:br/>
        <w:t>Або свій брат — нахабний кавалер&lt;br /&gt;</w:t>
        <w:br/>
        <w:t>В плащі і з шпагою напоготові.</w:t>
      </w:r>
    </w:p>
    <w:p>
      <w:r>
        <w:br/>
        <w:t>Дон Гуан</w:t>
      </w:r>
    </w:p>
    <w:p>
      <w:r>
        <w:br/>
        <w:t>Малий в тім клопіт — хай пізнають! Тільки б&lt;br /&gt;</w:t>
        <w:br/>
        <w:t>Мене не з&amp;#253;спів сам король, а втім&lt;br /&gt;</w:t>
        <w:br/>
        <w:t>Нікого я в Мадриді не боюсь.</w:t>
      </w:r>
    </w:p>
    <w:p>
      <w:r>
        <w:br/>
        <w:t>Лепорелло</w:t>
      </w:r>
    </w:p>
    <w:p>
      <w:r>
        <w:br/>
        <w:t>А завтра ж дійде і до короля,&lt;br /&gt;</w:t>
        <w:br/>
        <w:t>Що Дон Гуан з заслання самовільно&lt;br /&gt;</w:t>
        <w:br/>
        <w:t>В Мадрид явився, — що тоді, скажіть,&lt;br /&gt;</w:t>
        <w:br/>
        <w:t>Він з вами зробить?</w:t>
      </w:r>
    </w:p>
    <w:p>
      <w:r>
        <w:br/>
        <w:t>Дон Гуан</w:t>
      </w:r>
    </w:p>
    <w:p>
      <w:r>
        <w:br/>
        <w:t>Відішле назад,&lt;br /&gt;</w:t>
        <w:br/>
        <w:t>Вже, певно, голови мені не втнуть:&lt;br /&gt;</w:t>
        <w:br/>
        <w:t>Ачей же, не злочинець я державний!&lt;br /&gt;</w:t>
        <w:br/>
        <w:t>Мене він оддалив, мене ж любивши,&lt;br /&gt;</w:t>
        <w:br/>
        <w:t>Щоб чистий спокій вже дала мені&lt;br /&gt;</w:t>
        <w:br/>
        <w:t>Родина вбитого.</w:t>
      </w:r>
    </w:p>
    <w:p>
      <w:r>
        <w:br/>
        <w:t>Лепорелло</w:t>
      </w:r>
    </w:p>
    <w:p>
      <w:r>
        <w:br/>
        <w:t>Ага! Ну то-то ж!&lt;br /&gt;</w:t>
        <w:br/>
        <w:t>Сиділи б ви собі спокійно там!</w:t>
      </w:r>
    </w:p>
    <w:p>
      <w:r>
        <w:br/>
        <w:t>Дон Гуан</w:t>
      </w:r>
    </w:p>
    <w:p>
      <w:r>
        <w:br/>
        <w:t>Слуга покірний! Я там ледве-ледве&lt;br /&gt;</w:t>
        <w:br/>
        <w:t>З нудьги не вмер. О Боже! Що за люди!&lt;br /&gt;</w:t>
        <w:br/>
        <w:t>Що за земля! А небо? — Наче дим.&lt;br /&gt;</w:t>
        <w:br/>
        <w:t>Що ж до жінок? Та я не заміняю,&lt;br /&gt;</w:t>
        <w:br/>
        <w:t>Чи тямиш ти, мій глупий Лепорелло,&lt;br /&gt;</w:t>
        <w:br/>
        <w:t>Останню в Андалузії селянку&lt;br /&gt;</w:t>
        <w:br/>
        <w:t>На їх красунь найперших. Спочатку&lt;br /&gt;</w:t>
        <w:br/>
        <w:t>Вони мені сподобались очима&lt;br /&gt;</w:t>
        <w:br/>
        <w:t>Блакитними та білизною тіла,&lt;br /&gt;</w:t>
        <w:br/>
        <w:t>Та скромністю, найбільше ж — новиною.&lt;br /&gt;</w:t>
        <w:br/>
        <w:t>Та, слава Богу, хутко схаменувся:&lt;br /&gt;</w:t>
        <w:br/>
        <w:t>Побачив я, що з ними гріх і знатись;&lt;br /&gt;</w:t>
        <w:br/>
        <w:t>Життя нема в них — все ляльки воскові.&lt;br /&gt;</w:t>
        <w:br/>
        <w:t>А наші, наші!.. Постривай, це місце&lt;br /&gt;</w:t>
        <w:br/>
        <w:t>Знайоме нам: чи ти пізнав його?</w:t>
      </w:r>
    </w:p>
    <w:p>
      <w:r>
        <w:br/>
        <w:t>Лепорелло</w:t>
      </w:r>
    </w:p>
    <w:p>
      <w:r>
        <w:br/>
        <w:t>Як не пізнати? Монастир Антонів&lt;br /&gt;</w:t>
        <w:br/>
        <w:t>Я добре тямлю. Ви сюди вчащали,&lt;br /&gt;</w:t>
        <w:br/>
        <w:t>А коней пильнував я в цім гаю, —&lt;br /&gt;</w:t>
        <w:br/>
        <w:t>Проклята, вам скажу, повинність. Ви&lt;br /&gt;</w:t>
        <w:br/>
        <w:t>Миліше тут свої часи збавляли,&lt;br /&gt;</w:t>
        <w:br/>
        <w:t>Ніж я, повірте.</w:t>
      </w:r>
    </w:p>
    <w:p>
      <w:r>
        <w:br/>
        <w:t>Дон Гуан</w:t>
      </w:r>
    </w:p>
    <w:p>
      <w:r>
        <w:br/>
        <w:t>(замислено)</w:t>
      </w:r>
    </w:p>
    <w:p>
      <w:r>
        <w:br/>
        <w:t>О Інеза бідна!&lt;br /&gt;</w:t>
        <w:br/>
        <w:t>Її нема вже! Як її любив я!</w:t>
      </w:r>
    </w:p>
    <w:p>
      <w:r>
        <w:br/>
        <w:t>Лепорелло</w:t>
      </w:r>
    </w:p>
    <w:p>
      <w:r>
        <w:br/>
        <w:t>Інеза! Чорноока... Пам'ятаю!&lt;br /&gt;</w:t>
        <w:br/>
        <w:t>Три місяці ви добре залицялись&lt;br /&gt;</w:t>
        <w:br/>
        <w:t>До неї, поки вам поміг лукавий.</w:t>
      </w:r>
    </w:p>
    <w:p>
      <w:r>
        <w:br/>
        <w:t>Дон Гуан</w:t>
      </w:r>
    </w:p>
    <w:p>
      <w:r>
        <w:br/>
        <w:t>Ночами... в липні... Незвичайна милість&lt;br /&gt;</w:t>
        <w:br/>
        <w:t>В її сумному погляді була&lt;br /&gt;</w:t>
        <w:br/>
        <w:t>I в рисах помертвілих уст. Це дивно.&lt;br /&gt;</w:t>
        <w:br/>
        <w:t>Здається, Лепорелло, за красуню&lt;br /&gt;</w:t>
        <w:br/>
        <w:t>Її ти не вважав. I дійсно — мало&lt;br /&gt;</w:t>
        <w:br/>
        <w:t>Краси правдивої було в ній. Очі,&lt;br /&gt;</w:t>
        <w:br/>
        <w:t>Лиш очі й погляд... погляду такого&lt;br /&gt;</w:t>
        <w:br/>
        <w:t>Я вже ніколи не стрічав! А голос&lt;br /&gt;</w:t>
        <w:br/>
        <w:t>У неї тихий був, як у слабої...&lt;br /&gt;</w:t>
        <w:br/>
        <w:t>А чоловік її був лотр суворий —&lt;br /&gt;</w:t>
        <w:br/>
        <w:t>Дізнавсь я пізно... О Інеза бідна.</w:t>
      </w:r>
    </w:p>
    <w:p>
      <w:r>
        <w:br/>
        <w:t>Лепорелло</w:t>
      </w:r>
    </w:p>
    <w:p>
      <w:r>
        <w:br/>
        <w:t>Та що ж! За нею зараз же були&lt;br /&gt;</w:t>
        <w:br/>
        <w:t>Вже інші.</w:t>
      </w:r>
    </w:p>
    <w:p>
      <w:r>
        <w:br/>
        <w:t>Дон Гуан</w:t>
      </w:r>
    </w:p>
    <w:p>
      <w:r>
        <w:br/>
        <w:t>Правда.</w:t>
      </w:r>
    </w:p>
    <w:p>
      <w:r>
        <w:br/>
        <w:t>Лепорелло</w:t>
      </w:r>
    </w:p>
    <w:p>
      <w:r>
        <w:br/>
        <w:t>А живі-здорові&lt;br /&gt;</w:t>
        <w:br/>
        <w:t>Як будемо, ще інші будуть.</w:t>
      </w:r>
    </w:p>
    <w:p>
      <w:r>
        <w:br/>
        <w:t>Дон Гуан</w:t>
      </w:r>
    </w:p>
    <w:p>
      <w:r>
        <w:br/>
        <w:t>Певно.</w:t>
      </w:r>
    </w:p>
    <w:p>
      <w:r>
        <w:br/>
        <w:t>Лепорелло</w:t>
      </w:r>
    </w:p>
    <w:p>
      <w:r>
        <w:br/>
        <w:t>Котру ж тепер шукати ми підем&lt;br /&gt;</w:t>
        <w:br/>
        <w:t>В Мадриді?</w:t>
      </w:r>
    </w:p>
    <w:p>
      <w:r>
        <w:br/>
        <w:t>Дон Гуан</w:t>
      </w:r>
    </w:p>
    <w:p>
      <w:r>
        <w:br/>
        <w:t>О, Лауру! Впрост до неї&lt;br /&gt;</w:t>
        <w:br/>
        <w:t>Біжу я стати перед очі.</w:t>
      </w:r>
    </w:p>
    <w:p>
      <w:r>
        <w:br/>
        <w:t>Лепорелло</w:t>
      </w:r>
    </w:p>
    <w:p>
      <w:r>
        <w:br/>
        <w:t>Добре.</w:t>
      </w:r>
    </w:p>
    <w:p>
      <w:r>
        <w:br/>
        <w:t>Дон Гуан</w:t>
      </w:r>
    </w:p>
    <w:p>
      <w:r>
        <w:br/>
        <w:t>До неї просто в двері; а як хто&lt;br /&gt;</w:t>
        <w:br/>
        <w:t>Вже є у неї — вилетить вікном.</w:t>
      </w:r>
    </w:p>
    <w:p>
      <w:r>
        <w:br/>
        <w:t>Лепорелло</w:t>
      </w:r>
    </w:p>
    <w:p>
      <w:r>
        <w:br/>
        <w:t>Звичайно. Ну, розвеселились ми.&lt;br /&gt;</w:t>
        <w:br/>
        <w:t>Недовго нас покійниці тривожать.&lt;br /&gt;</w:t>
        <w:br/>
        <w:t>Хто йде до нас?</w:t>
      </w:r>
    </w:p>
    <w:p>
      <w:r>
        <w:br/>
        <w:t>Входить чернець.</w:t>
      </w:r>
    </w:p>
    <w:p>
      <w:r>
        <w:br/>
        <w:t>Чернець</w:t>
      </w:r>
    </w:p>
    <w:p>
      <w:r>
        <w:br/>
        <w:t>Вона приїде зараз&lt;br /&gt;</w:t>
        <w:br/>
        <w:t>Сюди. Хто тут? Ви люди донни Анни?</w:t>
      </w:r>
    </w:p>
    <w:p>
      <w:r>
        <w:br/>
        <w:t>Лепорелло</w:t>
      </w:r>
    </w:p>
    <w:p>
      <w:r>
        <w:br/>
        <w:t>Ні, ми самі собі пани. Ми тут&lt;br /&gt;</w:t>
        <w:br/>
        <w:t>Гуляємо.</w:t>
      </w:r>
    </w:p>
    <w:p>
      <w:r>
        <w:br/>
        <w:t>Дон Гуан</w:t>
      </w:r>
    </w:p>
    <w:p>
      <w:r>
        <w:br/>
        <w:t>А ви кого ждете?</w:t>
      </w:r>
    </w:p>
    <w:p>
      <w:r>
        <w:br/>
        <w:t>Чернець</w:t>
      </w:r>
    </w:p>
    <w:p>
      <w:r>
        <w:br/>
        <w:t>На чоловікову могилу зараз&lt;br /&gt;</w:t>
        <w:br/>
        <w:t>Прибуде донна Анна.</w:t>
      </w:r>
    </w:p>
    <w:p>
      <w:r>
        <w:br/>
        <w:t>Дон Гуан</w:t>
      </w:r>
    </w:p>
    <w:p>
      <w:r>
        <w:br/>
        <w:t>Донна Анна&lt;br /&gt;</w:t>
        <w:br/>
        <w:t>Де Сольва! Як! Дружина командора,&lt;br /&gt;</w:t>
        <w:br/>
        <w:t>Забив його... не пам'ятаю хто?</w:t>
      </w:r>
    </w:p>
    <w:p>
      <w:r>
        <w:br/>
        <w:t>Чернець</w:t>
      </w:r>
    </w:p>
    <w:p>
      <w:r>
        <w:br/>
        <w:t>Безсовісний, розпусний Дон Гуан,&lt;br /&gt;</w:t>
        <w:br/>
        <w:t>Безбожник.</w:t>
      </w:r>
    </w:p>
    <w:p>
      <w:r>
        <w:br/>
        <w:t>Лепорелло</w:t>
      </w:r>
    </w:p>
    <w:p>
      <w:r>
        <w:br/>
        <w:t>Ого-го! Он як! Чутки&lt;br /&gt;</w:t>
        <w:br/>
        <w:t>Про Дон Гуана докотились навіть&lt;br /&gt;</w:t>
        <w:br/>
        <w:t>До мирного монастиря. Ченці&lt;br /&gt;</w:t>
        <w:br/>
        <w:t>Хвалу йому співають.</w:t>
      </w:r>
    </w:p>
    <w:p>
      <w:r>
        <w:br/>
        <w:t>Чернець</w:t>
      </w:r>
    </w:p>
    <w:p>
      <w:r>
        <w:br/>
        <w:t>Може, вам&lt;br /&gt;</w:t>
        <w:br/>
        <w:t>Знайомий він?</w:t>
      </w:r>
    </w:p>
    <w:p>
      <w:r>
        <w:br/>
        <w:t>Лепорелло</w:t>
      </w:r>
    </w:p>
    <w:p>
      <w:r>
        <w:br/>
        <w:t>Нам? Де там! Анітрохи.&lt;br /&gt;</w:t>
        <w:br/>
        <w:t>А де ж тепер він?</w:t>
      </w:r>
    </w:p>
    <w:p>
      <w:r>
        <w:br/>
        <w:t>Чернець</w:t>
      </w:r>
    </w:p>
    <w:p>
      <w:r>
        <w:br/>
        <w:t>Тут його нема.&lt;br /&gt;</w:t>
        <w:br/>
        <w:t>Він десь далеко звідси, на засланні.</w:t>
      </w:r>
    </w:p>
    <w:p>
      <w:r>
        <w:br/>
        <w:t>Лепорелло</w:t>
      </w:r>
    </w:p>
    <w:p>
      <w:r>
        <w:br/>
        <w:t>I слава Богові! Чим далі — краще.&lt;br /&gt;</w:t>
        <w:br/>
        <w:t>Усіх би їх, розпусників, в один&lt;br /&gt;</w:t>
        <w:br/>
        <w:t>Мішок та в море.</w:t>
      </w:r>
    </w:p>
    <w:p>
      <w:r>
        <w:br/>
        <w:t>Дон Гуан</w:t>
      </w:r>
    </w:p>
    <w:p>
      <w:r>
        <w:br/>
        <w:t>Що ти? Що ти мелеш?</w:t>
      </w:r>
    </w:p>
    <w:p>
      <w:r>
        <w:br/>
        <w:t>Лепорелло</w:t>
      </w:r>
    </w:p>
    <w:p>
      <w:r>
        <w:br/>
        <w:t>Мовчіть, це я навмисне...</w:t>
      </w:r>
    </w:p>
    <w:p>
      <w:r>
        <w:br/>
        <w:t>Дон Гуан</w:t>
      </w:r>
    </w:p>
    <w:p>
      <w:r>
        <w:br/>
        <w:t>Командора&lt;br /&gt;</w:t>
        <w:br/>
        <w:t>Тут поховали?</w:t>
      </w:r>
    </w:p>
    <w:p>
      <w:r>
        <w:br/>
        <w:t>Чернець</w:t>
      </w:r>
    </w:p>
    <w:p>
      <w:r>
        <w:br/>
        <w:t>Тут. Йому дружина&lt;br /&gt;</w:t>
        <w:br/>
        <w:t>Надгробок спорудила і щодня&lt;br /&gt;</w:t>
        <w:br/>
        <w:t>Являється вона сюди самотньо&lt;br /&gt;</w:t>
        <w:br/>
        <w:t>За упокій душі його молитись&lt;br /&gt;</w:t>
        <w:br/>
        <w:t>I плакати.</w:t>
      </w:r>
    </w:p>
    <w:p>
      <w:r>
        <w:br/>
        <w:t>Дон Гуан</w:t>
      </w:r>
    </w:p>
    <w:p>
      <w:r>
        <w:br/>
        <w:t>Що за чудна вдова!&lt;br /&gt;</w:t>
        <w:br/>
        <w:t>I непогана?</w:t>
      </w:r>
    </w:p>
    <w:p>
      <w:r>
        <w:br/>
        <w:t>Чернець</w:t>
      </w:r>
    </w:p>
    <w:p>
      <w:r>
        <w:br/>
        <w:t>Нас, ченців, жіноча&lt;br /&gt;</w:t>
        <w:br/>
        <w:t>Краса приваблювати не повинна,&lt;br /&gt;</w:t>
        <w:br/>
        <w:t>Але неправду говорити гріх:&lt;br /&gt;</w:t>
        <w:br/>
        <w:t>Її краси чудесної не може&lt;br /&gt;</w:t>
        <w:br/>
        <w:t>Не визнати й угодник.</w:t>
      </w:r>
    </w:p>
    <w:p>
      <w:r>
        <w:br/>
        <w:t>Дон Гуан</w:t>
      </w:r>
    </w:p>
    <w:p>
      <w:r>
        <w:br/>
        <w:t>Недарма&lt;br /&gt;</w:t>
        <w:br/>
        <w:t>Небіжчик був ревнивий. Донну Анну&lt;br /&gt;</w:t>
        <w:br/>
        <w:t>Він завжди під замком держав. Ніхто з нас&lt;br /&gt;</w:t>
        <w:br/>
        <w:t>Не бачив її в вічі. Я б хотів&lt;br /&gt;</w:t>
        <w:br/>
        <w:t>Поговорити з нею.</w:t>
      </w:r>
    </w:p>
    <w:p>
      <w:r>
        <w:br/>
        <w:t>Чернець</w:t>
      </w:r>
    </w:p>
    <w:p>
      <w:r>
        <w:br/>
        <w:t>Донна Анна&lt;br /&gt;</w:t>
        <w:br/>
        <w:t>З мужчиною ніколи не говорить.</w:t>
      </w:r>
    </w:p>
    <w:p>
      <w:r>
        <w:br/>
        <w:t>Дон Гуан</w:t>
      </w:r>
    </w:p>
    <w:p>
      <w:r>
        <w:br/>
        <w:t>А з вами, отче мій?</w:t>
      </w:r>
    </w:p>
    <w:p>
      <w:r>
        <w:br/>
        <w:t>Чернець</w:t>
      </w:r>
    </w:p>
    <w:p>
      <w:r>
        <w:br/>
        <w:t>Це інша річ.&lt;br /&gt;</w:t>
        <w:br/>
        <w:t>Зі мною розмовляє я чернець.&lt;br /&gt;</w:t>
        <w:br/>
        <w:t>Та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Мій отче, відчиніть.</w:t>
      </w:r>
    </w:p>
    <w:p>
      <w:r>
        <w:br/>
        <w:t>Чернець</w:t>
      </w:r>
    </w:p>
    <w:p>
      <w:r>
        <w:br/>
        <w:t>В ту ж мить, сеньйоро — я на вас чекав.</w:t>
      </w:r>
    </w:p>
    <w:p>
      <w:r>
        <w:br/>
        <w:t>Донна Анна йде за ченцем.</w:t>
      </w:r>
    </w:p>
    <w:p>
      <w:r>
        <w:br/>
        <w:t>Лепорелло</w:t>
      </w:r>
    </w:p>
    <w:p>
      <w:r>
        <w:br/>
        <w:t>Ну що, яка?</w:t>
      </w:r>
    </w:p>
    <w:p>
      <w:r>
        <w:br/>
        <w:t>Дон Гуан</w:t>
      </w:r>
    </w:p>
    <w:p>
      <w:r>
        <w:br/>
        <w:t>Її не видко зовсім&lt;br /&gt;</w:t>
        <w:br/>
        <w:t>Під удовиним чорним покривалом.&lt;br /&gt;</w:t>
        <w:br/>
        <w:t>Вузеньку п'ятку ледве я помітив.</w:t>
      </w:r>
    </w:p>
    <w:p>
      <w:r>
        <w:br/>
        <w:t>Лепорелло</w:t>
      </w:r>
    </w:p>
    <w:p>
      <w:r>
        <w:br/>
        <w:t>Доволі з вас. Уява за хвилину&lt;br /&gt;</w:t>
        <w:br/>
        <w:t>Вам домалює решту, бо у вас&lt;br /&gt;</w:t>
        <w:br/>
        <w:t>Вона жвавіша, ніж у маляра.&lt;br /&gt;</w:t>
        <w:br/>
        <w:t>Вам все одно, з чого б не починати —&lt;br /&gt;</w:t>
        <w:br/>
        <w:t>Чи з брів, чи з ніг.</w:t>
      </w:r>
    </w:p>
    <w:p>
      <w:r>
        <w:br/>
        <w:t>Дон Гуан</w:t>
      </w:r>
    </w:p>
    <w:p>
      <w:r>
        <w:br/>
        <w:t>А знаєш, Лепорелло,&lt;br /&gt;</w:t>
        <w:br/>
        <w:t>Я з нею познайомлюсь.</w:t>
      </w:r>
    </w:p>
    <w:p>
      <w:r>
        <w:br/>
        <w:t>Лепорелло</w:t>
      </w:r>
    </w:p>
    <w:p>
      <w:r>
        <w:br/>
        <w:t>(про себе)</w:t>
      </w:r>
    </w:p>
    <w:p>
      <w:r>
        <w:br/>
        <w:t>Ну, от маєш!&lt;br /&gt;</w:t>
        <w:br/>
        <w:t>Цього ще треба! Чоловіка вбив,&lt;br /&gt;</w:t>
        <w:br/>
        <w:t>Ще й на вдовині сльози подивитись&lt;br /&gt;</w:t>
        <w:br/>
        <w:t>Йому кортить. Безсовісний!</w:t>
      </w:r>
    </w:p>
    <w:p>
      <w:r>
        <w:br/>
        <w:t>Дон Гуан</w:t>
      </w:r>
    </w:p>
    <w:p>
      <w:r>
        <w:br/>
        <w:t>Вже й смерклось.&lt;br /&gt;</w:t>
        <w:br/>
        <w:t>Ще поки місяць не зійшов над нами&lt;br /&gt;</w:t>
        <w:br/>
        <w:t>I в світлий присмерк тьму не обернув,&lt;br /&gt;</w:t>
        <w:br/>
        <w:t>Ми ввійдемо в Мадрид.</w:t>
      </w:r>
    </w:p>
    <w:p>
      <w:r>
        <w:br/>
        <w:t>Лепорелло</w:t>
      </w:r>
    </w:p>
    <w:p>
      <w:r>
        <w:br/>
        <w:t>Іспанський гранд,&lt;br /&gt;</w:t>
        <w:br/>
        <w:t>Мов злодій, ночі жде, боїться світла!&lt;br /&gt;</w:t>
        <w:br/>
        <w:t>От прокляте життя! Чи довго буду&lt;br /&gt;</w:t>
        <w:br/>
        <w:t>З ним борюкатись я? Вже й сил нема!</w:t>
      </w:r>
    </w:p>
    <w:p>
      <w:r>
        <w:br/>
        <w:t>СЦЕНА ДРУГА</w:t>
      </w:r>
    </w:p>
    <w:p>
      <w:r>
        <w:br/>
        <w:t>Кімната. Вечеря у Лаури.</w:t>
      </w:r>
    </w:p>
    <w:p>
      <w:r>
        <w:br/>
        <w:t>Перший гість</w:t>
      </w:r>
    </w:p>
    <w:p>
      <w:r>
        <w:br/>
        <w:t>Лауро, присягаюсь, ще ніколи&lt;br /&gt;</w:t>
        <w:br/>
        <w:t>Так досконало гарно ти не грала!&lt;br /&gt;</w:t>
        <w:br/>
        <w:t>Як ти чудово зрозуміла роль!</w:t>
      </w:r>
    </w:p>
    <w:p>
      <w:r>
        <w:br/>
        <w:t>Другий</w:t>
      </w:r>
    </w:p>
    <w:p>
      <w:r>
        <w:br/>
        <w:t>А як розвинула! З якою міццю!</w:t>
      </w:r>
    </w:p>
    <w:p>
      <w:r>
        <w:br/>
        <w:t>Третій</w:t>
      </w:r>
    </w:p>
    <w:p>
      <w:r>
        <w:br/>
        <w:t>З яким мистецтвом!</w:t>
      </w:r>
    </w:p>
    <w:p>
      <w:r>
        <w:br/>
        <w:t>Лаура</w:t>
      </w:r>
    </w:p>
    <w:p>
      <w:r>
        <w:br/>
        <w:t>Так, мені сьогодні&lt;br /&gt;</w:t>
        <w:br/>
        <w:t>Вдавалось кожне слово, кожний рух.&lt;br /&gt;</w:t>
        <w:br/>
        <w:t>Я вільно віддавалася натхненню,&lt;br /&gt;</w:t>
        <w:br/>
        <w:t>Слова лились, немовби їх родила&lt;br /&gt;</w:t>
        <w:br/>
        <w:t>Не пам'ять боязка, а серце...</w:t>
      </w:r>
    </w:p>
    <w:p>
      <w:r>
        <w:br/>
        <w:t>Перший</w:t>
      </w:r>
    </w:p>
    <w:p>
      <w:r>
        <w:br/>
        <w:t>Правда.&lt;br /&gt;</w:t>
        <w:br/>
        <w:t>Тобі ще й досі блиском грають очі&lt;br /&gt;</w:t>
        <w:br/>
        <w:t>I лиця паленіють — не згасає&lt;br /&gt;</w:t>
        <w:br/>
        <w:t>Твій захват. О Лауро, не давай&lt;br /&gt;</w:t>
        <w:br/>
        <w:t>Йому минути марно. Заспівай, Лауро,&lt;br /&gt;</w:t>
        <w:br/>
        <w:t>заспівай що-небудь.</w:t>
      </w:r>
    </w:p>
    <w:p>
      <w:r>
        <w:br/>
        <w:t>Лаура</w:t>
      </w:r>
    </w:p>
    <w:p>
      <w:r>
        <w:br/>
        <w:t>Дайте&lt;br /&gt;</w:t>
        <w:br/>
        <w:t>Мені гітару.</w:t>
      </w:r>
    </w:p>
    <w:p>
      <w:r>
        <w:br/>
        <w:t>(Співає)</w:t>
      </w:r>
    </w:p>
    <w:p>
      <w:r>
        <w:br/>
        <w:t>Всі</w:t>
      </w:r>
    </w:p>
    <w:p>
      <w:r>
        <w:br/>
        <w:t>Bravo! Bravo! Чудо!..&lt;br /&gt;</w:t>
        <w:br/>
        <w:t>Розкішно!</w:t>
      </w:r>
    </w:p>
    <w:p>
      <w:r>
        <w:br/>
        <w:t>Перший</w:t>
      </w:r>
    </w:p>
    <w:p>
      <w:r>
        <w:br/>
        <w:t>Дякуємо, чарівнице!&lt;br /&gt;</w:t>
        <w:br/>
        <w:t>Ти серце пориваєш. З насолод&lt;br /&gt;</w:t>
        <w:br/>
        <w:t>Життя хіба одно кохання дужче&lt;br /&gt;</w:t>
        <w:br/>
        <w:t>За музику. Але й саме кохання —&lt;br /&gt;</w:t>
        <w:br/>
        <w:t>Це теж мелодія. Поглянь: дон Карлос,&lt;br /&gt;</w:t>
        <w:br/>
        <w:t>Твій гість похмурий, як він зворушився!</w:t>
      </w:r>
    </w:p>
    <w:p>
      <w:r>
        <w:br/>
        <w:t>Другий</w:t>
      </w:r>
    </w:p>
    <w:p>
      <w:r>
        <w:br/>
        <w:t>О що за звуки! Скільки в них душі!&lt;br /&gt;</w:t>
        <w:br/>
        <w:t>Чиї слова, Лауро?</w:t>
      </w:r>
    </w:p>
    <w:p>
      <w:r>
        <w:br/>
        <w:t>Лаура</w:t>
      </w:r>
    </w:p>
    <w:p>
      <w:r>
        <w:br/>
        <w:t>Дон Гуана.</w:t>
      </w:r>
    </w:p>
    <w:p>
      <w:r>
        <w:br/>
        <w:t>Дон Карлос</w:t>
      </w:r>
    </w:p>
    <w:p>
      <w:r>
        <w:br/>
        <w:t>Що? Дон Гуан!</w:t>
      </w:r>
    </w:p>
    <w:p>
      <w:r>
        <w:br/>
        <w:t>Лаура</w:t>
      </w:r>
    </w:p>
    <w:p>
      <w:r>
        <w:br/>
        <w:t>Їх склав колись для мене&lt;br /&gt;</w:t>
        <w:br/>
        <w:t>Мій вірний друг, мій вітрогон коханий.</w:t>
      </w:r>
    </w:p>
    <w:p>
      <w:r>
        <w:br/>
        <w:t>Дон Карлос</w:t>
      </w:r>
    </w:p>
    <w:p>
      <w:r>
        <w:br/>
        <w:t>Твій Дон Гуан — безбожник і поганець,&lt;br /&gt;</w:t>
        <w:br/>
        <w:t>А ти — дурна!</w:t>
      </w:r>
    </w:p>
    <w:p>
      <w:r>
        <w:br/>
        <w:t>Лаура</w:t>
      </w:r>
    </w:p>
    <w:p>
      <w:r>
        <w:br/>
        <w:t>Чи збожеволів ти?&lt;br /&gt;</w:t>
        <w:br/>
        <w:t>Та я тебе звелю ось зараз слугам&lt;br /&gt;</w:t>
        <w:br/>
        <w:t>Зарізати, хоч ти іспанський гранд.</w:t>
      </w:r>
    </w:p>
    <w:p>
      <w:r>
        <w:br/>
        <w:t>Дон Карлос</w:t>
      </w:r>
    </w:p>
    <w:p>
      <w:r>
        <w:br/>
        <w:t>(встає)</w:t>
      </w:r>
    </w:p>
    <w:p>
      <w:r>
        <w:br/>
        <w:t>Клич їх!</w:t>
      </w:r>
    </w:p>
    <w:p>
      <w:r>
        <w:br/>
        <w:t>Перший</w:t>
      </w:r>
    </w:p>
    <w:p>
      <w:r>
        <w:br/>
        <w:t>Лауро, годі! Не лютуй,&lt;br /&gt;</w:t>
        <w:br/>
        <w:t>Дон Карлосе. Вона... вона забула...</w:t>
      </w:r>
    </w:p>
    <w:p>
      <w:r>
        <w:br/>
        <w:t>Лаура</w:t>
      </w:r>
    </w:p>
    <w:p>
      <w:r>
        <w:br/>
        <w:t>Що? Що на чеснім поєдинку брата&lt;br /&gt;</w:t>
        <w:br/>
        <w:t>Його забив Гуан? А справді шкода,&lt;br /&gt;</w:t>
        <w:br/>
        <w:t>Що не його самого.</w:t>
      </w:r>
    </w:p>
    <w:p>
      <w:r>
        <w:br/>
        <w:t>Дон Карлос</w:t>
      </w:r>
    </w:p>
    <w:p>
      <w:r>
        <w:br/>
        <w:t>Я дурний,&lt;br /&gt;</w:t>
        <w:br/>
        <w:t>Що запалився.</w:t>
      </w:r>
    </w:p>
    <w:p>
      <w:r>
        <w:br/>
        <w:t>Лаура</w:t>
      </w:r>
    </w:p>
    <w:p>
      <w:r>
        <w:br/>
        <w:t>А! Признався сам,&lt;br /&gt;</w:t>
        <w:br/>
        <w:t>Що ти дурний, — ну, згода.</w:t>
      </w:r>
    </w:p>
    <w:p>
      <w:r>
        <w:br/>
        <w:t>Дон Карлос</w:t>
      </w:r>
    </w:p>
    <w:p>
      <w:r>
        <w:br/>
        <w:t>Винен я!&lt;br /&gt;</w:t>
        <w:br/>
        <w:t>Даруй, Лауро. Знаєш: я не можу&lt;br /&gt;</w:t>
        <w:br/>
        <w:t>Спокійно чути це ім'я...</w:t>
      </w:r>
    </w:p>
    <w:p>
      <w:r>
        <w:br/>
        <w:t>Лаура</w:t>
      </w:r>
    </w:p>
    <w:p>
      <w:r>
        <w:br/>
        <w:t>Хіба&lt;br /&gt;</w:t>
        <w:br/>
        <w:t>Тому я винна, що ім'я це в&amp;#250;сить&lt;br /&gt;</w:t>
        <w:br/>
        <w:t>У мене раз у раз на язиці?</w:t>
      </w:r>
    </w:p>
    <w:p>
      <w:r>
        <w:br/>
        <w:t>Гість</w:t>
      </w:r>
    </w:p>
    <w:p>
      <w:r>
        <w:br/>
        <w:t>Ну, а тепер, на знак, що в серці гніву&lt;br /&gt;</w:t>
        <w:br/>
        <w:t>На нього ти не маєш, заспівай&lt;br /&gt;</w:t>
        <w:br/>
        <w:t>Нам ще, Лауро?</w:t>
      </w:r>
    </w:p>
    <w:p>
      <w:r>
        <w:br/>
        <w:t>Лаура</w:t>
      </w:r>
    </w:p>
    <w:p>
      <w:r>
        <w:br/>
        <w:t>Добре, на прощання.&lt;br /&gt;</w:t>
        <w:br/>
        <w:t>Не рано — ніч уже. Що ж заспівати?&lt;br /&gt;</w:t>
        <w:br/>
        <w:t>А! Слухайте.</w:t>
      </w:r>
    </w:p>
    <w:p>
      <w:r>
        <w:br/>
        <w:t>(Співає)</w:t>
      </w:r>
    </w:p>
    <w:p>
      <w:r>
        <w:br/>
        <w:t>Всі</w:t>
      </w:r>
    </w:p>
    <w:p>
      <w:r>
        <w:br/>
        <w:t>Незрівнянно, розкішно!..</w:t>
      </w:r>
    </w:p>
    <w:p>
      <w:r>
        <w:br/>
        <w:t>Лаура</w:t>
      </w:r>
    </w:p>
    <w:p>
      <w:r>
        <w:br/>
        <w:t>Добраніч вам, панове.</w:t>
      </w:r>
    </w:p>
    <w:p>
      <w:r>
        <w:br/>
        <w:t>Гості</w:t>
      </w:r>
    </w:p>
    <w:p>
      <w:r>
        <w:br/>
        <w:t>На добраніч,&lt;br /&gt;</w:t>
        <w:br/>
        <w:t>Лауро!</w:t>
      </w:r>
    </w:p>
    <w:p>
      <w:r>
        <w:br/>
        <w:t>Виходять. Лаура зупиняє дона Карлоса.</w:t>
      </w:r>
    </w:p>
    <w:p>
      <w:r>
        <w:br/>
        <w:t>Лаура</w:t>
      </w:r>
    </w:p>
    <w:p>
      <w:r>
        <w:br/>
        <w:t>Ти, шалений, залишись.&lt;br /&gt;</w:t>
        <w:br/>
        <w:t>Сподобався мені ти, Дон Гуана&lt;br /&gt;</w:t>
        <w:br/>
        <w:t>Ти нагадав мені, коли налаяв&lt;br /&gt;</w:t>
        <w:br/>
        <w:t>Мене і з скреготом затиснув зуби.</w:t>
      </w:r>
    </w:p>
    <w:p>
      <w:r>
        <w:br/>
        <w:t>Дон Карлос</w:t>
      </w:r>
    </w:p>
    <w:p>
      <w:r>
        <w:br/>
        <w:t>Щасливий! Ти його кохала?</w:t>
      </w:r>
    </w:p>
    <w:p>
      <w:r>
        <w:br/>
        <w:t>Лаура потакує рухом.</w:t>
      </w:r>
    </w:p>
    <w:p>
      <w:r>
        <w:br/>
        <w:t>Дуже?</w:t>
      </w:r>
    </w:p>
    <w:p>
      <w:r>
        <w:br/>
        <w:t>Лаура</w:t>
      </w:r>
    </w:p>
    <w:p>
      <w:r>
        <w:br/>
        <w:t>О, дуже.</w:t>
      </w:r>
    </w:p>
    <w:p>
      <w:r>
        <w:br/>
        <w:t>Дон Карлос</w:t>
      </w:r>
    </w:p>
    <w:p>
      <w:r>
        <w:br/>
        <w:t>I тепер кохаєш?</w:t>
      </w:r>
    </w:p>
    <w:p>
      <w:r>
        <w:br/>
        <w:t>Лаура</w:t>
      </w:r>
    </w:p>
    <w:p>
      <w:r>
        <w:br/>
        <w:t>Зараз?&lt;br /&gt;</w:t>
        <w:br/>
        <w:t>Ні, не кохаю. Двох мені не можна&lt;br /&gt;</w:t>
        <w:br/>
        <w:t>Кохати. Я тепер тебе кохаю.</w:t>
      </w:r>
    </w:p>
    <w:p>
      <w:r>
        <w:br/>
        <w:t>Дон Карлос</w:t>
      </w:r>
    </w:p>
    <w:p>
      <w:r>
        <w:br/>
        <w:t>Скажи, Лауро, скільки літ тобі?</w:t>
      </w:r>
    </w:p>
    <w:p>
      <w:r>
        <w:br/>
        <w:t>Лаура</w:t>
      </w:r>
    </w:p>
    <w:p>
      <w:r>
        <w:br/>
        <w:t>Вже вісімнадцять літ.</w:t>
      </w:r>
    </w:p>
    <w:p>
      <w:r>
        <w:br/>
        <w:t>Дон Карлос</w:t>
      </w:r>
    </w:p>
    <w:p>
      <w:r>
        <w:br/>
        <w:t>Ти молода...&lt;br /&gt;</w:t>
        <w:br/>
        <w:t>I будеш молодою ще літ п'ять&lt;br /&gt;</w:t>
        <w:br/>
        <w:t>Чи шість. Навколо тебе ще літ шість&lt;br /&gt;</w:t>
        <w:br/>
        <w:t>Вони юрбою тиснутися будуть,&lt;br /&gt;</w:t>
        <w:br/>
        <w:t>Тебе голубити і милувати,&lt;br /&gt;</w:t>
        <w:br/>
        <w:t>Носити подарунки дорогі,&lt;br /&gt;</w:t>
        <w:br/>
        <w:t>Вітати серенадами нічними&lt;br /&gt;</w:t>
        <w:br/>
        <w:t>I один одного на перехрестях&lt;br /&gt;</w:t>
        <w:br/>
        <w:t>Вночі за тебе убивати будуть.&lt;br /&gt;</w:t>
        <w:br/>
        <w:t>Та час мине — і очі западуть,&lt;br /&gt;</w:t>
        <w:br/>
        <w:t>I зморщені повіки почорніють,&lt;br /&gt;</w:t>
        <w:br/>
        <w:t>I сивина блисне в твоїй косі,&lt;br /&gt;</w:t>
        <w:br/>
        <w:t>I називатимуть тебе старою,&lt;br /&gt;</w:t>
        <w:br/>
        <w:t>Тоді що скажеш ти?</w:t>
      </w:r>
    </w:p>
    <w:p>
      <w:r>
        <w:br/>
        <w:t>Лаура</w:t>
      </w:r>
    </w:p>
    <w:p>
      <w:r>
        <w:br/>
        <w:t>Тоді... Навіщо&lt;br /&gt;</w:t>
        <w:br/>
        <w:t>Про це гадати? Що то за розмова?&lt;br /&gt;</w:t>
        <w:br/>
        <w:t>Чи в тебе все такі думки? Прийди&lt;br /&gt;</w:t>
        <w:br/>
        <w:t>I відчини балкон. Як тихо в небі!&lt;br /&gt;</w:t>
        <w:br/>
        <w:t>Повітря тепле не зрухнеться. Ніч&lt;br /&gt;</w:t>
        <w:br/>
        <w:t>Цитриною і лавром пахне. Місяць&lt;br /&gt;</w:t>
        <w:br/>
        <w:t>Блищить яскраво в темній та густій&lt;br /&gt;</w:t>
        <w:br/>
        <w:t>Блакиті, і гукають вартові&lt;br /&gt;</w:t>
        <w:br/>
        <w:t>Протягло: "Ясно!.." А далеко десь&lt;br /&gt;</w:t>
        <w:br/>
        <w:t>На півночі — в Парижі, — може, небо&lt;br /&gt;</w:t>
        <w:br/>
        <w:t>Сповите хмарами, і дощ іде,&lt;br /&gt;</w:t>
        <w:br/>
        <w:t>I дме холодний вітер. А що нам,&lt;br /&gt;</w:t>
        <w:br/>
        <w:t>Що нам до того? Карлосе мій, слухай:&lt;br /&gt;</w:t>
        <w:br/>
        <w:t>Я вимагаю — усміхнись до мене.&lt;br /&gt;</w:t>
        <w:br/>
        <w:t>Ну то-то ж!</w:t>
      </w:r>
    </w:p>
    <w:p>
      <w:r>
        <w:br/>
        <w:t>Дон Карлос</w:t>
      </w:r>
    </w:p>
    <w:p>
      <w:r>
        <w:br/>
        <w:t>Любий демон!</w:t>
      </w:r>
    </w:p>
    <w:p>
      <w:r>
        <w:br/>
        <w:t>Стукають.</w:t>
      </w:r>
    </w:p>
    <w:p>
      <w:r>
        <w:br/>
        <w:t>Дон Гуан</w:t>
      </w:r>
    </w:p>
    <w:p>
      <w:r>
        <w:br/>
        <w:t>Гей, Лауро!</w:t>
      </w:r>
    </w:p>
    <w:p>
      <w:r>
        <w:br/>
        <w:t>Лаура</w:t>
      </w:r>
    </w:p>
    <w:p>
      <w:r>
        <w:br/>
        <w:t>Хто там? Чий голос?</w:t>
      </w:r>
    </w:p>
    <w:p>
      <w:r>
        <w:br/>
        <w:t>Дон Гуан</w:t>
      </w:r>
    </w:p>
    <w:p>
      <w:r>
        <w:br/>
        <w:t>Відчини...</w:t>
      </w:r>
    </w:p>
    <w:p>
      <w:r>
        <w:br/>
        <w:t>Лаура</w:t>
      </w:r>
    </w:p>
    <w:p>
      <w:r>
        <w:br/>
        <w:t>Невже!&lt;br /&gt;</w:t>
        <w:br/>
        <w:t>О Боже мій!..</w:t>
      </w:r>
    </w:p>
    <w:p>
      <w:r>
        <w:br/>
        <w:t>(Відчиняє двері)</w:t>
      </w:r>
    </w:p>
    <w:p>
      <w:r>
        <w:br/>
        <w:t>Входить Дон Гуан.</w:t>
      </w:r>
    </w:p>
    <w:p>
      <w:r>
        <w:br/>
        <w:t>Дон Гуан</w:t>
      </w:r>
    </w:p>
    <w:p>
      <w:r>
        <w:br/>
        <w:t>Вітаю...</w:t>
      </w:r>
    </w:p>
    <w:p>
      <w:r>
        <w:br/>
        <w:t>Лаура</w:t>
      </w:r>
    </w:p>
    <w:p>
      <w:r>
        <w:br/>
        <w:t>Дон Гуан!</w:t>
      </w:r>
    </w:p>
    <w:p>
      <w:r>
        <w:br/>
        <w:t>(Лаура кидаєтъся йому на шию)</w:t>
      </w:r>
    </w:p>
    <w:p>
      <w:r>
        <w:br/>
        <w:t>Дон Карлос</w:t>
      </w:r>
    </w:p>
    <w:p>
      <w:r>
        <w:br/>
        <w:t>Як? Дон Гуан!..</w:t>
      </w:r>
    </w:p>
    <w:p>
      <w:r>
        <w:br/>
        <w:t>Дон Гуан</w:t>
      </w:r>
    </w:p>
    <w:p>
      <w:r>
        <w:br/>
        <w:t>Лауро, друже мій!..</w:t>
      </w:r>
    </w:p>
    <w:p>
      <w:r>
        <w:br/>
        <w:t>(Цілує її)</w:t>
      </w:r>
    </w:p>
    <w:p>
      <w:r>
        <w:br/>
        <w:t>Лауро, хто у тебе?</w:t>
      </w:r>
    </w:p>
    <w:p>
      <w:r>
        <w:br/>
        <w:t>Дон Карлос</w:t>
      </w:r>
    </w:p>
    <w:p>
      <w:r>
        <w:br/>
        <w:t>Я — Дон Карлос.</w:t>
      </w:r>
    </w:p>
    <w:p>
      <w:r>
        <w:br/>
        <w:t>Дон Гуан</w:t>
      </w:r>
    </w:p>
    <w:p>
      <w:r>
        <w:br/>
        <w:t>От зустріч несподівана! Я завтра&lt;br /&gt;</w:t>
        <w:br/>
        <w:t>Весь до твоїх послуг...</w:t>
      </w:r>
    </w:p>
    <w:p>
      <w:r>
        <w:br/>
        <w:t>Дон Карлос</w:t>
      </w:r>
    </w:p>
    <w:p>
      <w:r>
        <w:br/>
        <w:t>Ні, зараз, зараз.</w:t>
      </w:r>
    </w:p>
    <w:p>
      <w:r>
        <w:br/>
        <w:t>Лаура</w:t>
      </w:r>
    </w:p>
    <w:p>
      <w:r>
        <w:br/>
        <w:t>Дон Карлосе, вгамуйтесь. Ви у мене,&lt;br /&gt;</w:t>
        <w:br/>
        <w:t>А не на вулиці. Ідіть, будь ласка.</w:t>
      </w:r>
    </w:p>
    <w:p>
      <w:r>
        <w:br/>
        <w:t>Дон Карлос</w:t>
      </w:r>
    </w:p>
    <w:p>
      <w:r>
        <w:br/>
        <w:t>(не слухаючи її)</w:t>
      </w:r>
    </w:p>
    <w:p>
      <w:r>
        <w:br/>
        <w:t>Я жду. Ну що ж? Адже ж ти шпагу маєш.</w:t>
      </w:r>
    </w:p>
    <w:p>
      <w:r>
        <w:br/>
        <w:t>Дон Гуан</w:t>
      </w:r>
    </w:p>
    <w:p>
      <w:r>
        <w:br/>
        <w:t>Якщо тобі скортіло — дуже прошу.</w:t>
      </w:r>
    </w:p>
    <w:p>
      <w:r>
        <w:br/>
        <w:t>Б'ються.</w:t>
      </w:r>
    </w:p>
    <w:p>
      <w:r>
        <w:br/>
        <w:t>Лаура</w:t>
      </w:r>
    </w:p>
    <w:p>
      <w:r>
        <w:br/>
        <w:t>Ай, ай! Гуане!</w:t>
      </w:r>
    </w:p>
    <w:p>
      <w:r>
        <w:br/>
        <w:t>(Кидається на ліжко)</w:t>
      </w:r>
    </w:p>
    <w:p>
      <w:r>
        <w:br/>
        <w:t>Дон Карлос падає.</w:t>
      </w:r>
    </w:p>
    <w:p>
      <w:r>
        <w:br/>
        <w:t>Дон Гуан</w:t>
      </w:r>
    </w:p>
    <w:p>
      <w:r>
        <w:br/>
        <w:t>Край. Вставай, Лауро!</w:t>
      </w:r>
    </w:p>
    <w:p>
      <w:r>
        <w:br/>
        <w:t>Лаура</w:t>
      </w:r>
    </w:p>
    <w:p>
      <w:r>
        <w:br/>
        <w:t>Що там? Убитий! I в моїй кімнаті!&lt;br /&gt;</w:t>
        <w:br/>
        <w:t>Чудово! Що ж мені тепер робити,&lt;br /&gt;</w:t>
        <w:br/>
        <w:t>Гульвісо, дияволе? Куди ж його&lt;br /&gt;</w:t>
        <w:br/>
        <w:t>Я викину?</w:t>
      </w:r>
    </w:p>
    <w:p>
      <w:r>
        <w:br/>
        <w:t>Дон Гуан</w:t>
      </w:r>
    </w:p>
    <w:p>
      <w:r>
        <w:br/>
        <w:t>Та, може, він живий ще.</w:t>
      </w:r>
    </w:p>
    <w:p>
      <w:r>
        <w:br/>
        <w:t>(Оглядає тіло)</w:t>
      </w:r>
    </w:p>
    <w:p>
      <w:r>
        <w:br/>
        <w:t>Лаура</w:t>
      </w:r>
    </w:p>
    <w:p>
      <w:r>
        <w:br/>
        <w:t>Якраз, живий! Дивись, проклятий! Просто&lt;br /&gt;</w:t>
        <w:br/>
        <w:t>У саме серце ткнув його — не схибив;&lt;br /&gt;</w:t>
        <w:br/>
        <w:t>I кров не йде з трикутної уразки,&lt;br /&gt;</w:t>
        <w:br/>
        <w:t>А вже не дише — добре?</w:t>
      </w:r>
    </w:p>
    <w:p>
      <w:r>
        <w:br/>
        <w:t>Дон Гуан</w:t>
      </w:r>
    </w:p>
    <w:p>
      <w:r>
        <w:br/>
        <w:t>Що робить?&lt;br /&gt;</w:t>
        <w:br/>
        <w:t>Він сам того хотів.</w:t>
      </w:r>
    </w:p>
    <w:p>
      <w:r>
        <w:br/>
        <w:t>Лаура</w:t>
      </w:r>
    </w:p>
    <w:p>
      <w:r>
        <w:br/>
        <w:t>Ех, Дон Гуане,&lt;br /&gt;</w:t>
        <w:br/>
        <w:t>Аж прикро. Вічні фіглі та пригоди!..&lt;br /&gt;</w:t>
        <w:br/>
        <w:t>А все, мовляв, — не винен. Звідки ти?&lt;br /&gt;</w:t>
        <w:br/>
        <w:t>Давно вже тут?</w:t>
      </w:r>
    </w:p>
    <w:p>
      <w:r>
        <w:br/>
        <w:t>Дон Гуан</w:t>
      </w:r>
    </w:p>
    <w:p>
      <w:r>
        <w:br/>
        <w:t>Я тільки ось приїхав,&lt;br /&gt;</w:t>
        <w:br/>
        <w:t>I то тихцем, мене ще не простили.</w:t>
      </w:r>
    </w:p>
    <w:p>
      <w:r>
        <w:br/>
        <w:t>Лаура</w:t>
      </w:r>
    </w:p>
    <w:p>
      <w:r>
        <w:br/>
        <w:t>I зараз же згадав свою Лауру?&lt;br /&gt;</w:t>
        <w:br/>
        <w:t>Як так, то добре. Тільки ні, не вірю.&lt;br /&gt;</w:t>
        <w:br/>
        <w:t>Ти поуз двір мій випадково йшов&lt;br /&gt;</w:t>
        <w:br/>
        <w:t>I дім забачив.</w:t>
      </w:r>
    </w:p>
    <w:p>
      <w:r>
        <w:br/>
        <w:t>Дон Гуан</w:t>
      </w:r>
    </w:p>
    <w:p>
      <w:r>
        <w:br/>
        <w:t>Ні, моя Лауро,&lt;br /&gt;</w:t>
        <w:br/>
        <w:t>Спитайся Лепорелло. Я спинився&lt;br /&gt;</w:t>
        <w:br/>
        <w:t>Край міста в підлій Венті. Я Лаури&lt;br /&gt;</w:t>
        <w:br/>
        <w:t>В Мадриді йшов шукати.</w:t>
      </w:r>
    </w:p>
    <w:p>
      <w:r>
        <w:br/>
        <w:t>(Цілує її)</w:t>
      </w:r>
    </w:p>
    <w:p>
      <w:r>
        <w:br/>
        <w:t>Лаура</w:t>
      </w:r>
    </w:p>
    <w:p>
      <w:r>
        <w:br/>
        <w:t>Друже мій!&lt;br /&gt;</w:t>
        <w:br/>
        <w:t>Чекай... при мертвому? Що з ним робити?</w:t>
      </w:r>
    </w:p>
    <w:p>
      <w:r>
        <w:br/>
        <w:t>Дон Гуан</w:t>
      </w:r>
    </w:p>
    <w:p>
      <w:r>
        <w:br/>
        <w:t>Облиш його. Удосвіта раненько&lt;br /&gt;</w:t>
        <w:br/>
        <w:t>Я винесу його під опанчею&lt;br /&gt;</w:t>
        <w:br/>
        <w:t>I покладу на перехресті...</w:t>
      </w:r>
    </w:p>
    <w:p>
      <w:r>
        <w:br/>
        <w:t>Лаура</w:t>
      </w:r>
    </w:p>
    <w:p>
      <w:r>
        <w:br/>
        <w:t>Тільки&lt;br /&gt;</w:t>
        <w:br/>
        <w:t>Дивись, щоб не побачили тебе.&lt;br /&gt;</w:t>
        <w:br/>
        <w:t>Як добре ти зробив, що на хвилину&lt;br /&gt;</w:t>
        <w:br/>
        <w:t>Пізніш явився. В мене тут твої&lt;br /&gt;</w:t>
        <w:br/>
        <w:t>Приятелі вечеряли. Ось тільки&lt;br /&gt;</w:t>
        <w:br/>
        <w:t>Пішли вони. Якби ти їх застав!</w:t>
      </w:r>
    </w:p>
    <w:p>
      <w:r>
        <w:br/>
        <w:t>Дон Гуан</w:t>
      </w:r>
    </w:p>
    <w:p>
      <w:r>
        <w:br/>
        <w:t>Лауро, і давно його ти любиш?</w:t>
      </w:r>
    </w:p>
    <w:p>
      <w:r>
        <w:br/>
        <w:t>Лаура</w:t>
      </w:r>
    </w:p>
    <w:p>
      <w:r>
        <w:br/>
        <w:t>Кого? Ти сниш.</w:t>
      </w:r>
    </w:p>
    <w:p>
      <w:r>
        <w:br/>
        <w:t>Дон Гуан</w:t>
      </w:r>
    </w:p>
    <w:p>
      <w:r>
        <w:br/>
        <w:t>Ні. А признайся, скільки&lt;br /&gt;</w:t>
        <w:br/>
        <w:t>Разів мене ти зрадила тоді,&lt;br /&gt;</w:t>
        <w:br/>
        <w:t>Як не було мене?</w:t>
      </w:r>
    </w:p>
    <w:p>
      <w:r>
        <w:br/>
        <w:t>Лаура</w:t>
      </w:r>
    </w:p>
    <w:p>
      <w:r>
        <w:br/>
        <w:t>А ти, гульвісо?</w:t>
      </w:r>
    </w:p>
    <w:p>
      <w:r>
        <w:br/>
        <w:t>Дон Гуан</w:t>
      </w:r>
    </w:p>
    <w:p>
      <w:r>
        <w:br/>
        <w:t>Скажи ж... Ні, поговорим опісля.</w:t>
      </w:r>
    </w:p>
    <w:p>
      <w:r>
        <w:br/>
        <w:t>СЦЕНА ТРЕТЯ</w:t>
      </w:r>
    </w:p>
    <w:p>
      <w:r>
        <w:br/>
        <w:t>Пам'ятник командора.</w:t>
      </w:r>
    </w:p>
    <w:p>
      <w:r>
        <w:br/>
        <w:t>Дон Гуан</w:t>
      </w:r>
    </w:p>
    <w:p>
      <w:r>
        <w:br/>
        <w:t>Все йде на краще. Ненароком вбивши&lt;br /&gt;</w:t>
        <w:br/>
        <w:t>Дон Карлоса, я чернецем смиренним&lt;br /&gt;</w:t>
        <w:br/>
        <w:t>Сховався тут — і бачу кожний день&lt;br /&gt;</w:t>
        <w:br/>
        <w:t>Мою вдову прекрасну, і, здається,&lt;br /&gt;</w:t>
        <w:br/>
        <w:t>Запав їй в око. До цього часу&lt;br /&gt;</w:t>
        <w:br/>
        <w:t>Поводились ми чемно і пристойно,&lt;br /&gt;</w:t>
        <w:br/>
        <w:t>Але сьогодні зважусь на розмову.&lt;br /&gt;</w:t>
        <w:br/>
        <w:t>Пора. Як я почну? "Насмілюсь..." Ні...&lt;br /&gt;</w:t>
        <w:br/>
        <w:t>"Сеньйоро..." Ет! Що в думку навинеться,&lt;br /&gt;</w:t>
        <w:br/>
        <w:t>То і скажу, без намислу, як справжній&lt;br /&gt;</w:t>
        <w:br/>
        <w:t>Імпровізатор пісні про кохання...&lt;br /&gt;</w:t>
        <w:br/>
        <w:t>Вже час би їй приїхати. Без неї,&lt;br /&gt;</w:t>
        <w:br/>
        <w:t>Я думаю, нудьгує командор.&lt;br /&gt;</w:t>
        <w:br/>
        <w:t>Яким тут велетнем він виглядає!&lt;br /&gt;</w:t>
        <w:br/>
        <w:t>Які рамена! Що за Геркулес!&lt;br /&gt;</w:t>
        <w:br/>
        <w:t>А сам, небіжчик, був малий та хирий!&lt;br /&gt;</w:t>
        <w:br/>
        <w:t>Тут він, зіп'явшись на ногах, не міг би&lt;br /&gt;</w:t>
        <w:br/>
        <w:t>До свого носа руку дотягти.&lt;br /&gt;</w:t>
        <w:br/>
        <w:t>Коли за Ескур'ялом ми зійшлись,&lt;br /&gt;</w:t>
        <w:br/>
        <w:t>Наткнувся він на шпагу і завмер,&lt;br /&gt;</w:t>
        <w:br/>
        <w:t>Немов на шпильці коник польовий.&lt;br /&gt;</w:t>
        <w:br/>
        <w:t>А вдачі він був гордої, крутої&lt;br /&gt;</w:t>
        <w:br/>
        <w:t>I мав одважний дух... А! Ось вона.</w:t>
      </w:r>
    </w:p>
    <w:p>
      <w:r>
        <w:br/>
        <w:t>Входить донна Анна.</w:t>
      </w:r>
    </w:p>
    <w:p>
      <w:r>
        <w:br/>
        <w:t>Донна Анна</w:t>
      </w:r>
    </w:p>
    <w:p>
      <w:r>
        <w:br/>
        <w:t>Він знову тут. Мій отче, вибачайте,&lt;br /&gt;</w:t>
        <w:br/>
        <w:t>Що я порушила задуму вашу.</w:t>
      </w:r>
    </w:p>
    <w:p>
      <w:r>
        <w:br/>
        <w:t>Дон Гуан</w:t>
      </w:r>
    </w:p>
    <w:p>
      <w:r>
        <w:br/>
        <w:t>Я мушу в вас, сеньйоро, вибач&amp;#233;ння&lt;br /&gt;</w:t>
        <w:br/>
        <w:t>Прохати. Може, я перешкоджаю&lt;br /&gt;</w:t>
        <w:br/>
        <w:t>Печалі вашій вільно виливатись.</w:t>
      </w:r>
    </w:p>
    <w:p>
      <w:r>
        <w:br/>
        <w:t>Донна Анна</w:t>
      </w:r>
    </w:p>
    <w:p>
      <w:r>
        <w:br/>
        <w:t>Ні, отче мій, печаль моя в мені.&lt;br /&gt;</w:t>
        <w:br/>
        <w:t>При вас мої благання можуть в небо&lt;br /&gt;</w:t>
        <w:br/>
        <w:t>Смиренно зноситись. Прохаю також&lt;br /&gt;</w:t>
        <w:br/>
        <w:t>I вас до них свій голос прилучити.</w:t>
      </w:r>
    </w:p>
    <w:p>
      <w:r>
        <w:br/>
        <w:t>Дон Гуан</w:t>
      </w:r>
    </w:p>
    <w:p>
      <w:r>
        <w:br/>
        <w:t>Мені молиться з вами, донно Анно!&lt;br /&gt;</w:t>
        <w:br/>
        <w:t>Не годен я доручення такого.&lt;br /&gt;</w:t>
        <w:br/>
        <w:t>Я не посмію грішними устами&lt;br /&gt;</w:t>
        <w:br/>
        <w:t>Святу молитву вашу повторяти.&lt;br /&gt;</w:t>
        <w:br/>
        <w:t>Я тільки здалека дивлюсь на вас&lt;br /&gt;</w:t>
        <w:br/>
        <w:t>З побожністю, коли, схилившись тихо,&lt;br /&gt;</w:t>
        <w:br/>
        <w:t>Ви чорні кучері на мармур білий&lt;br /&gt;</w:t>
        <w:br/>
        <w:t>Розсиплете, — і бачиться, що тайно&lt;br /&gt;</w:t>
        <w:br/>
        <w:t>На сей надгробок янгол прилетів.&lt;br /&gt;</w:t>
        <w:br/>
        <w:t>В душі збентеженій я не знаходжу&lt;br /&gt;</w:t>
        <w:br/>
        <w:t>Тоді молитви. Я дивуюсь німо&lt;br /&gt;</w:t>
        <w:br/>
        <w:t>I думаю: щасливий той, чий мармур&lt;br /&gt;</w:t>
        <w:br/>
        <w:t>Зігріто подихом її небесним&lt;br /&gt;</w:t>
        <w:br/>
        <w:t>I скроплено слізьми її кохання.</w:t>
      </w:r>
    </w:p>
    <w:p>
      <w:r>
        <w:br/>
        <w:t>Донна Анна</w:t>
      </w:r>
    </w:p>
    <w:p>
      <w:r>
        <w:br/>
        <w:t>Які чудні слова!</w:t>
      </w:r>
    </w:p>
    <w:p>
      <w:r>
        <w:br/>
        <w:t>Дон Гуан</w:t>
      </w:r>
    </w:p>
    <w:p>
      <w:r>
        <w:br/>
        <w:t>Сеньйоро!</w:t>
      </w:r>
    </w:p>
    <w:p>
      <w:r>
        <w:br/>
        <w:t>Донна Анна</w:t>
      </w:r>
    </w:p>
    <w:p>
      <w:r>
        <w:br/>
        <w:t>Що?&lt;br /&gt;</w:t>
        <w:br/>
        <w:t>Мені... забули ви...</w:t>
      </w:r>
    </w:p>
    <w:p>
      <w:r>
        <w:br/>
        <w:t>Дон Гуан</w:t>
      </w:r>
    </w:p>
    <w:p>
      <w:r>
        <w:br/>
        <w:t>Що недостойний&lt;br /&gt;</w:t>
        <w:br/>
        <w:t>Самітник я? Що грішний голос мій&lt;br /&gt;</w:t>
        <w:br/>
        <w:t>Тут не повинен гучно розтинатись?</w:t>
      </w:r>
    </w:p>
    <w:p>
      <w:r>
        <w:br/>
        <w:t>Донна Анна</w:t>
      </w:r>
    </w:p>
    <w:p>
      <w:r>
        <w:br/>
        <w:t>Мені здалося... Я не зрозуміла...</w:t>
      </w:r>
    </w:p>
    <w:p>
      <w:r>
        <w:br/>
        <w:t>Дон Гуан</w:t>
      </w:r>
    </w:p>
    <w:p>
      <w:r>
        <w:br/>
        <w:t>Ах, бачу: ви про все, про все дізнались!</w:t>
      </w:r>
    </w:p>
    <w:p>
      <w:r>
        <w:br/>
        <w:t>Донна Анна</w:t>
      </w:r>
    </w:p>
    <w:p>
      <w:r>
        <w:br/>
        <w:t>Про що дізналась?</w:t>
      </w:r>
    </w:p>
    <w:p>
      <w:r>
        <w:br/>
        <w:t>Дон Гуан</w:t>
      </w:r>
    </w:p>
    <w:p>
      <w:r>
        <w:br/>
        <w:t>Так, я не чернець...&lt;br /&gt;</w:t>
        <w:br/>
        <w:t>Край ваших ніг пробачення благаю.</w:t>
      </w:r>
    </w:p>
    <w:p>
      <w:r>
        <w:br/>
        <w:t>Донна Анна</w:t>
      </w:r>
    </w:p>
    <w:p>
      <w:r>
        <w:br/>
        <w:t>О Боже! Встаньте, встаньте!.. Хто такий ви?</w:t>
      </w:r>
    </w:p>
    <w:p>
      <w:r>
        <w:br/>
        <w:t>Дон Гуан</w:t>
      </w:r>
    </w:p>
    <w:p>
      <w:r>
        <w:br/>
        <w:t>Нещасний, жертва марного чуття!</w:t>
      </w:r>
    </w:p>
    <w:p>
      <w:r>
        <w:br/>
        <w:t>Донна Анна</w:t>
      </w:r>
    </w:p>
    <w:p>
      <w:r>
        <w:br/>
        <w:t>О Боже мій! I тут, при цьому гробі!&lt;br /&gt;</w:t>
        <w:br/>
        <w:t>Лишіть мене!..</w:t>
      </w:r>
    </w:p>
    <w:p>
      <w:r>
        <w:br/>
        <w:t>Дон Гуан</w:t>
      </w:r>
    </w:p>
    <w:p>
      <w:r>
        <w:br/>
        <w:t>Хвилину, донно Анно!&lt;br /&gt;</w:t>
        <w:br/>
        <w:t>Одну хвилину!</w:t>
      </w:r>
    </w:p>
    <w:p>
      <w:r>
        <w:br/>
        <w:t>Донна Анна</w:t>
      </w:r>
    </w:p>
    <w:p>
      <w:r>
        <w:br/>
        <w:t>Що, як зайде хто!</w:t>
      </w:r>
    </w:p>
    <w:p>
      <w:r>
        <w:br/>
        <w:t>Дон Гуан</w:t>
      </w:r>
    </w:p>
    <w:p>
      <w:r>
        <w:br/>
        <w:t>Ні, ґрати замкнені. Одну хвилину!</w:t>
      </w:r>
    </w:p>
    <w:p>
      <w:r>
        <w:br/>
        <w:t>Донна Анна</w:t>
      </w:r>
    </w:p>
    <w:p>
      <w:r>
        <w:br/>
        <w:t>Ну? Що? Чого жадаєте ви?</w:t>
      </w:r>
    </w:p>
    <w:p>
      <w:r>
        <w:br/>
        <w:t>Дон Гуан</w:t>
      </w:r>
    </w:p>
    <w:p>
      <w:r>
        <w:br/>
        <w:t>Смерті!&lt;br /&gt;</w:t>
        <w:br/>
        <w:t>О, хай край ваших ніг умру я зараз,&lt;br /&gt;</w:t>
        <w:br/>
        <w:t>Хай бідний прах мій тут же поховають,&lt;br /&gt;</w:t>
        <w:br/>
        <w:t>Не обік праху, милого для вас,&lt;br /&gt;</w:t>
        <w:br/>
        <w:t>Не тут, не близько, далі, там де-небудь&lt;br /&gt;</w:t>
        <w:br/>
        <w:t>Біля дверей, край самого порога.&lt;br /&gt;</w:t>
        <w:br/>
        <w:t>Щоб каменя мого могли торкнутись&lt;br /&gt;</w:t>
        <w:br/>
        <w:t>Ви легкою ногою чи убранням,&lt;br /&gt;</w:t>
        <w:br/>
        <w:t>Коли сюди, на цей надгробок гордий,&lt;br /&gt;</w:t>
        <w:br/>
        <w:t>Ви прийдете, щоб кучері схиляти&lt;br /&gt;</w:t>
        <w:br/>
        <w:t>I лити сльози.</w:t>
      </w:r>
    </w:p>
    <w:p>
      <w:r>
        <w:br/>
        <w:t>Донна Анна</w:t>
      </w:r>
    </w:p>
    <w:p>
      <w:r>
        <w:br/>
        <w:t>Ви ума збулися!</w:t>
      </w:r>
    </w:p>
    <w:p>
      <w:r>
        <w:br/>
        <w:t>Дон Гуан</w:t>
      </w:r>
    </w:p>
    <w:p>
      <w:r>
        <w:br/>
        <w:t>Хіба бажати смерті, донно Анно,&lt;br /&gt;</w:t>
        <w:br/>
        <w:t>То знак безумства? О, коли б я був&lt;br /&gt;</w:t>
        <w:br/>
        <w:t>Безумцем, я б хотів живим лишитись,&lt;br /&gt;</w:t>
        <w:br/>
        <w:t>Я б мав надію ніжною любов'ю&lt;br /&gt;</w:t>
        <w:br/>
        <w:t>Порушити вам серце; о, якби&lt;br /&gt;</w:t>
        <w:br/>
        <w:t>Я був безумцем, я б тоді всі ночі&lt;br /&gt;</w:t>
        <w:br/>
        <w:t>Простоював перед балконом вашим,&lt;br /&gt;</w:t>
        <w:br/>
        <w:t>Я б серенадами ваш сон тривожив,&lt;br /&gt;</w:t>
        <w:br/>
        <w:t>Не став би я ховатись — навпаки,&lt;br /&gt;</w:t>
        <w:br/>
        <w:t>Старався б вам потрапити на очі;&lt;br /&gt;</w:t>
        <w:br/>
        <w:t>Якби я був безумцем, я б не став&lt;br /&gt;</w:t>
        <w:br/>
        <w:t>Свої страждання зносити безмовно...</w:t>
      </w:r>
    </w:p>
    <w:p>
      <w:r>
        <w:br/>
        <w:t>Донна Анна</w:t>
      </w:r>
    </w:p>
    <w:p>
      <w:r>
        <w:br/>
        <w:t>То це ви мовчите?</w:t>
      </w:r>
    </w:p>
    <w:p>
      <w:r>
        <w:br/>
        <w:t>Дон Гуан</w:t>
      </w:r>
    </w:p>
    <w:p>
      <w:r>
        <w:br/>
        <w:t>Ах, донно Анно,&lt;br /&gt;</w:t>
        <w:br/>
        <w:t>Це випадок, це випадково сталось,&lt;br /&gt;</w:t>
        <w:br/>
        <w:t>Що вихопився я, а то моєї&lt;br /&gt;</w:t>
        <w:br/>
        <w:t>Сумної таємниці ви не взнали б&lt;br /&gt;</w:t>
        <w:br/>
        <w:t>Ніколи в світі...</w:t>
      </w:r>
    </w:p>
    <w:p>
      <w:r>
        <w:br/>
        <w:t>Донна Анна</w:t>
      </w:r>
    </w:p>
    <w:p>
      <w:r>
        <w:br/>
        <w:t>I давно мене ви&lt;br /&gt;</w:t>
        <w:br/>
        <w:t>Кохаєте?</w:t>
      </w:r>
    </w:p>
    <w:p>
      <w:r>
        <w:br/>
        <w:t>Дон Гуан</w:t>
      </w:r>
    </w:p>
    <w:p>
      <w:r>
        <w:br/>
        <w:t>Давно чи ні — не знаю,&lt;br /&gt;</w:t>
        <w:br/>
        <w:t>Але відтоді, лиш я склав ціну&lt;br /&gt;</w:t>
        <w:br/>
        <w:t>Хвилинному життю, відтоді тільки&lt;br /&gt;</w:t>
        <w:br/>
        <w:t>Я зрозумів, що значить слово "щастя".</w:t>
      </w:r>
    </w:p>
    <w:p>
      <w:r>
        <w:br/>
        <w:t>Донна Анна</w:t>
      </w:r>
    </w:p>
    <w:p>
      <w:r>
        <w:br/>
        <w:t>Ідіть собі — ви чоловік непевний.</w:t>
      </w:r>
    </w:p>
    <w:p>
      <w:r>
        <w:br/>
        <w:t>Дон Гуан</w:t>
      </w:r>
    </w:p>
    <w:p>
      <w:r>
        <w:br/>
        <w:t>Непевний! Чим?</w:t>
      </w:r>
    </w:p>
    <w:p>
      <w:r>
        <w:br/>
        <w:t>Донна Анна</w:t>
      </w:r>
    </w:p>
    <w:p>
      <w:r>
        <w:br/>
        <w:t>Я слухать вас боюсь.</w:t>
      </w:r>
    </w:p>
    <w:p>
      <w:r>
        <w:br/>
        <w:t>Дон Гуан</w:t>
      </w:r>
    </w:p>
    <w:p>
      <w:r>
        <w:br/>
        <w:t>Я змовкну, тільки не женіть того,&lt;br /&gt;</w:t>
        <w:br/>
        <w:t>Для кого образ ваш одна відрада.&lt;br /&gt;</w:t>
        <w:br/>
        <w:t>Я не таю в душі палких надій.&lt;br /&gt;</w:t>
        <w:br/>
        <w:t>Нічого не жадаю, тільки вас&lt;br /&gt;</w:t>
        <w:br/>
        <w:t>Я мушу бачити, коли судилось&lt;br /&gt;</w:t>
        <w:br/>
        <w:t>Мені життя.</w:t>
      </w:r>
    </w:p>
    <w:p>
      <w:r>
        <w:br/>
        <w:t>Донна Анна</w:t>
      </w:r>
    </w:p>
    <w:p>
      <w:r>
        <w:br/>
        <w:t>Ідіть — не місце тут&lt;br /&gt;</w:t>
        <w:br/>
        <w:t>Таким словам, таким безумствам... Завтра&lt;br /&gt;</w:t>
        <w:br/>
        <w:t>Прийдіть до мене; і коли на Бога&lt;br /&gt;</w:t>
        <w:br/>
        <w:t>Присягнет&amp;#233;сь поводитись зі мною&lt;br /&gt;</w:t>
        <w:br/>
        <w:t>З повагою, я вас прийму, але...&lt;br /&gt;</w:t>
        <w:br/>
        <w:t>Увечері, пізніш... Як повдовіла,&lt;br /&gt;</w:t>
        <w:br/>
        <w:t>З того часу не бачу я нікого...</w:t>
      </w:r>
    </w:p>
    <w:p>
      <w:r>
        <w:br/>
        <w:t>Дон Гуан</w:t>
      </w:r>
    </w:p>
    <w:p>
      <w:r>
        <w:br/>
        <w:t>Ви янгол, донно Анно! Хай Господь&lt;br /&gt;</w:t>
        <w:br/>
        <w:t>Утішить вас, як ви самі сьогодні&lt;br /&gt;</w:t>
        <w:br/>
        <w:t>Утішили нещасного!..</w:t>
      </w:r>
    </w:p>
    <w:p>
      <w:r>
        <w:br/>
        <w:t>Донна Анна</w:t>
      </w:r>
    </w:p>
    <w:p>
      <w:r>
        <w:br/>
        <w:t>Ідіть же.</w:t>
      </w:r>
    </w:p>
    <w:p>
      <w:r>
        <w:br/>
        <w:t>Дон Гуан</w:t>
      </w:r>
    </w:p>
    <w:p>
      <w:r>
        <w:br/>
        <w:t>Одну хвилинку ще.</w:t>
      </w:r>
    </w:p>
    <w:p>
      <w:r>
        <w:br/>
        <w:t>Донна Анна</w:t>
      </w:r>
    </w:p>
    <w:p>
      <w:r>
        <w:br/>
        <w:t>Ні, треба, мабуть,&lt;br /&gt;</w:t>
        <w:br/>
        <w:t>Самій піти... До того ж і моління&lt;br /&gt;</w:t>
        <w:br/>
        <w:t>На ум не йде. Ви світськими річами&lt;br /&gt;</w:t>
        <w:br/>
        <w:t>Мене розважили; від них вже ухо&lt;br /&gt;</w:t>
        <w:br/>
        <w:t>Моє давно-давно відвикло. Завтра&lt;br /&gt;</w:t>
        <w:br/>
        <w:t>Я вас прийму...</w:t>
      </w:r>
    </w:p>
    <w:p>
      <w:r>
        <w:br/>
        <w:t>Дон Гуан</w:t>
      </w:r>
    </w:p>
    <w:p>
      <w:r>
        <w:br/>
        <w:t>Ще вірити не смію,&lt;br /&gt;</w:t>
        <w:br/>
        <w:t>Не смію щастю я свому віддатись!&lt;br /&gt;</w:t>
        <w:br/>
        <w:t>Я завтра вас побачу... I не тут,&lt;br /&gt;</w:t>
        <w:br/>
        <w:t>Не крадькома!</w:t>
      </w:r>
    </w:p>
    <w:p>
      <w:r>
        <w:br/>
        <w:t>Донна Анна</w:t>
      </w:r>
    </w:p>
    <w:p>
      <w:r>
        <w:br/>
        <w:t>Так, завтра, завтра.&lt;br /&gt;</w:t>
        <w:br/>
        <w:t>Як вас зовуть?</w:t>
      </w:r>
    </w:p>
    <w:p>
      <w:r>
        <w:br/>
        <w:t>Дон Гуан</w:t>
      </w:r>
    </w:p>
    <w:p>
      <w:r>
        <w:br/>
        <w:t>Дієго де Кальвадо.</w:t>
      </w:r>
    </w:p>
    <w:p>
      <w:r>
        <w:br/>
        <w:t>Донна Анна</w:t>
      </w:r>
    </w:p>
    <w:p>
      <w:r>
        <w:br/>
        <w:t>Прощайте, дон Дієго.</w:t>
      </w:r>
    </w:p>
    <w:p>
      <w:r>
        <w:br/>
        <w:t>(Виходить)</w:t>
      </w:r>
    </w:p>
    <w:p>
      <w:r>
        <w:br/>
        <w:t>Дон Гуан</w:t>
      </w:r>
    </w:p>
    <w:p>
      <w:r>
        <w:br/>
        <w:t>Лепорелло!</w:t>
      </w:r>
    </w:p>
    <w:p>
      <w:r>
        <w:br/>
        <w:t>Лепорелло входить.</w:t>
      </w:r>
    </w:p>
    <w:p>
      <w:r>
        <w:br/>
        <w:t>Лепорелло</w:t>
      </w:r>
    </w:p>
    <w:p>
      <w:r>
        <w:br/>
        <w:t>Чого вам треба?</w:t>
      </w:r>
    </w:p>
    <w:p>
      <w:r>
        <w:br/>
        <w:t>Дон Гуан</w:t>
      </w:r>
    </w:p>
    <w:p>
      <w:r>
        <w:br/>
        <w:t>Любий Лепорелло!&lt;br /&gt;</w:t>
        <w:br/>
        <w:t>Я... я щасливий! Завтра! Чуєш? "Завтра&lt;br /&gt;</w:t>
        <w:br/>
        <w:t>Увечері, пізніш"! Мій Лепорелло,&lt;br /&gt;</w:t>
        <w:br/>
        <w:t>Вже завтра!.. От що, приготуй мені...&lt;br /&gt;</w:t>
        <w:br/>
        <w:t>Я, мов дитя, щасливий!</w:t>
      </w:r>
    </w:p>
    <w:p>
      <w:r>
        <w:br/>
        <w:t>Лепорелло</w:t>
      </w:r>
    </w:p>
    <w:p>
      <w:r>
        <w:br/>
        <w:t>Донна Анна&lt;br /&gt;</w:t>
        <w:br/>
        <w:t>Далась на мову? Пару слів ласкавих&lt;br /&gt;</w:t>
        <w:br/>
        <w:t>Вона до вас промовила, чи, може,&lt;br /&gt;</w:t>
        <w:br/>
        <w:t>Її ви поблагословили?</w:t>
      </w:r>
    </w:p>
    <w:p>
      <w:r>
        <w:br/>
        <w:t>Дон Гуан</w:t>
      </w:r>
    </w:p>
    <w:p>
      <w:r>
        <w:br/>
        <w:t>Ні,&lt;br /&gt;</w:t>
        <w:br/>
        <w:t>Мій Лепорелло, ні! Вона у себе&lt;br /&gt;</w:t>
        <w:br/>
        <w:t>Побачення, побачення мені&lt;br /&gt;</w:t>
        <w:br/>
        <w:t>Призначила!</w:t>
      </w:r>
    </w:p>
    <w:p>
      <w:r>
        <w:br/>
        <w:t>Лепорелло</w:t>
      </w:r>
    </w:p>
    <w:p>
      <w:r>
        <w:br/>
        <w:t>Невже? О вдови, вдови!&lt;br /&gt;</w:t>
        <w:br/>
        <w:t>Всі ви одної вдачі.</w:t>
      </w:r>
    </w:p>
    <w:p>
      <w:r>
        <w:br/>
        <w:t>Дон Гуан</w:t>
      </w:r>
    </w:p>
    <w:p>
      <w:r>
        <w:br/>
        <w:t>Я щасливий!&lt;br /&gt;</w:t>
        <w:br/>
        <w:t>Співати хочу, світ увесь обняти!</w:t>
      </w:r>
    </w:p>
    <w:p>
      <w:r>
        <w:br/>
        <w:t>Лепорелло</w:t>
      </w:r>
    </w:p>
    <w:p>
      <w:r>
        <w:br/>
        <w:t>А командор? Що скаже він про це?</w:t>
      </w:r>
    </w:p>
    <w:p>
      <w:r>
        <w:br/>
        <w:t>Дон Гуан</w:t>
      </w:r>
    </w:p>
    <w:p>
      <w:r>
        <w:br/>
        <w:t>Ти думаєш, він буде ревнувати?&lt;br /&gt;</w:t>
        <w:br/>
        <w:t>Вже певно ні: він чоловік розумний,&lt;br /&gt;</w:t>
        <w:br/>
        <w:t>I як умер, з того часу притих.</w:t>
      </w:r>
    </w:p>
    <w:p>
      <w:r>
        <w:br/>
        <w:t>Лепорелло</w:t>
      </w:r>
    </w:p>
    <w:p>
      <w:r>
        <w:br/>
        <w:t>Ні, ви погляньте на його стат&amp;#253;ю.</w:t>
      </w:r>
    </w:p>
    <w:p>
      <w:r>
        <w:br/>
        <w:t>Дон Гуан</w:t>
      </w:r>
    </w:p>
    <w:p>
      <w:r>
        <w:br/>
        <w:t>Що ж?</w:t>
      </w:r>
    </w:p>
    <w:p>
      <w:r>
        <w:br/>
        <w:t>Лепорелло</w:t>
      </w:r>
    </w:p>
    <w:p>
      <w:r>
        <w:br/>
        <w:t>Ніби дивиться вона на вас&lt;br /&gt;</w:t>
        <w:br/>
        <w:t>I сердиться.</w:t>
      </w:r>
    </w:p>
    <w:p>
      <w:r>
        <w:br/>
        <w:t>Дон Гуан</w:t>
      </w:r>
    </w:p>
    <w:p>
      <w:r>
        <w:br/>
        <w:t>Іди лиш, Лепорелло,&lt;br /&gt;</w:t>
        <w:br/>
        <w:t>Проси її ласкаво завітать&lt;br /&gt;</w:t>
        <w:br/>
        <w:t>До мене, ні, до донни Анни завтра.</w:t>
      </w:r>
    </w:p>
    <w:p>
      <w:r>
        <w:br/>
        <w:t>Лепорелло</w:t>
      </w:r>
    </w:p>
    <w:p>
      <w:r>
        <w:br/>
        <w:t>Статую в гості кликати! Навіщо?</w:t>
      </w:r>
    </w:p>
    <w:p>
      <w:r>
        <w:br/>
        <w:t>Дон Гуан</w:t>
      </w:r>
    </w:p>
    <w:p>
      <w:r>
        <w:br/>
        <w:t>Вже ж певно не для милої розмови.&lt;br /&gt;</w:t>
        <w:br/>
        <w:t>До донни Анни запроси статую&lt;br /&gt;</w:t>
        <w:br/>
        <w:t>Прийти пізніш увечері і стати&lt;br /&gt;</w:t>
        <w:br/>
        <w:t>Біля дверей на варті.</w:t>
      </w:r>
    </w:p>
    <w:p>
      <w:r>
        <w:br/>
        <w:t>Лепорелло</w:t>
      </w:r>
    </w:p>
    <w:p>
      <w:r>
        <w:br/>
        <w:t>Ну й охота&lt;br /&gt;</w:t>
        <w:br/>
        <w:t>У жарти вам заходити і з ким!</w:t>
      </w:r>
    </w:p>
    <w:p>
      <w:r>
        <w:br/>
        <w:t>Дон Гуан</w:t>
      </w:r>
    </w:p>
    <w:p>
      <w:r>
        <w:br/>
        <w:t>Іди ж.</w:t>
      </w:r>
    </w:p>
    <w:p>
      <w:r>
        <w:br/>
        <w:t>Лепорелло</w:t>
      </w:r>
    </w:p>
    <w:p>
      <w:r>
        <w:br/>
        <w:t>Але...</w:t>
      </w:r>
    </w:p>
    <w:p>
      <w:r>
        <w:br/>
        <w:t>Дон Гуан</w:t>
      </w:r>
    </w:p>
    <w:p>
      <w:r>
        <w:br/>
        <w:t>Іди.</w:t>
      </w:r>
    </w:p>
    <w:p>
      <w:r>
        <w:br/>
        <w:t>Лепорелло</w:t>
      </w:r>
    </w:p>
    <w:p>
      <w:r>
        <w:br/>
        <w:t>Преславна, пишна&lt;br /&gt;</w:t>
        <w:br/>
        <w:t>Статує! Пан мій, Дон Гуан, покірно&lt;br /&gt;</w:t>
        <w:br/>
        <w:t>Вас просить завітати... Ні, не можу,&lt;br /&gt;</w:t>
        <w:br/>
        <w:t>Їй-богу, страшно.</w:t>
      </w:r>
    </w:p>
    <w:p>
      <w:r>
        <w:br/>
        <w:t>Дон Гуан</w:t>
      </w:r>
    </w:p>
    <w:p>
      <w:r>
        <w:br/>
        <w:t>Тхір! Ось я тобі...</w:t>
      </w:r>
    </w:p>
    <w:p>
      <w:r>
        <w:br/>
        <w:t>Лепорелло</w:t>
      </w:r>
    </w:p>
    <w:p>
      <w:r>
        <w:br/>
        <w:t>Чекайте. Пан мій, Дон Гуан, вас просить&lt;br /&gt;</w:t>
        <w:br/>
        <w:t>Прибути завтра ввечері пізніш&lt;br /&gt;</w:t>
        <w:br/>
        <w:t>До вашої дружини в дім і стати&lt;br /&gt;</w:t>
        <w:br/>
        <w:t>Біля дверей...</w:t>
      </w:r>
    </w:p>
    <w:p>
      <w:r>
        <w:br/>
        <w:t>Статуя киває головою на знак згоди.</w:t>
      </w:r>
    </w:p>
    <w:p>
      <w:r>
        <w:br/>
        <w:t>Ай!</w:t>
      </w:r>
    </w:p>
    <w:p>
      <w:r>
        <w:br/>
        <w:t>Дон Гуан</w:t>
      </w:r>
    </w:p>
    <w:p>
      <w:r>
        <w:br/>
        <w:t>Що там?</w:t>
      </w:r>
    </w:p>
    <w:p>
      <w:r>
        <w:br/>
        <w:t>Лепорелло</w:t>
      </w:r>
    </w:p>
    <w:p>
      <w:r>
        <w:br/>
        <w:t>Ай, ай, ай!&lt;br /&gt;</w:t>
        <w:br/>
        <w:t>Ай, ай!.. Умру.</w:t>
      </w:r>
    </w:p>
    <w:p>
      <w:r>
        <w:br/>
        <w:t>Дон Гуан</w:t>
      </w:r>
    </w:p>
    <w:p>
      <w:r>
        <w:br/>
        <w:t>Що сталося тобі?</w:t>
      </w:r>
    </w:p>
    <w:p>
      <w:r>
        <w:br/>
        <w:t>Лепорелло</w:t>
      </w:r>
    </w:p>
    <w:p>
      <w:r>
        <w:br/>
        <w:t>(киваючи головою)</w:t>
      </w:r>
    </w:p>
    <w:p>
      <w:r>
        <w:br/>
        <w:t>Статуя... ай!</w:t>
      </w:r>
    </w:p>
    <w:p>
      <w:r>
        <w:br/>
        <w:t>Дон Гуан</w:t>
      </w:r>
    </w:p>
    <w:p>
      <w:r>
        <w:br/>
        <w:t>Ти кланяєшся?</w:t>
      </w:r>
    </w:p>
    <w:p>
      <w:r>
        <w:br/>
        <w:t>Лепорелло</w:t>
      </w:r>
    </w:p>
    <w:p>
      <w:r>
        <w:br/>
        <w:t>Ні,&lt;br /&gt;</w:t>
        <w:br/>
        <w:t>Не я — вона!</w:t>
      </w:r>
    </w:p>
    <w:p>
      <w:r>
        <w:br/>
        <w:t>Дон Гуан</w:t>
      </w:r>
    </w:p>
    <w:p>
      <w:r>
        <w:br/>
        <w:t>Що за бредню верзеш ти!</w:t>
      </w:r>
    </w:p>
    <w:p>
      <w:r>
        <w:br/>
        <w:t>Лепорелло</w:t>
      </w:r>
    </w:p>
    <w:p>
      <w:r>
        <w:br/>
        <w:t>Підіть самі.</w:t>
      </w:r>
    </w:p>
    <w:p>
      <w:r>
        <w:br/>
        <w:t>Дон Гуан</w:t>
      </w:r>
    </w:p>
    <w:p>
      <w:r>
        <w:br/>
        <w:t>Ну, от дивись, нікчемо!</w:t>
      </w:r>
    </w:p>
    <w:p>
      <w:r>
        <w:br/>
        <w:t>(До статуї)</w:t>
      </w:r>
    </w:p>
    <w:p>
      <w:r>
        <w:br/>
        <w:t>Я, пане командор, прошу тебе&lt;br /&gt;</w:t>
        <w:br/>
        <w:t>Прибути завтра до вдови твоєї,&lt;br /&gt;</w:t>
        <w:br/>
        <w:t>Де буду я, і стати там на варті&lt;br /&gt;</w:t>
        <w:br/>
        <w:t>Біля дверей. Що? Будеш?</w:t>
      </w:r>
    </w:p>
    <w:p>
      <w:r>
        <w:br/>
        <w:t>Статуя киває знов.</w:t>
      </w:r>
    </w:p>
    <w:p>
      <w:r>
        <w:br/>
        <w:t>Боже мій!</w:t>
      </w:r>
    </w:p>
    <w:p>
      <w:r>
        <w:br/>
        <w:t>Лепорелло</w:t>
      </w:r>
    </w:p>
    <w:p>
      <w:r>
        <w:br/>
        <w:t>А що? Чи я вам не казав...</w:t>
      </w:r>
    </w:p>
    <w:p>
      <w:r>
        <w:br/>
        <w:t>Дон Гуан</w:t>
      </w:r>
    </w:p>
    <w:p>
      <w:r>
        <w:br/>
        <w:t>Ходім.</w:t>
      </w:r>
    </w:p>
    <w:p>
      <w:r>
        <w:br/>
        <w:t>СЦЕНА ЧЕТВЕРТА</w:t>
      </w:r>
    </w:p>
    <w:p>
      <w:r>
        <w:br/>
        <w:t>Кімната донни Анни.&lt;br /&gt;</w:t>
        <w:br/>
        <w:t>Дон Гуан і донна Анна.</w:t>
      </w:r>
    </w:p>
    <w:p>
      <w:r>
        <w:br/>
        <w:t>Донна Анна</w:t>
      </w:r>
    </w:p>
    <w:p>
      <w:r>
        <w:br/>
        <w:t>Я прийняла вас, дон Дієго! Тільки&lt;br /&gt;</w:t>
        <w:br/>
        <w:t>Боюсь, що вам моя сумна розмова&lt;br /&gt;</w:t>
        <w:br/>
        <w:t>Нудною буде. Бідна удова,&lt;br /&gt;</w:t>
        <w:br/>
        <w:t>Я все свою утрату пам'ятаю:&lt;br /&gt;</w:t>
        <w:br/>
        <w:t>Мішаю сльози з усміхом, мов квітень.&lt;br /&gt;</w:t>
        <w:br/>
        <w:t>Що ж мовчите ви?</w:t>
      </w:r>
    </w:p>
    <w:p>
      <w:r>
        <w:br/>
        <w:t>Дон Гуан</w:t>
      </w:r>
    </w:p>
    <w:p>
      <w:r>
        <w:br/>
        <w:t>Тішуся безмовно,&lt;br /&gt;</w:t>
        <w:br/>
        <w:t>В уяві, що на самоті зі мною&lt;br /&gt;</w:t>
        <w:br/>
        <w:t>Прекрасна донна Анна. Тут — не там,&lt;br /&gt;</w:t>
        <w:br/>
        <w:t>Не при надгробку щасного мерця, —&lt;br /&gt;</w:t>
        <w:br/>
        <w:t>I бачу вас уже не на колінах&lt;br /&gt;</w:t>
        <w:br/>
        <w:t>Перед холодним, мармуровим мужем.</w:t>
      </w:r>
    </w:p>
    <w:p>
      <w:r>
        <w:br/>
        <w:t>Донна Анна</w:t>
      </w:r>
    </w:p>
    <w:p>
      <w:r>
        <w:br/>
        <w:t>То ви ревниві, дон Дієго! Муж мій&lt;br /&gt;</w:t>
        <w:br/>
        <w:t>I в гробі мучить вас.</w:t>
      </w:r>
    </w:p>
    <w:p>
      <w:r>
        <w:br/>
        <w:t>Дон Гуан</w:t>
      </w:r>
    </w:p>
    <w:p>
      <w:r>
        <w:br/>
        <w:t>Я не повинен&lt;br /&gt;</w:t>
        <w:br/>
        <w:t>Вас ревнувати: ви його обрали.</w:t>
      </w:r>
    </w:p>
    <w:p>
      <w:r>
        <w:br/>
        <w:t>Донна Анна</w:t>
      </w:r>
    </w:p>
    <w:p>
      <w:r>
        <w:br/>
        <w:t>Ні, з дон Альваром взяти шлюб мені&lt;br /&gt;</w:t>
        <w:br/>
        <w:t>Веліла мати. Ми були убогі,&lt;br /&gt;</w:t>
        <w:br/>
        <w:t>А дон Альвар — багатий.</w:t>
      </w:r>
    </w:p>
    <w:p>
      <w:r>
        <w:br/>
        <w:t>Дон Гуан</w:t>
      </w:r>
    </w:p>
    <w:p>
      <w:r>
        <w:br/>
        <w:t>Щастя мав!&lt;br /&gt;</w:t>
        <w:br/>
        <w:t>Скарби порожні він до ніг богині&lt;br /&gt;</w:t>
        <w:br/>
        <w:t>Зложив — от чим досяг він раювання!&lt;br /&gt;</w:t>
        <w:br/>
        <w:t>Якби я перше вас пізнав, як радо&lt;br /&gt;</w:t>
        <w:br/>
        <w:t>Мій славний стан, багатства — все б віддав,&lt;br /&gt;</w:t>
        <w:br/>
        <w:t>Все за єдиний ваш ласкавий погляд!&lt;br /&gt;</w:t>
        <w:br/>
        <w:t>Скорявся б я небесній вашій волі,&lt;br /&gt;</w:t>
        <w:br/>
        <w:t>Як раб! Всі ваші примхи я пізнав би,&lt;br /&gt;</w:t>
        <w:br/>
        <w:t>Щоб їх запобігати, щоб життя&lt;br /&gt;</w:t>
        <w:br/>
        <w:t>Вам чарівною казкою здавалось!&lt;br /&gt;</w:t>
        <w:br/>
        <w:t>Але, на жаль, мені судилось інше!</w:t>
      </w:r>
    </w:p>
    <w:p>
      <w:r>
        <w:br/>
        <w:t>Донна Анна</w:t>
      </w:r>
    </w:p>
    <w:p>
      <w:r>
        <w:br/>
        <w:t>Дієго, досить! Слухаючи вас,&lt;br /&gt;</w:t>
        <w:br/>
        <w:t>Я мимохіть грішу — мені не вільно&lt;br /&gt;</w:t>
        <w:br/>
        <w:t>Кохати вас, бо удова повинна&lt;br /&gt;</w:t>
        <w:br/>
        <w:t>I домовині вірною зостатись.&lt;br /&gt;</w:t>
        <w:br/>
        <w:t>Коли б же знали ви, як дон Альвар&lt;br /&gt;</w:t>
        <w:br/>
        <w:t>Мене кохав! О, дон Альвар вже певно&lt;br /&gt;</w:t>
        <w:br/>
        <w:t>Закоханої дами не прийняв би&lt;br /&gt;</w:t>
        <w:br/>
        <w:t>У себе в домі, бувши удівцем,&lt;br /&gt;</w:t>
        <w:br/>
        <w:t>Він був би вірним шлюбному коханню.</w:t>
      </w:r>
    </w:p>
    <w:p>
      <w:r>
        <w:br/>
        <w:t>Дон Гуан</w:t>
      </w:r>
    </w:p>
    <w:p>
      <w:r>
        <w:br/>
        <w:t>Не мучте серця, донно Анно, вічним&lt;br /&gt;</w:t>
        <w:br/>
        <w:t>Нагадуванням про свою дружину.&lt;br /&gt;</w:t>
        <w:br/>
        <w:t>Доволі з мене кари, хоч на кару&lt;br /&gt;</w:t>
        <w:br/>
        <w:t>Від вас і заслужив я, може.</w:t>
      </w:r>
    </w:p>
    <w:p>
      <w:r>
        <w:br/>
        <w:t>Донна Анна</w:t>
      </w:r>
    </w:p>
    <w:p>
      <w:r>
        <w:br/>
        <w:t>Чим?&lt;br /&gt;</w:t>
        <w:br/>
        <w:t>Вас путами не зв'язано святими&lt;br /&gt;</w:t>
        <w:br/>
        <w:t>Ні з ким, хіба не правда? Покохавши&lt;br /&gt;</w:t>
        <w:br/>
        <w:t>Мене, ви проти мене й проти неба&lt;br /&gt;</w:t>
        <w:br/>
        <w:t>Не винні.</w:t>
      </w:r>
    </w:p>
    <w:p>
      <w:r>
        <w:br/>
        <w:t>Дон Гуан</w:t>
      </w:r>
    </w:p>
    <w:p>
      <w:r>
        <w:br/>
        <w:t>Боже! Проти вас!</w:t>
      </w:r>
    </w:p>
    <w:p>
      <w:r>
        <w:br/>
        <w:t>Донна Анна</w:t>
      </w:r>
    </w:p>
    <w:p>
      <w:r>
        <w:br/>
        <w:t>Хіба&lt;br /&gt;</w:t>
        <w:br/>
        <w:t>Ви винні проти мене? То скажіть же —&lt;br /&gt;</w:t>
        <w:br/>
        <w:t>Чим?</w:t>
      </w:r>
    </w:p>
    <w:p>
      <w:r>
        <w:br/>
        <w:t>Дон Гуан</w:t>
      </w:r>
    </w:p>
    <w:p>
      <w:r>
        <w:br/>
        <w:t>Ні, ніколи!</w:t>
      </w:r>
    </w:p>
    <w:p>
      <w:r>
        <w:br/>
        <w:t>Донна Анна</w:t>
      </w:r>
    </w:p>
    <w:p>
      <w:r>
        <w:br/>
        <w:t>Що таке, Дієго?&lt;br /&gt;</w:t>
        <w:br/>
        <w:t>Ви проти мене винні? Чим, скажіть.</w:t>
      </w:r>
    </w:p>
    <w:p>
      <w:r>
        <w:br/>
        <w:t>Дон Гуан</w:t>
      </w:r>
    </w:p>
    <w:p>
      <w:r>
        <w:br/>
        <w:t>Ні, ні, нізащо!</w:t>
      </w:r>
    </w:p>
    <w:p>
      <w:r>
        <w:br/>
        <w:t>Донна Анна</w:t>
      </w:r>
    </w:p>
    <w:p>
      <w:r>
        <w:br/>
        <w:t>Це, Дієго, дивно.&lt;br /&gt;</w:t>
        <w:br/>
        <w:t>Я прошу вас, від вас жадаю...</w:t>
      </w:r>
    </w:p>
    <w:p>
      <w:r>
        <w:br/>
        <w:t>Дон Гуан</w:t>
      </w:r>
    </w:p>
    <w:p>
      <w:r>
        <w:br/>
        <w:t>Ні.</w:t>
      </w:r>
    </w:p>
    <w:p>
      <w:r>
        <w:br/>
        <w:t>Донна Анна</w:t>
      </w:r>
    </w:p>
    <w:p>
      <w:r>
        <w:br/>
        <w:t>А! Ось як ви моїй покірні волі,&lt;br /&gt;</w:t>
        <w:br/>
        <w:t>А що мені ви зараз говорили?&lt;br /&gt;</w:t>
        <w:br/>
        <w:t>Що ви б хотіли статъ моїм рабом.&lt;br /&gt;</w:t>
        <w:br/>
        <w:t>Дієго, я розгніваюсь: кажіть,&lt;br /&gt;</w:t>
        <w:br/>
        <w:t>Чим проти мене винні ви?</w:t>
      </w:r>
    </w:p>
    <w:p>
      <w:r>
        <w:br/>
        <w:t>Дон Гуан</w:t>
      </w:r>
    </w:p>
    <w:p>
      <w:r>
        <w:br/>
        <w:t>Не смію:&lt;br /&gt;</w:t>
        <w:br/>
        <w:t>Тоді мене зненавидите ви.</w:t>
      </w:r>
    </w:p>
    <w:p>
      <w:r>
        <w:br/>
        <w:t>Донна Анна</w:t>
      </w:r>
    </w:p>
    <w:p>
      <w:r>
        <w:br/>
        <w:t>Ні, ні! Я вас заздалегідь прощаю,&lt;br /&gt;</w:t>
        <w:br/>
        <w:t>Але я знати хочу.</w:t>
      </w:r>
    </w:p>
    <w:p>
      <w:r>
        <w:br/>
        <w:t>Дон Гуан</w:t>
      </w:r>
    </w:p>
    <w:p>
      <w:r>
        <w:br/>
        <w:t>Не бажайте&lt;br /&gt;</w:t>
        <w:br/>
        <w:t>Страшну, убийчу таємницю знать.</w:t>
      </w:r>
    </w:p>
    <w:p>
      <w:r>
        <w:br/>
        <w:t>Донна Анна</w:t>
      </w:r>
    </w:p>
    <w:p>
      <w:r>
        <w:br/>
        <w:t>Страшну! Ви мучите мене, Дієго:&lt;br /&gt;</w:t>
        <w:br/>
        <w:t>Я страх яка цікава, — що таке?&lt;br /&gt;</w:t>
        <w:br/>
        <w:t>I як образити мене могли ви?&lt;br /&gt;</w:t>
        <w:br/>
        <w:t>Я вас не знала. Ворогів у мене&lt;br /&gt;</w:t>
        <w:br/>
        <w:t>Нема і не було. Убійник мужа&lt;br /&gt;</w:t>
        <w:br/>
        <w:t>Один і є.</w:t>
      </w:r>
    </w:p>
    <w:p>
      <w:r>
        <w:br/>
        <w:t>Дон Гуан</w:t>
      </w:r>
    </w:p>
    <w:p>
      <w:r>
        <w:br/>
        <w:t>(про себе)</w:t>
      </w:r>
    </w:p>
    <w:p>
      <w:r>
        <w:br/>
        <w:t>Іде до краю справа!&lt;br /&gt;</w:t>
        <w:br/>
        <w:t>Скажіть мені: нещасний Дон Гуан&lt;br /&gt;</w:t>
        <w:br/>
        <w:t>Вам не знайомий?</w:t>
      </w:r>
    </w:p>
    <w:p>
      <w:r>
        <w:br/>
        <w:t>Донна Анна</w:t>
      </w:r>
    </w:p>
    <w:p>
      <w:r>
        <w:br/>
        <w:t>Ні, його я зроду&lt;br /&gt;</w:t>
        <w:br/>
        <w:t>Не бачила.</w:t>
      </w:r>
    </w:p>
    <w:p>
      <w:r>
        <w:br/>
        <w:t>Дон Гуан</w:t>
      </w:r>
    </w:p>
    <w:p>
      <w:r>
        <w:br/>
        <w:t>В душі у вас до нього&lt;br /&gt;</w:t>
        <w:br/>
        <w:t>Є ворожнеча?</w:t>
      </w:r>
    </w:p>
    <w:p>
      <w:r>
        <w:br/>
        <w:t>Донна Анна</w:t>
      </w:r>
    </w:p>
    <w:p>
      <w:r>
        <w:br/>
        <w:t>З обов'язку честі.&lt;br /&gt;</w:t>
        <w:br/>
        <w:t>Але ви одхиляєте мене&lt;br /&gt;</w:t>
        <w:br/>
        <w:t>Від мого запитання, дон Дієго, —&lt;br /&gt;</w:t>
        <w:br/>
        <w:t>Я вимагаю...</w:t>
      </w:r>
    </w:p>
    <w:p>
      <w:r>
        <w:br/>
        <w:t>Дон Гуан</w:t>
      </w:r>
    </w:p>
    <w:p>
      <w:r>
        <w:br/>
        <w:t>Що, якби зустріли&lt;br /&gt;</w:t>
        <w:br/>
        <w:t>Ви Дон Гуана?</w:t>
      </w:r>
    </w:p>
    <w:p>
      <w:r>
        <w:br/>
        <w:t>Донна Анна</w:t>
      </w:r>
    </w:p>
    <w:p>
      <w:r>
        <w:br/>
        <w:t>Я б тоді злочинцю&lt;br /&gt;</w:t>
        <w:br/>
        <w:t>Кинджал всадила в серце.</w:t>
      </w:r>
    </w:p>
    <w:p>
      <w:r>
        <w:br/>
        <w:t>Дон Гуан</w:t>
      </w:r>
    </w:p>
    <w:p>
      <w:r>
        <w:br/>
        <w:t>Донно Анно,&lt;br /&gt;</w:t>
        <w:br/>
        <w:t>Де твій кинджал? Те серце ось.</w:t>
      </w:r>
    </w:p>
    <w:p>
      <w:r>
        <w:br/>
        <w:t>Донна Анна</w:t>
      </w:r>
    </w:p>
    <w:p>
      <w:r>
        <w:br/>
        <w:t>Дієго!&lt;br /&gt;</w:t>
        <w:br/>
        <w:t>Що ви?</w:t>
      </w:r>
    </w:p>
    <w:p>
      <w:r>
        <w:br/>
        <w:t>Дон Гуан</w:t>
      </w:r>
    </w:p>
    <w:p>
      <w:r>
        <w:br/>
        <w:t>Я не Дієго — я Гуан.</w:t>
      </w:r>
    </w:p>
    <w:p>
      <w:r>
        <w:br/>
        <w:t>Донна Анна</w:t>
      </w:r>
    </w:p>
    <w:p>
      <w:r>
        <w:br/>
        <w:t>О Боже! Ні, цього не може бути,&lt;br /&gt;</w:t>
        <w:br/>
        <w:t>Не вірю, ні...</w:t>
      </w:r>
    </w:p>
    <w:p>
      <w:r>
        <w:br/>
        <w:t>Дон Гуан</w:t>
      </w:r>
    </w:p>
    <w:p>
      <w:r>
        <w:br/>
        <w:t>Я Дон Гуан.</w:t>
      </w:r>
    </w:p>
    <w:p>
      <w:r>
        <w:br/>
        <w:t>Донна Анна</w:t>
      </w:r>
    </w:p>
    <w:p>
      <w:r>
        <w:br/>
        <w:t>Неправда.</w:t>
      </w:r>
    </w:p>
    <w:p>
      <w:r>
        <w:br/>
        <w:t>Дон Гуан</w:t>
      </w:r>
    </w:p>
    <w:p>
      <w:r>
        <w:br/>
        <w:t>Я твого мужа вбив і не шкодую,&lt;br /&gt;</w:t>
        <w:br/>
        <w:t>І каяття в душі моїй нема.</w:t>
      </w:r>
    </w:p>
    <w:p>
      <w:r>
        <w:br/>
        <w:t>Донна Анна</w:t>
      </w:r>
    </w:p>
    <w:p>
      <w:r>
        <w:br/>
        <w:t>Що чую я? Ні, ні, не може бути.</w:t>
      </w:r>
    </w:p>
    <w:p>
      <w:r>
        <w:br/>
        <w:t>Дон Гуан</w:t>
      </w:r>
    </w:p>
    <w:p>
      <w:r>
        <w:br/>
        <w:t>Я Дон Гуан, і я тебе люблю!</w:t>
      </w:r>
    </w:p>
    <w:p>
      <w:r>
        <w:br/>
        <w:t>Донна Анна</w:t>
      </w:r>
    </w:p>
    <w:p>
      <w:r>
        <w:br/>
        <w:t>(падаючи)</w:t>
      </w:r>
    </w:p>
    <w:p>
      <w:r>
        <w:br/>
        <w:t>Де, де я?.. Ох!.. Я млію, млію!</w:t>
      </w:r>
    </w:p>
    <w:p>
      <w:r>
        <w:br/>
        <w:t>Дон Гуан</w:t>
      </w:r>
    </w:p>
    <w:p>
      <w:r>
        <w:br/>
        <w:t>Небо!&lt;br /&gt;</w:t>
        <w:br/>
        <w:t>Що з нею? Що з тобою, донно Анно!&lt;br /&gt;</w:t>
        <w:br/>
        <w:t>Прокиньсь, опам'ятайся: твій Дієго,&lt;br /&gt;</w:t>
        <w:br/>
        <w:t>Твій раб край ніг твоїх!</w:t>
      </w:r>
    </w:p>
    <w:p>
      <w:r>
        <w:br/>
        <w:t>Донна Анна</w:t>
      </w:r>
    </w:p>
    <w:p>
      <w:r>
        <w:br/>
        <w:t>Покинь мене.</w:t>
      </w:r>
    </w:p>
    <w:p>
      <w:r>
        <w:br/>
        <w:t>(Мляво)</w:t>
      </w:r>
    </w:p>
    <w:p>
      <w:r>
        <w:br/>
        <w:t>Ти, ти мій ворог: ти відняв у мене&lt;br /&gt;</w:t>
        <w:br/>
        <w:t>Все, що в житті було...</w:t>
      </w:r>
    </w:p>
    <w:p>
      <w:r>
        <w:br/>
        <w:t>Дон Гуан</w:t>
      </w:r>
    </w:p>
    <w:p>
      <w:r>
        <w:br/>
        <w:t>Створіння любе!&lt;br /&gt;</w:t>
        <w:br/>
        <w:t>Я всім готов удар мій відкупить,&lt;br /&gt;</w:t>
        <w:br/>
        <w:t>До ніг припавши, жду твого наказу:&lt;br /&gt;</w:t>
        <w:br/>
        <w:t>Звели — умру, звели — я дихать буду&lt;br /&gt;</w:t>
        <w:br/>
        <w:t>Для тебе лиш...</w:t>
      </w:r>
    </w:p>
    <w:p>
      <w:r>
        <w:br/>
        <w:t>Донна Анна</w:t>
      </w:r>
    </w:p>
    <w:p>
      <w:r>
        <w:br/>
        <w:t>Так ось той Дон Гуан...</w:t>
      </w:r>
    </w:p>
    <w:p>
      <w:r>
        <w:br/>
        <w:t>Дон Гуан</w:t>
      </w:r>
    </w:p>
    <w:p>
      <w:r>
        <w:br/>
        <w:t>А правда, вам його намалювали&lt;br /&gt;</w:t>
        <w:br/>
        <w:t>Злочинцем, нелюдом? О донно Анно,&lt;br /&gt;</w:t>
        <w:br/>
        <w:t>Чутки ті, може, в дечому й правдиві;&lt;br /&gt;</w:t>
        <w:br/>
        <w:t>На стомленім сумлінні, може, зла&lt;br /&gt;</w:t>
        <w:br/>
        <w:t>Багато залягло; але відтоді,&lt;br /&gt;</w:t>
        <w:br/>
        <w:t>Як вас побачив я, все одмінилось:&lt;br /&gt;</w:t>
        <w:br/>
        <w:t>Здається, я на світ родився знов!&lt;br /&gt;</w:t>
        <w:br/>
        <w:t>Вас полюбивши, я люблю чесноту —&lt;br /&gt;</w:t>
        <w:br/>
        <w:t>I в перший раз смиренно перед нею&lt;br /&gt;</w:t>
        <w:br/>
        <w:t>Згинаю, тремтячи, свої коліна.</w:t>
      </w:r>
    </w:p>
    <w:p>
      <w:r>
        <w:br/>
        <w:t>Донна Анна</w:t>
      </w:r>
    </w:p>
    <w:p>
      <w:r>
        <w:br/>
        <w:t>О, Дон Гуан, я знаю, — красномовний!&lt;br /&gt;</w:t>
        <w:br/>
        <w:t>Я чула: він лукавий чоловік...&lt;br /&gt;</w:t>
        <w:br/>
        <w:t>Ви, кажуть люди, — баламут безбожний,&lt;br /&gt;</w:t>
        <w:br/>
        <w:t>Ви сутий демон. Скільки ви нещасних&lt;br /&gt;</w:t>
        <w:br/>
        <w:t>Жінок звели?</w:t>
      </w:r>
    </w:p>
    <w:p>
      <w:r>
        <w:br/>
        <w:t>Дон Гуан</w:t>
      </w:r>
    </w:p>
    <w:p>
      <w:r>
        <w:br/>
        <w:t>Ні одної з них досі&lt;br /&gt;</w:t>
        <w:br/>
        <w:t>Я не кохав.</w:t>
      </w:r>
    </w:p>
    <w:p>
      <w:r>
        <w:br/>
        <w:t>Донна Анна</w:t>
      </w:r>
    </w:p>
    <w:p>
      <w:r>
        <w:br/>
        <w:t>I я тому повірю,&lt;br /&gt;</w:t>
        <w:br/>
        <w:t>Щоб Дон Гуан уперше закохався,&lt;br /&gt;</w:t>
        <w:br/>
        <w:t>Щоб не шукав нової жертви він!</w:t>
      </w:r>
    </w:p>
    <w:p>
      <w:r>
        <w:br/>
        <w:t>Дон Гуан</w:t>
      </w:r>
    </w:p>
    <w:p>
      <w:r>
        <w:br/>
        <w:t>Якби я туманити вас хотів,&lt;br /&gt;</w:t>
        <w:br/>
        <w:t>Чи я признався б і назвав би вам&lt;br /&gt;</w:t>
        <w:br/>
        <w:t>Ім'я те, що не можете ви чути?&lt;br /&gt;</w:t>
        <w:br/>
        <w:t>В чім тут ознаки намислу, лукавства?</w:t>
      </w:r>
    </w:p>
    <w:p>
      <w:r>
        <w:br/>
        <w:t>Донна Анна</w:t>
      </w:r>
    </w:p>
    <w:p>
      <w:r>
        <w:br/>
        <w:t>Хто розбере вас? Тільки ж як могли ви&lt;br /&gt;</w:t>
        <w:br/>
        <w:t>Сюди прийти, вас тут могли впізнать —&lt;br /&gt;</w:t>
        <w:br/>
        <w:t>I не минути б вам лихої смерті.</w:t>
      </w:r>
    </w:p>
    <w:p>
      <w:r>
        <w:br/>
        <w:t>Дон Гуан</w:t>
      </w:r>
    </w:p>
    <w:p>
      <w:r>
        <w:br/>
        <w:t>Що смерть? За мить побачення такого&lt;br /&gt;</w:t>
        <w:br/>
        <w:t>Я без вагання дам життя.</w:t>
      </w:r>
    </w:p>
    <w:p>
      <w:r>
        <w:br/>
        <w:t>Донна Анна</w:t>
      </w:r>
    </w:p>
    <w:p>
      <w:r>
        <w:br/>
        <w:t>А як же&lt;br /&gt;</w:t>
        <w:br/>
        <w:t>Ви звідси вийдете, необережний?</w:t>
      </w:r>
    </w:p>
    <w:p>
      <w:r>
        <w:br/>
        <w:t>Дон Гуан</w:t>
      </w:r>
    </w:p>
    <w:p>
      <w:r>
        <w:br/>
        <w:t>(цілує її руки)</w:t>
      </w:r>
    </w:p>
    <w:p>
      <w:r>
        <w:br/>
        <w:t>I ви за долю бідного Гуана&lt;br /&gt;</w:t>
        <w:br/>
        <w:t>В тривозі! Так ненависті нема&lt;br /&gt;</w:t>
        <w:br/>
        <w:t>В душі твоїй небесній, донно Анно?</w:t>
      </w:r>
    </w:p>
    <w:p>
      <w:r>
        <w:br/>
        <w:t>Донна Анна</w:t>
      </w:r>
    </w:p>
    <w:p>
      <w:r>
        <w:br/>
        <w:t>Ох, Боже мій, якби ж то я могла&lt;br /&gt;</w:t>
        <w:br/>
        <w:t>Ненавидіти вас! Але вже треба&lt;br /&gt;</w:t>
        <w:br/>
        <w:t>Розстатись нам.</w:t>
      </w:r>
    </w:p>
    <w:p>
      <w:r>
        <w:br/>
        <w:t>Дон Гуан</w:t>
      </w:r>
    </w:p>
    <w:p>
      <w:r>
        <w:br/>
        <w:t>Коли ж, коли ми знову&lt;br /&gt;</w:t>
        <w:br/>
        <w:t>Побачимось?</w:t>
      </w:r>
    </w:p>
    <w:p>
      <w:r>
        <w:br/>
        <w:t>Донна Анна</w:t>
      </w:r>
    </w:p>
    <w:p>
      <w:r>
        <w:br/>
        <w:t>Не знаю, коли-небудь.</w:t>
      </w:r>
    </w:p>
    <w:p>
      <w:r>
        <w:br/>
        <w:t>Дон Гуан</w:t>
      </w:r>
    </w:p>
    <w:p>
      <w:r>
        <w:br/>
        <w:t>А завтра?</w:t>
      </w:r>
    </w:p>
    <w:p>
      <w:r>
        <w:br/>
        <w:t>Донна Анна</w:t>
      </w:r>
    </w:p>
    <w:p>
      <w:r>
        <w:br/>
        <w:t>Де ж?</w:t>
      </w:r>
    </w:p>
    <w:p>
      <w:r>
        <w:br/>
        <w:t>Дон Гуан</w:t>
      </w:r>
    </w:p>
    <w:p>
      <w:r>
        <w:br/>
        <w:t>Ось тут.</w:t>
      </w:r>
    </w:p>
    <w:p>
      <w:r>
        <w:br/>
        <w:t>Донна Анна</w:t>
      </w:r>
    </w:p>
    <w:p>
      <w:r>
        <w:br/>
        <w:t>О Дон Гуане,&lt;br /&gt;</w:t>
        <w:br/>
        <w:t>Яка на серце я слабка!</w:t>
      </w:r>
    </w:p>
    <w:p>
      <w:r>
        <w:br/>
        <w:t>Дон Гуан</w:t>
      </w:r>
    </w:p>
    <w:p>
      <w:r>
        <w:br/>
        <w:t>Тепер&lt;br /&gt;</w:t>
        <w:br/>
        <w:t>На знак прощення мирний поцілунок...</w:t>
      </w:r>
    </w:p>
    <w:p>
      <w:r>
        <w:br/>
        <w:t>Донна Анна</w:t>
      </w:r>
    </w:p>
    <w:p>
      <w:r>
        <w:br/>
        <w:t>Іди, пора.</w:t>
      </w:r>
    </w:p>
    <w:p>
      <w:r>
        <w:br/>
        <w:t>Дон Гуан</w:t>
      </w:r>
    </w:p>
    <w:p>
      <w:r>
        <w:br/>
        <w:t>Один, холодний, мирний...</w:t>
      </w:r>
    </w:p>
    <w:p>
      <w:r>
        <w:br/>
        <w:t>Донна Анна</w:t>
      </w:r>
    </w:p>
    <w:p>
      <w:r>
        <w:br/>
        <w:t>Який настирливий! Та на вже, ось...</w:t>
      </w:r>
    </w:p>
    <w:p>
      <w:r>
        <w:br/>
        <w:t>Стукають.</w:t>
      </w:r>
    </w:p>
    <w:p>
      <w:r>
        <w:br/>
        <w:t>Що там за стук? Сховайся, Дон Гуане.</w:t>
      </w:r>
    </w:p>
    <w:p>
      <w:r>
        <w:br/>
        <w:t>Дон Гуан</w:t>
      </w:r>
    </w:p>
    <w:p>
      <w:r>
        <w:br/>
        <w:t>Прощай же, до побачення, кохана.</w:t>
      </w:r>
    </w:p>
    <w:p>
      <w:r>
        <w:br/>
        <w:t>(Виходитъ і вбігає знову)</w:t>
      </w:r>
    </w:p>
    <w:p>
      <w:r>
        <w:br/>
        <w:t>А!..</w:t>
      </w:r>
    </w:p>
    <w:p>
      <w:r>
        <w:br/>
        <w:t>Донна Анна</w:t>
      </w:r>
    </w:p>
    <w:p>
      <w:r>
        <w:br/>
        <w:t>Що тобі? А!..</w:t>
      </w:r>
    </w:p>
    <w:p>
      <w:r>
        <w:br/>
        <w:t>Входить статуя командора.&lt;br /&gt;</w:t>
        <w:br/>
        <w:t>Донна Анна падає.</w:t>
      </w:r>
    </w:p>
    <w:p>
      <w:r>
        <w:br/>
        <w:t>Статуя</w:t>
      </w:r>
    </w:p>
    <w:p>
      <w:r>
        <w:br/>
        <w:t>Я прийшов на заклик.</w:t>
      </w:r>
    </w:p>
    <w:p>
      <w:r>
        <w:br/>
        <w:t>Дон Гуан</w:t>
      </w:r>
    </w:p>
    <w:p>
      <w:r>
        <w:br/>
        <w:t>О Боже! Донно Анно!</w:t>
      </w:r>
    </w:p>
    <w:p>
      <w:r>
        <w:br/>
        <w:t>Статуя</w:t>
      </w:r>
    </w:p>
    <w:p>
      <w:r>
        <w:br/>
        <w:t>Кинь її,&lt;br /&gt;</w:t>
        <w:br/>
        <w:t>Все скінчено. Дрижиш ти, Дон Гуане?</w:t>
      </w:r>
    </w:p>
    <w:p>
      <w:r>
        <w:br/>
        <w:t>Дон Гуан</w:t>
      </w:r>
    </w:p>
    <w:p>
      <w:r>
        <w:br/>
        <w:t>Я? Ні!.. Я запросив тебе і радий,&lt;br /&gt;</w:t>
        <w:br/>
        <w:t>Що бачу.</w:t>
      </w:r>
    </w:p>
    <w:p>
      <w:r>
        <w:br/>
        <w:t>Статуя</w:t>
      </w:r>
    </w:p>
    <w:p>
      <w:r>
        <w:br/>
        <w:t>Руку.</w:t>
      </w:r>
    </w:p>
    <w:p>
      <w:r>
        <w:br/>
        <w:t>Дон Гуан</w:t>
      </w:r>
    </w:p>
    <w:p>
      <w:r>
        <w:br/>
        <w:t>Ось вона... О, тяжко&lt;br /&gt;</w:t>
        <w:br/>
        <w:t>Стискає кам'яна його правиця!&lt;br /&gt;</w:t>
        <w:br/>
        <w:t>Лиши мене, пусти, пусти ж бо руку!..&lt;br /&gt;</w:t>
        <w:br/>
        <w:t>Я гину, край всьому, — о донно Анно!..</w:t>
      </w:r>
    </w:p>
    <w:p>
      <w:r>
        <w:br/>
        <w:t>Западаються.</w:t>
      </w:r>
    </w:p>
    <w:p>
      <w:r>
        <w:br/>
        <w:t>* Лепорелло: О люба статує великого Командора! О пане!&lt;br /&gt;</w:t>
        <w:br/>
        <w:t>"Дон Жуан" (іт.).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Кам'яний гість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