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Камені Чилі</w:t>
      </w:r>
    </w:p>
    <w:p>
      <w:r>
        <w:br/>
        <w:t xml:space="preserve"> Пабло Неруда&lt;br /&gt;</w:t>
        <w:br/>
        <w:t>Камені Чилі</w:t>
      </w:r>
    </w:p>
    <w:p>
      <w:r>
        <w:br/>
        <w:t>Перекладач: М.Москаленко&lt;br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Безумні камені, що градом&lt;br /&gt;</w:t>
        <w:br/>
        <w:t>просипалися з Кордільєр,&lt;br /&gt;</w:t>
        <w:br/>
        <w:t>незрячі, непрозорі, чорні —&lt;br /&gt;</w:t>
        <w:br/>
        <w:t>вони зав'язують тугими&lt;br /&gt;</w:t>
        <w:br/>
        <w:t>вузлами сплутані шляхи&lt;br /&gt;</w:t>
        <w:br/>
        <w:t>й важенними крапками стигнуть,&lt;br /&gt;</w:t>
        <w:br/>
        <w:t>завершуючи збіглий день,&lt;br /&gt;</w:t>
        <w:br/>
        <w:t>всі гостроверхі білі скелі,&lt;br /&gt;</w:t>
        <w:br/>
        <w:t>що течію ранкову рвуть,&lt;br /&gt;</w:t>
        <w:br/>
        <w:t>цілунки вулканічних пін,&lt;br /&gt;</w:t>
        <w:br/>
        <w:t>граніт висот, котрий яскріє&lt;br /&gt;</w:t>
        <w:br/>
        <w:t>під снігом, наче монастир,&lt;br /&gt;</w:t>
        <w:br/>
        <w:t>хребет суворої вітчизни&lt;br /&gt;</w:t>
        <w:br/>
        <w:t>чи корабель недвижний, мис&lt;br /&gt;</w:t>
        <w:br/>
        <w:t>жахного краю — камінь, камінь&lt;br /&gt;</w:t>
        <w:br/>
        <w:t>безмежно чистий, мов космічний&lt;br /&gt;</w:t>
        <w:br/>
        <w:t>послaнець-голуб, затверділий&lt;br /&gt;</w:t>
        <w:br/>
        <w:t>від сонця, вітру і напруги,&lt;br /&gt;</w:t>
        <w:br/>
        <w:t>від мінеральних снів, від темних&lt;br /&gt;</w:t>
        <w:br/>
        <w:t>тисячоліть; безумний камінь,&lt;br /&gt;</w:t>
        <w:br/>
        <w:t>зірки та сонні ще намети,&lt;br /&gt;</w:t>
        <w:br/>
        <w:t>вершини, скали, валуни, —&lt;br /&gt;</w:t>
        <w:br/>
        <w:t>не чути гомонів над вашим&lt;br /&gt;</w:t>
        <w:br/>
        <w:t>щонайтривкішим безгомінням,&lt;br /&gt;</w:t>
        <w:br/>
        <w:t>під антарктичним величанням&lt;br /&gt;</w:t>
        <w:br/>
        <w:t>чилійських обширів, під їх&lt;br /&gt;</w:t>
        <w:br/>
        <w:t>залізистою ясниною.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Камені Чилі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