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Калиновий герб</w:t>
      </w:r>
    </w:p>
    <w:p>
      <w:r>
        <w:br/>
        <w:t xml:space="preserve"> * * *&lt;br /&gt;</w:t>
        <w:br/>
        <w:t>прибиває&lt;br /&gt;</w:t>
        <w:br/>
        <w:t>мороз&lt;br /&gt;</w:t>
        <w:br/>
        <w:t>на бігу&lt;br /&gt;</w:t>
        <w:br/>
        <w:t>копита&lt;br /&gt;</w:t>
        <w:br/>
        <w:t>коням</w:t>
      </w:r>
    </w:p>
    <w:p>
      <w:r>
        <w:br/>
        <w:t>смерек&lt;br /&gt;</w:t>
        <w:br/>
        <w:t>серцевинням&lt;br /&gt;</w:t>
        <w:br/>
        <w:t>ліси&lt;br /&gt;</w:t>
        <w:br/>
        <w:t>об небо&lt;br /&gt;</w:t>
        <w:br/>
        <w:t>дзвонять</w:t>
      </w:r>
    </w:p>
    <w:p>
      <w:r>
        <w:br/>
        <w:t>пахнуть&lt;br /&gt;</w:t>
        <w:br/>
        <w:t>вовкам&lt;br /&gt;</w:t>
        <w:br/>
        <w:t>заячих слідів&lt;br /&gt;</w:t>
        <w:br/>
        <w:t>конюшинки</w:t>
      </w:r>
    </w:p>
    <w:p>
      <w:r>
        <w:br/>
        <w:t>з-під заметів&lt;br /&gt;</w:t>
        <w:br/>
        <w:t>гриби дахів&lt;br /&gt;</w:t>
        <w:br/>
        <w:t>ледве&lt;br /&gt;</w:t>
        <w:br/>
        <w:t>на світ божий&lt;br /&gt;</w:t>
        <w:br/>
        <w:t>прошились</w:t>
      </w:r>
    </w:p>
    <w:p>
      <w:r>
        <w:br/>
        <w:t>* * *&lt;br /&gt;</w:t>
        <w:br/>
        <w:t>на іклах&lt;br /&gt;</w:t>
        <w:br/>
        <w:t>поніс&lt;br /&gt;</w:t>
        <w:br/>
        <w:t>дик&lt;br /&gt;</w:t>
        <w:br/>
        <w:t>сонце&lt;br /&gt;</w:t>
        <w:br/>
        <w:t>у бескиддя&lt;br /&gt;</w:t>
        <w:br/>
        <w:t>зарити</w:t>
      </w:r>
    </w:p>
    <w:p>
      <w:r>
        <w:br/>
        <w:t>на верхніх регістрах&lt;br /&gt;</w:t>
        <w:br/>
        <w:t>виводять&lt;br /&gt;</w:t>
        <w:br/>
        <w:t>вовки&lt;br /&gt;</w:t>
        <w:br/>
        <w:t>по зорях&lt;br /&gt;</w:t>
        <w:br/>
        <w:t>молитви</w:t>
      </w:r>
    </w:p>
    <w:p>
      <w:r>
        <w:br/>
        <w:t>догризаючи&lt;br /&gt;</w:t>
        <w:br/>
        <w:t>бурячиння хмар&lt;br /&gt;</w:t>
        <w:br/>
        <w:t>метнулись&lt;br /&gt;</w:t>
        <w:br/>
        <w:t>зайці до втечі</w:t>
      </w:r>
    </w:p>
    <w:p>
      <w:r>
        <w:br/>
        <w:t>у ріг&lt;br /&gt;</w:t>
        <w:br/>
        <w:t>місяця&lt;br /&gt;</w:t>
        <w:br/>
        <w:t>тривогу&lt;br /&gt;</w:t>
        <w:br/>
        <w:t>сурмить&lt;br /&gt;</w:t>
        <w:br/>
        <w:t>вечір</w:t>
      </w:r>
    </w:p>
    <w:p>
      <w:r>
        <w:br/>
        <w:t>* * *&lt;br /&gt;</w:t>
        <w:br/>
        <w:t>в інею дерева&lt;br /&gt;</w:t>
        <w:br/>
        <w:t>видзвонюють&lt;br /&gt;</w:t>
        <w:br/>
        <w:t>як павуки у церкві&lt;br /&gt;</w:t>
        <w:br/>
        <w:t>серцевинним кришталів</w:t>
      </w:r>
    </w:p>
    <w:p>
      <w:r>
        <w:br/>
        <w:t>до утрені&lt;br /&gt;</w:t>
        <w:br/>
        <w:t>в срібні ризи&lt;br /&gt;</w:t>
        <w:br/>
        <w:t>облачилась&lt;br /&gt;</w:t>
        <w:br/>
        <w:t>зима</w:t>
      </w:r>
    </w:p>
    <w:p>
      <w:r>
        <w:br/>
        <w:t>закінчує&lt;br /&gt;</w:t>
        <w:br/>
        <w:t>мороз&lt;br /&gt;</w:t>
        <w:br/>
        <w:t>крила архангелів&lt;br /&gt;</w:t>
        <w:br/>
        <w:t>по вітражах</w:t>
      </w:r>
    </w:p>
    <w:p>
      <w:r>
        <w:br/>
        <w:t>і двірник&lt;br /&gt;</w:t>
        <w:br/>
        <w:t>як паламар&lt;br /&gt;</w:t>
        <w:br/>
        <w:t>доґлянцовує&lt;br /&gt;</w:t>
        <w:br/>
        <w:t>припорошене&lt;br /&gt;</w:t>
        <w:br/>
        <w:t>снігом&lt;br /&gt;</w:t>
        <w:br/>
        <w:t>сонце</w:t>
      </w:r>
    </w:p>
    <w:p>
      <w:r>
        <w:br/>
        <w:t>* * *&lt;br /&gt;</w:t>
        <w:br/>
        <w:t>заячий&lt;br /&gt;</w:t>
        <w:br/>
        <w:t>кирило методій&lt;br /&gt;</w:t>
        <w:br/>
        <w:t>по снігу&lt;br /&gt;</w:t>
        <w:br/>
        <w:t>юси повиводив</w:t>
      </w:r>
    </w:p>
    <w:p>
      <w:r>
        <w:br/>
        <w:t>лементують&lt;br /&gt;</w:t>
        <w:br/>
        <w:t>куці на вічі</w:t>
      </w:r>
    </w:p>
    <w:p>
      <w:r>
        <w:br/>
        <w:t>ой навіщо ж&lt;br /&gt;</w:t>
        <w:br/>
        <w:t>то нам&lt;br /&gt;</w:t>
        <w:br/>
        <w:t>навіщо</w:t>
      </w:r>
    </w:p>
    <w:p>
      <w:r>
        <w:br/>
        <w:t>напевне&lt;br /&gt;</w:t>
        <w:br/>
        <w:t>по наші душі&lt;br /&gt;</w:t>
        <w:br/>
        <w:t>інквізиція&lt;br /&gt;</w:t>
        <w:br/>
        <w:t>з рушницями&lt;br /&gt;</w:t>
        <w:br/>
        <w:t>рушить</w:t>
      </w:r>
    </w:p>
    <w:p>
      <w:r>
        <w:br/>
        <w:t>на снігу&lt;br /&gt;</w:t>
        <w:br/>
        <w:t>прочитає псалми&lt;br /&gt;</w:t>
        <w:br/>
        <w:t>чобітьми&lt;br /&gt;</w:t>
        <w:br/>
        <w:t>і псами</w:t>
      </w:r>
    </w:p>
    <w:p>
      <w:r>
        <w:br/>
        <w:t>нам би&lt;br /&gt;</w:t>
        <w:br/>
        <w:t>та вовчі зуби&lt;br /&gt;</w:t>
        <w:br/>
        <w:t>ми б&lt;br /&gt;</w:t>
        <w:br/>
        <w:t>кирила методія&lt;br /&gt;</w:t>
        <w:br/>
        <w:t>самі збули</w:t>
      </w:r>
    </w:p>
    <w:p>
      <w:r>
        <w:br/>
        <w:t>а тепер&lt;br /&gt;</w:t>
        <w:br/>
        <w:t>братове&lt;br /&gt;</w:t>
        <w:br/>
        <w:t>хай кожен&lt;br /&gt;</w:t>
        <w:br/>
        <w:t>рятується&lt;br /&gt;</w:t>
        <w:br/>
        <w:t>як може</w:t>
      </w:r>
    </w:p>
    <w:p>
      <w:r>
        <w:br/>
        <w:t>* * *&lt;br /&gt;</w:t>
        <w:br/>
        <w:t>розп’ята церква&lt;br /&gt;</w:t>
        <w:br/>
        <w:t>навхрест&lt;br /&gt;</w:t>
        <w:br/>
        <w:t>дошками&lt;br /&gt;</w:t>
        <w:br/>
        <w:t>забита</w:t>
      </w:r>
    </w:p>
    <w:p>
      <w:r>
        <w:br/>
        <w:t>попримерзали&lt;br /&gt;</w:t>
        <w:br/>
        <w:t>янголи&lt;br /&gt;</w:t>
        <w:br/>
        <w:t>крильми&lt;br /&gt;</w:t>
        <w:br/>
        <w:t>до шиб&lt;br /&gt;</w:t>
        <w:br/>
        <w:t>що не рушаться</w:t>
      </w:r>
    </w:p>
    <w:p>
      <w:r>
        <w:br/>
        <w:t>доокола&lt;br /&gt;</w:t>
        <w:br/>
        <w:t>на липах&lt;br /&gt;</w:t>
        <w:br/>
        <w:t>гайвороння&lt;br /&gt;</w:t>
        <w:br/>
        <w:t>келії&lt;br /&gt;</w:t>
        <w:br/>
        <w:t>висвячує</w:t>
      </w:r>
    </w:p>
    <w:p>
      <w:r>
        <w:br/>
        <w:t>панахиду&lt;br /&gt;</w:t>
        <w:br/>
        <w:t>править&lt;br /&gt;</w:t>
        <w:br/>
        <w:t>вечорами</w:t>
      </w:r>
    </w:p>
    <w:p>
      <w:r>
        <w:br/>
        <w:t>а бойкам&lt;br /&gt;</w:t>
        <w:br/>
        <w:t>досі&lt;br /&gt;</w:t>
        <w:br/>
        <w:t>святий миколай&lt;br /&gt;</w:t>
        <w:br/>
        <w:t>сниться</w:t>
      </w:r>
    </w:p>
    <w:p>
      <w:r>
        <w:br/>
        <w:t>що ключ&lt;br /&gt;</w:t>
        <w:br/>
        <w:t>від церкви&lt;br /&gt;</w:t>
        <w:br/>
        <w:t>на золотім ланцюгу&lt;br /&gt;</w:t>
        <w:br/>
        <w:t>їм&lt;br /&gt;</w:t>
        <w:br/>
        <w:t>спускає</w:t>
      </w:r>
    </w:p>
    <w:p>
      <w:r>
        <w:br/>
        <w:t>* * *&lt;br /&gt;</w:t>
        <w:br/>
        <w:t>осипається церква&lt;br /&gt;</w:t>
        <w:br/>
        <w:t>жовтим листям&lt;br /&gt;</w:t>
        <w:br/>
        <w:t>шибок</w:t>
      </w:r>
    </w:p>
    <w:p>
      <w:r>
        <w:br/>
        <w:t>зів’яв дзвін&lt;br /&gt;</w:t>
        <w:br/>
        <w:t>як гарбузова квітка</w:t>
      </w:r>
    </w:p>
    <w:p>
      <w:r>
        <w:br/>
        <w:t>двоє стебелець&lt;br /&gt;</w:t>
        <w:br/>
        <w:t>давно осиротіли</w:t>
      </w:r>
    </w:p>
    <w:p>
      <w:r>
        <w:br/>
        <w:t>ялівець&lt;br /&gt;</w:t>
        <w:br/>
        <w:t>до страти засуджено</w:t>
      </w:r>
    </w:p>
    <w:p>
      <w:r>
        <w:br/>
        <w:t>тільки вогонь&lt;br /&gt;</w:t>
        <w:br/>
        <w:t>визволить&lt;br /&gt;</w:t>
        <w:br/>
        <w:t>його пахучу душу</w:t>
      </w:r>
    </w:p>
    <w:p>
      <w:r>
        <w:br/>
        <w:t>* * *&lt;br /&gt;</w:t>
        <w:br/>
        <w:t>се будякові&lt;br /&gt;</w:t>
        <w:br/>
        <w:t>йванові голови&lt;br /&gt;</w:t>
        <w:br/>
        <w:t>на усічення</w:t>
      </w:r>
    </w:p>
    <w:p>
      <w:r>
        <w:br/>
        <w:t>вимахувало мечем&lt;br /&gt;</w:t>
        <w:br/>
        <w:t>моє дитинство</w:t>
      </w:r>
    </w:p>
    <w:p>
      <w:r>
        <w:br/>
        <w:t>досвідченість&lt;br /&gt;</w:t>
        <w:br/>
        <w:t>тепер покутує</w:t>
      </w:r>
    </w:p>
    <w:p>
      <w:r>
        <w:br/>
        <w:t>достояли&lt;br /&gt;</w:t>
        <w:br/>
        <w:t>у закуткові пам’яті</w:t>
      </w:r>
    </w:p>
    <w:p>
      <w:r>
        <w:br/>
        <w:t>будякові&lt;br /&gt;</w:t>
        <w:br/>
        <w:t>йванові голови</w:t>
      </w:r>
    </w:p>
    <w:p>
      <w:r>
        <w:br/>
        <w:t>* * *&lt;br /&gt;</w:t>
        <w:br/>
        <w:t>з діадемою&lt;br /&gt;</w:t>
        <w:br/>
        <w:t>місяця&lt;br /&gt;</w:t>
        <w:br/>
        <w:t>промчав&lt;br /&gt;</w:t>
        <w:br/>
        <w:t>олень</w:t>
      </w:r>
    </w:p>
    <w:p>
      <w:r>
        <w:br/>
        <w:t>оберемками&lt;br /&gt;</w:t>
        <w:br/>
        <w:t>хмари&lt;br /&gt;</w:t>
        <w:br/>
        <w:t>як сіно&lt;br /&gt;</w:t>
        <w:br/>
        <w:t>підкидав&lt;br /&gt;</w:t>
        <w:br/>
        <w:t>рогами</w:t>
      </w:r>
    </w:p>
    <w:p>
      <w:r>
        <w:br/>
        <w:t>обвалював&lt;br /&gt;</w:t>
        <w:br/>
        <w:t>копитом&lt;br /&gt;</w:t>
        <w:br/>
        <w:t>камінь&lt;br /&gt;</w:t>
        <w:br/>
        <w:t>зі скарбів&lt;br /&gt;</w:t>
        <w:br/>
        <w:t>довбуша</w:t>
      </w:r>
    </w:p>
    <w:p>
      <w:r>
        <w:br/>
        <w:t>у зламанім розі&lt;br /&gt;</w:t>
        <w:br/>
        <w:t>як медальйоні&lt;br /&gt;</w:t>
        <w:br/>
        <w:t>цидулку&lt;br /&gt;</w:t>
        <w:br/>
        <w:t>з листя&lt;br /&gt;</w:t>
        <w:br/>
        <w:t>носить</w:t>
      </w:r>
    </w:p>
    <w:p>
      <w:r>
        <w:br/>
        <w:t>просила&lt;br /&gt;</w:t>
        <w:br/>
        <w:t>уклінно&lt;br /&gt;</w:t>
        <w:br/>
        <w:t>калина&lt;br /&gt;</w:t>
        <w:br/>
        <w:t>на морожені&lt;br /&gt;</w:t>
        <w:br/>
        <w:t>ягоди</w:t>
      </w:r>
    </w:p>
    <w:p>
      <w:r>
        <w:br/>
        <w:t>* * *&lt;br /&gt;</w:t>
        <w:br/>
        <w:t>на голубому дзиґлику&lt;br /&gt;</w:t>
        <w:br/>
        <w:t>звенислава&lt;br /&gt;</w:t>
        <w:br/>
        <w:t>дзиґою</w:t>
      </w:r>
    </w:p>
    <w:p>
      <w:r>
        <w:br/>
        <w:t>а куди котик&lt;br /&gt;</w:t>
        <w:br/>
        <w:t>червоний клубок&lt;br /&gt;</w:t>
        <w:br/>
        <w:t>сонця котить</w:t>
      </w:r>
    </w:p>
    <w:p>
      <w:r>
        <w:br/>
        <w:t>а де він&lt;br /&gt;</w:t>
        <w:br/>
        <w:t>кожушка&lt;br /&gt;</w:t>
        <w:br/>
        <w:t>купив собі&lt;br /&gt;</w:t>
        <w:br/>
        <w:t>аж по вушка</w:t>
      </w:r>
    </w:p>
    <w:p>
      <w:r>
        <w:br/>
        <w:t>а чого&lt;br /&gt;</w:t>
        <w:br/>
        <w:t>в киці матусі&lt;br /&gt;</w:t>
        <w:br/>
        <w:t>виросли&lt;br /&gt;</w:t>
        <w:br/>
        <w:t>вуса</w:t>
      </w:r>
    </w:p>
    <w:p>
      <w:r>
        <w:br/>
        <w:t>а чи на хвості&lt;br /&gt;</w:t>
        <w:br/>
        <w:t>у кошику&lt;br /&gt;</w:t>
        <w:br/>
        <w:t>вона носить&lt;br /&gt;</w:t>
        <w:br/>
        <w:t>коржики</w:t>
      </w:r>
    </w:p>
    <w:p>
      <w:r>
        <w:br/>
        <w:t>на голубому&lt;br /&gt;</w:t>
        <w:br/>
        <w:t>дзиґлику&lt;br /&gt;</w:t>
        <w:br/>
        <w:t>звенислава&lt;br /&gt;</w:t>
        <w:br/>
        <w:t>дзиґою</w:t>
      </w:r>
    </w:p>
    <w:p>
      <w:r>
        <w:br/>
        <w:t>* * *&lt;br /&gt;</w:t>
        <w:br/>
        <w:t>терен&lt;br /&gt;</w:t>
        <w:br/>
        <w:t>голки&lt;br /&gt;</w:t>
        <w:br/>
        <w:t>для грамофонів&lt;br /&gt;</w:t>
        <w:br/>
        <w:t>розпродує</w:t>
      </w:r>
    </w:p>
    <w:p>
      <w:r>
        <w:br/>
        <w:t>крутяться&lt;br /&gt;</w:t>
        <w:br/>
        <w:t>ліниво&lt;br /&gt;</w:t>
        <w:br/>
        <w:t>як платівки&lt;br /&gt;</w:t>
        <w:br/>
        <w:t>останні дні</w:t>
      </w:r>
    </w:p>
    <w:p>
      <w:r>
        <w:br/>
        <w:t>вересень&lt;br /&gt;</w:t>
        <w:br/>
        <w:t>мелодії&lt;br /&gt;</w:t>
        <w:br/>
        <w:t>на них записує</w:t>
      </w:r>
    </w:p>
    <w:p>
      <w:r>
        <w:br/>
        <w:t>гупають&lt;br /&gt;</w:t>
        <w:br/>
        <w:t>яблуками&lt;br /&gt;</w:t>
        <w:br/>
        <w:t>бубни садів</w:t>
      </w:r>
    </w:p>
    <w:p>
      <w:r>
        <w:br/>
        <w:t>скачуть&lt;br /&gt;</w:t>
        <w:br/>
        <w:t>кущі&lt;br /&gt;</w:t>
        <w:br/>
        <w:t>під вітрову&lt;br /&gt;</w:t>
        <w:br/>
        <w:t>дудку</w:t>
      </w:r>
    </w:p>
    <w:p>
      <w:r>
        <w:br/>
        <w:t>син шинкаря&lt;br /&gt;</w:t>
        <w:br/>
        <w:t>грає&lt;br /&gt;</w:t>
        <w:br/>
        <w:t>на першу скрипку</w:t>
      </w:r>
    </w:p>
    <w:p>
      <w:r>
        <w:br/>
        <w:t>тільки&lt;br /&gt;</w:t>
        <w:br/>
        <w:t>флейту&lt;br /&gt;</w:t>
        <w:br/>
        <w:t>півневі&lt;br /&gt;</w:t>
        <w:br/>
        <w:t>відрізали&lt;br /&gt;</w:t>
        <w:br/>
        <w:t>на дровітні&lt;br /&gt;</w:t>
        <w:br/>
        <w:t>недавно</w:t>
      </w:r>
    </w:p>
    <w:p>
      <w:r>
        <w:br/>
        <w:t>* * *&lt;br /&gt;</w:t>
        <w:br/>
        <w:t>"на городі бузина,&lt;br /&gt;</w:t>
        <w:br/>
        <w:t>а в Києві дядько…"&lt;br /&gt;</w:t>
        <w:br/>
        <w:t>чорти під бузиною&lt;br /&gt;</w:t>
        <w:br/>
        <w:t>зняли вереск&lt;br /&gt;</w:t>
        <w:br/>
        <w:t>об’їдаються ягіддям</w:t>
      </w:r>
    </w:p>
    <w:p>
      <w:r>
        <w:br/>
        <w:t>от і вересень&lt;br /&gt;</w:t>
        <w:br/>
        <w:t>погіддя</w:t>
      </w:r>
    </w:p>
    <w:p>
      <w:r>
        <w:br/>
        <w:t>біла хмарка&lt;br /&gt;</w:t>
        <w:br/>
        <w:t>коруговка&lt;br /&gt;</w:t>
        <w:br/>
        <w:t>теліпається&lt;br /&gt;</w:t>
        <w:br/>
        <w:t>на дзвіниці</w:t>
      </w:r>
    </w:p>
    <w:p>
      <w:r>
        <w:br/>
        <w:t>а в києві&lt;br /&gt;</w:t>
        <w:br/>
        <w:t>дядько&lt;br /&gt;</w:t>
        <w:br/>
        <w:t>тихий та ниций</w:t>
      </w:r>
    </w:p>
    <w:p>
      <w:r>
        <w:br/>
        <w:t>самому&lt;br /&gt;</w:t>
        <w:br/>
        <w:t>люциперові&lt;br /&gt;</w:t>
        <w:br/>
        <w:t>з лисої гори&lt;br /&gt;</w:t>
        <w:br/>
        <w:t>лиже п'яти</w:t>
      </w:r>
    </w:p>
    <w:p>
      <w:r>
        <w:br/>
        <w:t>вже й по чортячому&lt;br /&gt;</w:t>
        <w:br/>
        <w:t>патякає</w:t>
      </w:r>
    </w:p>
    <w:p>
      <w:r>
        <w:br/>
        <w:t>от і вересень</w:t>
      </w:r>
    </w:p>
    <w:p>
      <w:r>
        <w:br/>
        <w:t>* * *&lt;br /&gt;</w:t>
        <w:br/>
        <w:t>як мамай&lt;br /&gt;</w:t>
        <w:br/>
        <w:t>відпочиваю&lt;br /&gt;</w:t>
        <w:br/>
        <w:t>підібгавши ноги</w:t>
      </w:r>
    </w:p>
    <w:p>
      <w:r>
        <w:br/>
        <w:t>торбина&lt;br /&gt;</w:t>
        <w:br/>
        <w:t>з каламарем&lt;br /&gt;</w:t>
        <w:br/>
        <w:t>на суку висить</w:t>
      </w:r>
    </w:p>
    <w:p>
      <w:r>
        <w:br/>
        <w:t>хвоста задерши&lt;br /&gt;</w:t>
        <w:br/>
        <w:t>пергамент&lt;br /&gt;</w:t>
        <w:br/>
        <w:t>по луці&lt;br /&gt;</w:t>
        <w:br/>
        <w:t>брикає</w:t>
      </w:r>
    </w:p>
    <w:p>
      <w:r>
        <w:br/>
        <w:t>п’ю собі&lt;br /&gt;</w:t>
        <w:br/>
        <w:t>з куманця&lt;br /&gt;</w:t>
        <w:br/>
        <w:t>чудернацьке вітхнення</w:t>
      </w:r>
    </w:p>
    <w:p>
      <w:r>
        <w:br/>
        <w:t>кінь крилатий&lt;br /&gt;</w:t>
        <w:br/>
        <w:t>здивовано&lt;br /&gt;</w:t>
        <w:br/>
        <w:t>за плечима&lt;br /&gt;</w:t>
        <w:br/>
        <w:t>тупцює</w:t>
      </w:r>
    </w:p>
    <w:p>
      <w:r>
        <w:br/>
        <w:t>навозився&lt;br /&gt;</w:t>
        <w:br/>
        <w:t>чимало&lt;br /&gt;</w:t>
        <w:br/>
        <w:t>усяких&lt;br /&gt;</w:t>
        <w:br/>
        <w:t>на світі</w:t>
      </w:r>
    </w:p>
    <w:p>
      <w:r>
        <w:br/>
        <w:t>а такого не бачив&lt;br /&gt;</w:t>
        <w:br/>
        <w:t>що воліє&lt;br /&gt;</w:t>
        <w:br/>
        <w:t>на парнас&lt;br /&gt;</w:t>
        <w:br/>
        <w:t>пішки перти</w:t>
      </w:r>
    </w:p>
    <w:p>
      <w:r>
        <w:br/>
        <w:t>* * *&lt;br /&gt;</w:t>
        <w:br/>
        <w:t>добродію&lt;br /&gt;</w:t>
        <w:br/>
        <w:t>згадую вас&lt;br /&gt;</w:t>
        <w:br/>
        <w:t>бо країни сподівання&lt;br /&gt;</w:t>
        <w:br/>
        <w:t>на мапі не знаходжу</w:t>
      </w:r>
    </w:p>
    <w:p>
      <w:r>
        <w:br/>
        <w:t>на кінчику ціпка&lt;br /&gt;</w:t>
        <w:br/>
        <w:t>колись&lt;br /&gt;</w:t>
        <w:br/>
        <w:t>атлантиди&lt;br /&gt;</w:t>
        <w:br/>
        <w:t>виринали</w:t>
      </w:r>
    </w:p>
    <w:p>
      <w:r>
        <w:br/>
        <w:t>крізь&lt;br /&gt;</w:t>
        <w:br/>
        <w:t>заворожене пенсне&lt;br /&gt;</w:t>
        <w:br/>
        <w:t>ви&lt;br /&gt;</w:t>
        <w:br/>
        <w:t>ельдорадо&lt;br /&gt;</w:t>
        <w:br/>
        <w:t>бачили&lt;br /&gt;</w:t>
        <w:br/>
        <w:t>достеменно</w:t>
      </w:r>
    </w:p>
    <w:p>
      <w:r>
        <w:br/>
        <w:t>може я учнем&lt;br /&gt;</w:t>
        <w:br/>
        <w:t>не був ретельним&lt;br /&gt;</w:t>
        <w:br/>
        <w:t>тепер&lt;br /&gt;</w:t>
        <w:br/>
        <w:t>як риба&lt;br /&gt;</w:t>
        <w:br/>
        <w:t>б’юся&lt;br /&gt;</w:t>
        <w:br/>
        <w:t>у сітях&lt;br /&gt;</w:t>
        <w:br/>
        <w:t>меридіанів</w:t>
      </w:r>
    </w:p>
    <w:p>
      <w:r>
        <w:br/>
        <w:t>добродію&lt;br /&gt;</w:t>
        <w:br/>
        <w:t>у провінційнім&lt;br /&gt;</w:t>
        <w:br/>
        <w:t>містечку</w:t>
      </w:r>
    </w:p>
    <w:p>
      <w:r>
        <w:br/>
        <w:t>вітролетна&lt;br /&gt;</w:t>
        <w:br/>
        <w:t>осінь&lt;br /&gt;</w:t>
        <w:br/>
        <w:t>скубе вона&lt;br /&gt;</w:t>
        <w:br/>
        <w:t>дерева&lt;br /&gt;</w:t>
        <w:br/>
        <w:t>як голодна коза</w:t>
      </w:r>
    </w:p>
    <w:p>
      <w:r>
        <w:br/>
        <w:t>чи не ціпком&lt;br /&gt;</w:t>
        <w:br/>
        <w:t>збираєтесь&lt;br /&gt;</w:t>
        <w:br/>
        <w:t>її&lt;br /&gt;</w:t>
        <w:br/>
        <w:t>злякати</w:t>
      </w:r>
    </w:p>
    <w:p>
      <w:r>
        <w:br/>
        <w:t>чи&lt;br /&gt;</w:t>
        <w:br/>
        <w:t>не крізь пенсне&lt;br /&gt;</w:t>
        <w:br/>
        <w:t>зазираєте&lt;br /&gt;</w:t>
        <w:br/>
        <w:t>в ельдорадо&lt;br /&gt;</w:t>
        <w:br/>
        <w:t>молодості</w:t>
      </w:r>
    </w:p>
    <w:p>
      <w:r>
        <w:br/>
        <w:t>* * *&lt;br /&gt;</w:t>
        <w:br/>
        <w:t>люба&lt;br /&gt;</w:t>
        <w:br/>
        <w:t>ми обоє&lt;br /&gt;</w:t>
        <w:br/>
        <w:t>ще жовтодзюбі</w:t>
      </w:r>
    </w:p>
    <w:p>
      <w:r>
        <w:br/>
        <w:t>бо що&lt;br /&gt;</w:t>
        <w:br/>
        <w:t>ми знаєм</w:t>
      </w:r>
    </w:p>
    <w:p>
      <w:r>
        <w:br/>
        <w:t>у голові&lt;br /&gt;</w:t>
        <w:br/>
        <w:t>лиш вітер&lt;br /&gt;</w:t>
        <w:br/>
        <w:t>отакі ми всевіди</w:t>
      </w:r>
    </w:p>
    <w:p>
      <w:r>
        <w:br/>
        <w:t>а що&lt;br /&gt;</w:t>
        <w:br/>
        <w:t>ми маєм</w:t>
      </w:r>
    </w:p>
    <w:p>
      <w:r>
        <w:br/>
        <w:t>ложе&lt;br /&gt;</w:t>
        <w:br/>
        <w:t>із трав&lt;br /&gt;</w:t>
        <w:br/>
        <w:t>нескошених&lt;br /&gt;</w:t>
        <w:br/>
        <w:t>отакі ми&lt;br /&gt;</w:t>
        <w:br/>
        <w:t>розкошичі</w:t>
      </w:r>
    </w:p>
    <w:p>
      <w:r>
        <w:br/>
        <w:t>а що&lt;br /&gt;</w:t>
        <w:br/>
        <w:t>ми вмієм</w:t>
      </w:r>
    </w:p>
    <w:p>
      <w:r>
        <w:br/>
        <w:t>написане&lt;br /&gt;</w:t>
        <w:br/>
        <w:t>закреслити&lt;br /&gt;</w:t>
        <w:br/>
        <w:t>отакі ми&lt;br /&gt;</w:t>
        <w:br/>
        <w:t>рукомесники</w:t>
      </w:r>
    </w:p>
    <w:p>
      <w:r>
        <w:br/>
        <w:t>люба&lt;br /&gt;</w:t>
        <w:br/>
        <w:t>ми обоє&lt;br /&gt;</w:t>
        <w:br/>
        <w:t>з тобою&lt;br /&gt;</w:t>
        <w:br/>
        <w:t>ще жотодзюбі</w:t>
      </w:r>
    </w:p>
    <w:p>
      <w:r>
        <w:br/>
        <w:t>ми не із світу&lt;br /&gt;</w:t>
        <w:br/>
        <w:t>сього</w:t>
      </w:r>
    </w:p>
    <w:p>
      <w:r>
        <w:br/>
        <w:t>ми&lt;br /&gt;</w:t>
        <w:br/>
        <w:t>з неба&lt;br /&gt;</w:t>
        <w:br/>
        <w:t>сьомого</w:t>
      </w:r>
    </w:p>
    <w:p>
      <w:r>
        <w:br/>
        <w:t>* * *&lt;br /&gt;</w:t>
        <w:br/>
        <w:t>панно&lt;br /&gt;</w:t>
        <w:br/>
        <w:t>з очима&lt;br /&gt;</w:t>
        <w:br/>
        <w:t>більшими&lt;br /&gt;</w:t>
        <w:br/>
        <w:t>за айстри</w:t>
      </w:r>
    </w:p>
    <w:p>
      <w:r>
        <w:br/>
        <w:t>вже й наче&lt;br /&gt;</w:t>
        <w:br/>
        <w:t>осінь&lt;br /&gt;</w:t>
        <w:br/>
        <w:t>осінній настрій&lt;br /&gt;</w:t>
        <w:br/>
        <w:t>вже я&lt;br /&gt;</w:t>
        <w:br/>
        <w:t>лагідний&lt;br /&gt;</w:t>
        <w:br/>
        <w:t>мов щойно&lt;br /&gt;</w:t>
        <w:br/>
        <w:t>з ікони</w:t>
      </w:r>
    </w:p>
    <w:p>
      <w:r>
        <w:br/>
        <w:t>кучері з позолітки&lt;br /&gt;</w:t>
        <w:br/>
        <w:t>елегійно&lt;br /&gt;</w:t>
        <w:br/>
        <w:t>дзвонять</w:t>
      </w:r>
    </w:p>
    <w:p>
      <w:r>
        <w:br/>
        <w:t>щодня&lt;br /&gt;</w:t>
        <w:br/>
        <w:t>ходжу&lt;br /&gt;</w:t>
        <w:br/>
        <w:t>з козубом&lt;br /&gt;</w:t>
        <w:br/>
        <w:t>на прощу</w:t>
      </w:r>
    </w:p>
    <w:p>
      <w:r>
        <w:br/>
        <w:t>у лісовика&lt;br /&gt;</w:t>
        <w:br/>
        <w:t>що з ратицями&lt;br /&gt;</w:t>
        <w:br/>
        <w:t>грибів&lt;br /&gt;</w:t>
        <w:br/>
        <w:t>випрошую&lt;br /&gt;</w:t>
        <w:br/>
        <w:t>та думаю&lt;br /&gt;</w:t>
        <w:br/>
        <w:t>як квітку&lt;br /&gt;</w:t>
        <w:br/>
        <w:t>з городця&lt;br /&gt;</w:t>
        <w:br/>
        <w:t>вашого&lt;br /&gt;</w:t>
        <w:br/>
        <w:t>вкрасти</w:t>
      </w:r>
    </w:p>
    <w:p>
      <w:r>
        <w:br/>
        <w:t>панно&lt;br /&gt;</w:t>
        <w:br/>
        <w:t>з очима&lt;br /&gt;</w:t>
        <w:br/>
        <w:t>більшими&lt;br /&gt;</w:t>
        <w:br/>
        <w:t>за айстри</w:t>
      </w:r>
    </w:p>
    <w:p>
      <w:r>
        <w:br/>
        <w:t>* * *&lt;br /&gt;</w:t>
        <w:br/>
        <w:t>чи не останній&lt;br /&gt;</w:t>
        <w:br/>
        <w:t>я&lt;br /&gt;</w:t>
        <w:br/>
        <w:t>зі шляхетного родоводу&lt;br /&gt;</w:t>
        <w:br/>
        <w:t>мандрівних дяків</w:t>
      </w:r>
    </w:p>
    <w:p>
      <w:r>
        <w:br/>
        <w:t>позаяк віршу різдв'яну&lt;br /&gt;</w:t>
        <w:br/>
        <w:t>колядникам&lt;br /&gt;</w:t>
        <w:br/>
        <w:t>укладаю</w:t>
      </w:r>
    </w:p>
    <w:p>
      <w:r>
        <w:br/>
        <w:t>оковиту&lt;br /&gt;</w:t>
        <w:br/>
        <w:t>з пиворізами&lt;br /&gt;</w:t>
        <w:br/>
        <w:t>по застіллю кружляю</w:t>
      </w:r>
    </w:p>
    <w:p>
      <w:r>
        <w:br/>
        <w:t>дай господи&lt;br /&gt;</w:t>
        <w:br/>
        <w:t>в городі зело&lt;br /&gt;</w:t>
        <w:br/>
        <w:t>в хаті весело&lt;br /&gt;</w:t>
        <w:br/>
        <w:t>в городі зілля,&lt;br /&gt;</w:t>
        <w:br/>
        <w:t>в хаті весілля</w:t>
      </w:r>
    </w:p>
    <w:p>
      <w:r>
        <w:br/>
        <w:t>ще й діалектом&lt;br /&gt;</w:t>
        <w:br/>
        <w:t>міщан дратую</w:t>
      </w:r>
    </w:p>
    <w:p>
      <w:r>
        <w:br/>
        <w:t>чи не останній&lt;br /&gt;</w:t>
        <w:br/>
        <w:t>я&lt;br /&gt;</w:t>
        <w:br/>
        <w:t>зі шляхетного родоводу&lt;br /&gt;</w:t>
        <w:br/>
        <w:t>з гербом&lt;br /&gt;</w:t>
        <w:br/>
        <w:t>де на щиті блакиту&lt;br /&gt;</w:t>
        <w:br/>
        <w:t>осінній листок калини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Калиновий герб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