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Калина на тому світі</w:t>
      </w:r>
    </w:p>
    <w:p>
      <w:r>
        <w:br/>
        <w:t xml:space="preserve"> Я прокинувся на тому світі —&lt;br /&gt;</w:t>
        <w:br/>
        <w:t>На тому боці океану... Так...&lt;br /&gt;</w:t>
        <w:br/>
        <w:t>Чикаго, загодований снігами&lt;br /&gt;</w:t>
        <w:br/>
        <w:t>По зав'язку чи просто лиш по вуха,&lt;br /&gt;</w:t>
        <w:br/>
        <w:t>Ледь блимав жужмом хмарочосів,&lt;br /&gt;</w:t>
        <w:br/>
        <w:t>Вони стояли рівно, ряд у ряд,&lt;br /&gt;</w:t>
        <w:br/>
        <w:t>Немов патрони світла в патронташі&lt;br /&gt;</w:t>
        <w:br/>
        <w:t>За мною приїздили тричі,&lt;br /&gt;</w:t>
        <w:br/>
        <w:t>Аби забрати в недалекий Медісон.&lt;br /&gt;</w:t>
        <w:br/>
        <w:t>Літак пробивсь нарешті крізь сніги.&lt;br /&gt;</w:t>
        <w:br/>
        <w:t>Ми їхали на виступ в університет.&lt;br /&gt;</w:t>
        <w:br/>
        <w:t>Машину вів водій, співаючи зі страху.&lt;br /&gt;</w:t>
        <w:br/>
        <w:t>Молилась жінка ззаду, бо довкруж&lt;br /&gt;</w:t>
        <w:br/>
        <w:t>Машини перевернуті в кюветах&lt;br /&gt;</w:t>
        <w:br/>
        <w:t>Лежали голічерева розбиті,&lt;br /&gt;</w:t>
        <w:br/>
        <w:t>Як наші марення в часи розрядки.&lt;br /&gt;</w:t>
        <w:br/>
        <w:t>Свистіла завірюха, як в Норильську.&lt;br /&gt;</w:t>
        <w:br/>
        <w:t>І нас носило в затоки, мов сани&lt;br /&gt;</w:t>
        <w:br/>
        <w:t>Колись носило у снігах дитинства.&lt;br /&gt;</w:t>
        <w:br/>
        <w:t>Ми ночували десь на півдорозі.&lt;br /&gt;</w:t>
        <w:br/>
        <w:t>Я впав як вбитий в незнайомім домі.&lt;br /&gt;</w:t>
        <w:br/>
        <w:t>І я прокинувся на тому світі —&lt;br /&gt;</w:t>
        <w:br/>
        <w:t>На тому боці океану... Так...&lt;br /&gt;</w:t>
        <w:br/>
        <w:t>Переді мною просто за вікном&lt;br /&gt;</w:t>
        <w:br/>
        <w:t>За модерновими чіткими рамами&lt;br /&gt;</w:t>
        <w:br/>
        <w:t>І за суцільним величезним склом,&lt;br /&gt;</w:t>
        <w:br/>
        <w:t>Лямованим квітчастим візерунком&lt;br /&gt;</w:t>
        <w:br/>
        <w:t>Американського морозу сизого,&lt;br /&gt;</w:t>
        <w:br/>
        <w:t>Стояло чисте дерево калини.&lt;br /&gt;</w:t>
        <w:br/>
        <w:t>Червоні грона груденят були&lt;br /&gt;</w:t>
        <w:br/>
        <w:t>Запаяні прозорим хижим льодом,&lt;br /&gt;</w:t>
        <w:br/>
        <w:t>По пахви дерево в снігу стояло&lt;br /&gt;</w:t>
        <w:br/>
        <w:t>І просто йшло до мене —&lt;br /&gt;</w:t>
        <w:br/>
        <w:t>все у кризі.&lt;br /&gt;</w:t>
        <w:br/>
        <w:t>Плуганилось до мене, аж горіло.&lt;br /&gt;</w:t>
        <w:br/>
        <w:t>І я здригнувся —&lt;br /&gt;</w:t>
        <w:br/>
        <w:t>крізь усю планету&lt;br /&gt;</w:t>
        <w:br/>
        <w:t>До мене рідне деревце прийшло,&lt;br /&gt;</w:t>
        <w:br/>
        <w:t>З Теліженець калина проросла,&lt;br /&gt;</w:t>
        <w:br/>
        <w:t>Прорвавши твердь кремнисту планетарну,&lt;br /&gt;</w:t>
        <w:br/>
        <w:t>Щоб міг до неї серцем притулитись,&lt;br /&gt;</w:t>
        <w:br/>
        <w:t>Душею одігрітись, підкріпитись&lt;br /&gt;</w:t>
        <w:br/>
        <w:t>В цій завірюсі,&lt;br /&gt;</w:t>
        <w:br/>
        <w:t>в скрусі світовій...&lt;br /&gt;</w:t>
        <w:br/>
        <w:t>Та я здригнувся більше, коли дівчинка&lt;br /&gt;</w:t>
        <w:br/>
        <w:t>(А мама не пускала: Don't awoke!1)-&lt;br /&gt;</w:t>
        <w:br/>
        <w:t>Малесенька, тонесенька калинонька&lt;br /&gt;</w:t>
        <w:br/>
        <w:t>(А мама не пускала: Don't awoke!),&lt;br /&gt;</w:t>
        <w:br/>
        <w:t>Прийшла до мене, ручку простягла,&lt;br /&gt;</w:t>
        <w:br/>
        <w:t>Щоб познайомитись, бо мама не пускала&lt;br /&gt;</w:t>
        <w:br/>
        <w:t>Збудити рано зайду з того світу.&lt;br /&gt;</w:t>
        <w:br/>
        <w:t>Старанно по-англійськи, як годиться,&lt;br /&gt;</w:t>
        <w:br/>
        <w:t>Старалась, аби тиша в домі пахла,&lt;br /&gt;</w:t>
        <w:br/>
        <w:t>Та дівчинка до мене підійшла.&lt;br /&gt;</w:t>
        <w:br/>
        <w:t>Сяйнувши світлом оченят бездонних,&lt;br /&gt;</w:t>
        <w:br/>
        <w:t>Малесенька, тонесенька калинонька&lt;br /&gt;</w:t>
        <w:br/>
        <w:t>Зробила кніксен, проказала тихо&lt;br /&gt;</w:t>
        <w:br/>
        <w:t>Калиновою мовою з акцентом:&lt;br /&gt;</w:t>
        <w:br/>
        <w:t>— Я звусь — Калина, а тебе як звати?!</w:t>
      </w:r>
    </w:p>
    <w:p>
      <w:r>
        <w:br/>
        <w:t>1) Не буди! (Англ.)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Калина на тому світі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