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Качина зграйка</w:t>
      </w:r>
    </w:p>
    <w:p>
      <w:r>
        <w:br/>
        <w:t xml:space="preserve"> &lt;p&gt;Молода качина зграйка лаштувалась у вирій.</w:t>
      </w:r>
    </w:p>
    <w:p>
      <w:r>
        <w:br/>
        <w:t>На озерах уже встановлювалась осінь, зробилося холодним повітря, віяли, все посилюючись, північні вітри. Кілька днів поспіль із непривітного захмареного неба чулися прощальні крики журавлів — вони вже відлітали туди, де гріло сонце, було тепло й багато корму. Качина зграйка там ще не була; каченята вивелися минулої весни на цьому озері, за літо підросли посеред очеретів та осоки й думали тільки про одне — як наїстися. Цього літа з кормом було кепсько, від постійних дощів вода в озерах стояла високо, вона попідтоплювала береги сіножатей; трава, яку полюбляли качки, опинилася глибоко під водою, діставати корм було незручно й важко. Та й корму того чомусь усе меншало, на раніше відкриті місця понаносило піску з розкопаних екскаваторами берегів. Качки й на осінь почувалися слабкими, повільно росли й були постійно голодними.</w:t>
      </w:r>
    </w:p>
    <w:p>
      <w:r>
        <w:br/>
        <w:t>Старий качур уже кілька днів поспіль відчував якийсь тривожний неспокій — треба було відлітати. Водяне птаство підпорядковувалось інстинктові, споконвічній пташиній волі, яка певною осінньою порою гнала птахів на південь, де був порятунок від голоду і стужі. Але ця молода зграя не знала того й тривоги не відчувала. Змучені літнім недоїданням, качки ніяк не переставали перекидатись у воді куценькими задками догори й нишпорити по дну невтомними дзьобами.</w:t>
      </w:r>
    </w:p>
    <w:p>
      <w:r>
        <w:br/>
        <w:t>Якось уранці, коли трохи прояснилося небо, низько попід хмарами, ляскаючи крилами, пролетіла качина вервечка — це вирушила в дорогу сусідня зграйка з поближньої затоки. Відчувши черговий приплив неспокою, качур трохи піднявся над водою і тривожно затріпотів крилом, закликаючи тим до уваги свою невеличку родину. Але жодного з його каченят не було поруч. Тоді він швиденько поплив уздовж комишу, таки довжелезного, на кілька верстов довкола озера, і скоро зауважив усіх. Його качки якось незвичайно жваво пірнали в каламутній воді, й качур збагнув: вони натрапили на поживу.</w:t>
      </w:r>
    </w:p>
    <w:p>
      <w:r>
        <w:br/>
        <w:t>Тутешній берег був голий, без трави й кущів. Неподалік, за горбатим пагорком, здіймались угору два закіптюжені димарі, з яких до неба безперервно линув дим. Взагалі-то, тут було навіть затишно, пагорби затуляли невеличку затоку від студеного північного вітру. Хоча й не вірилося, щоб тут раптом виявилось багато корму, але так воно насправді й було. Інакше качки не метушилися б із такою жвавістю, ніби востаннє у житті прагнучи наїстися. Качур так само пірнув, звично протягнув дзьобом по м'якому дні й одразу відчув і втямив, звідки цей корм. У воді, схований під крутим берегом, стирчав кінець бетонної труби, з якої щось плинуло в озеро — каламутне, але приємне на смак.</w:t>
      </w:r>
    </w:p>
    <w:p>
      <w:r>
        <w:br/>
        <w:t>Того дня качки добре натоптали свої тугі вола, надвечір вони ледь ворушилися на воді й заночували купкою неподалік, у рідкому очереті. Качур, котрий так само з повним волом приплив туди останнім, втомлено задрімав, заколиханий дрібними хвильками, але маючи твердий намір завтра відлетіти.</w:t>
      </w:r>
    </w:p>
    <w:p>
      <w:r>
        <w:br/>
        <w:t>Та назавтра, щойно небо над озером почало розвиднюватись, качина зграйка наввипередки ринулася з комишу в затоку. Качечки відразу ж почали пірнати, виринати і їсти, їсти. Може, перед відльотом і не варто було аж занадто набивати свої вола, та качур не міг спинити їхнього прагнення. Він і сам охоче підживлювався разом з усіма, думаючи: нехай вже наїдяться, а потім він їх підніме у політ. Певно, такої ж думки була й стара качка-мати, яка спершу була підпливла до качура, коротко крякнула й подалася назад, до зграйки. Вона й підрослих качечок не залишала без нагляду, хоча прудкі доньки вже не надто слухались її. Не те, що колись, як були малі...</w:t>
      </w:r>
    </w:p>
    <w:p>
      <w:r>
        <w:br/>
        <w:t>Так само, у метушні за поживою, промайнув і другий день. Качки вволю наїлися й ледь допливли надвечір до затишного комишу. За ними приплив качур, і вся невеличка зграйка загойдалась на тихій воді.</w:t>
      </w:r>
    </w:p>
    <w:p>
      <w:r>
        <w:br/>
        <w:t>Назавтра зранку качур виплив із очерету першим і гучним лясканням крил подав знак зібратись біля нього. Качина зграйка відразу пожвавішала, прокинулась, але до качура підпливли тільки три качечки, всі інші швиденько подалися до місця з кормом. Це вже був непослух, качур був готовий сильно обуритися. Та не зумів цього зробити — качина мова ощадлива й поміркована. Свій новий сигнал крилами він адресував качці-матері, яка була теж попливла слідом за молодими качками. Вона була змушена повернутися, щось прокрякала, що качиною мовою могло означати: дай же качкам поїсти! Качур дав свій дозвіл, але тільки до полудня, не довше. Опівдні він там само, посеред плеса, крилами й голосом дав зрозуміти зграї, що слід закінчувати напихатися, пора у вирій. Вони на озері залишились чи й не останніми. Аби не запізнитися.</w:t>
      </w:r>
    </w:p>
    <w:p>
      <w:r>
        <w:br/>
        <w:t>Його, одначе, погано слухались, декотрі все й далі намагалися пірнати, неначе боячися втратити останні придатні для того хвилини. І качур раптом зрозумів, що марні всі його спроби, тим більше, що й качка-мати невдовзі приєдналася до неслухів. Одна лиш менша качечка Сіренька гойдалась на хвилях біля качура-батька, ніби мовчазно поділяючи його клопіт.</w:t>
      </w:r>
    </w:p>
    <w:p>
      <w:r>
        <w:br/>
        <w:t>Качки не бажали нікуди летіти — їм непогано велося й тут.</w:t>
      </w:r>
    </w:p>
    <w:p>
      <w:r>
        <w:br/>
        <w:t>Качур не знав, що з ними робити, як пояснити, що це — небезпечно. Якщо вони спізняться, у піднебессі їх може захопити негода, а то й сніг, вони загинуть, не долетівши до теплого вирію. Або ще можуть вдарити морози, й озеро замерзне. Тоді вони лишаться без корму і так само загинуть. Свою заклопотаність він з обуренням, гучно крячучи й б'ючи по воді крильми, доніс усій зграї, коли та нарешті наїлася й качки перестали пірнати. Але йому не дуже-то й повірили.</w:t>
      </w:r>
    </w:p>
    <w:p>
      <w:r>
        <w:br/>
        <w:t>І справді, досі ж не було надто холодно, а в цій прикритій пагорбами затоці навіть затишно. Головне — нагріта за літо озерна вода видавалась теплішою за повітря, з неї не хотілося вилазити. Та качур знав, що так буде недовго, що озеро колись таки замерзне. А крига — загибель для качиного племені. Та на всі його заклики качки Л не відгукувались, явно не бажаючи вірити. Качка-мати коротко й виразно повела крилом — в один бік, потім у другий, що означало: може, замерзне, а може, й ні. Зате тут є що їсти.</w:t>
      </w:r>
    </w:p>
    <w:p>
      <w:r>
        <w:br/>
        <w:t>Так, тут був корм, качур уже проклинав його, бо той корм з'явився дуже невчасно: не там і не тоді, коли був потрібний. Тепер ця несподівана ситість загрожувала качкам загибеллю. Як і їхня зголодніла поквапливість. Качки за кілька днів помітно обважніли і з постійно набитими волами виглядали незграбами. З такими волами важко було просто знятись у повітря, не кажучи вже про те, щоб здолати довгий і тяжкий шлях до теплих країв. Та що міг вдіяти качур?</w:t>
      </w:r>
    </w:p>
    <w:p>
      <w:r>
        <w:br/>
        <w:t>Він міг би летіти сам або з Сіренькою, яка поки що слухалась його. Але він не хотів покинути решти, цих зажерливих, недалекоглядних дурників, які не бажали зрозуміти, що на них чекає. Качур так стривожився, що перестав пірнати в каламутну воду, лише кружляв затокою та ляскав по воді крильми, висловлюючи цим свою заклопотаність і гнів. Та, здається, на качура вже перестали звертати увагу.</w:t>
      </w:r>
    </w:p>
    <w:p>
      <w:r>
        <w:br/>
        <w:t>Якось уранці він догледів, як трава на пагорбі віддалік неначе вкрилася пліснявою — то брався іній першого передзим'я; у повітрі відчувався морозець. Але вода в затоці, як і раніше, була теплою, скрізь над нею курилася легка прозора пара, в якій качки почувались особливо жваво. Тоді качур зробив чи не останню спробу вивести їх на озеро й підняти у повітря. Та невдовзі зрозумів, що жодна з качок уже не підніметься, так усі вони обважніли від надмірної ситості. І все не перестають пірнати — наїдаються. Кожного дня надвечір качки туго набивали обвислі вола. Корму під трубою не меншало.</w:t>
      </w:r>
    </w:p>
    <w:p>
      <w:r>
        <w:br/>
        <w:t>Качур був уже не молодий віком, аж три осені поспіль він літав у вирій і щовесни повертався на своє озеро. Він не міг не розуміти, чим закінчиться качиний непослух. Він лиш не знав, як сам мав би поставитись до цього. Але й рятуватися самому також уже робилось запізно. Тоді він мав останню розмову з качкою-матір'ю, яка одна лиш могла йому посприяти. Та не захотіла. Мабуть, як завжди, не вистачило її качиного розуму.</w:t>
      </w:r>
    </w:p>
    <w:p>
      <w:r>
        <w:br/>
        <w:t>Тим часом на берег ліг перший легкий зазимок. Пагорб побілів від снігу, ставши навіть гарнішим, ніж був доти. А затока все курилась теплою духмяною парою. У ній надзвичайно затишно почувалися качки. Одного ранку качка-мати так і сказала качурові: дарма ти турбуєшся, тут буде незгірш, як у вирії. Тут — цивілізація, труба прогодує. А мороз? — заперечив їй качур. А морозу, може, й не буде, відказала качка. Не було ж його влітку...</w:t>
      </w:r>
    </w:p>
    <w:p>
      <w:r>
        <w:br/>
        <w:t>Качур розумів, що вона помиляється, та не вмів переконати її у цьому. Особливо після того, як її підтримали інші качки. Навіть його улюблениця Сіренька — і та останнім часом дуже обважніла й більше трималась на воді побіля матері. Качур усе частіше залишався в самотності й часом навіть починав сумніватись у своїй правоті. А може, і справді морозу не буде? Не буває ж його на півдні, куди птахи летять у вирій.</w:t>
      </w:r>
    </w:p>
    <w:p>
      <w:r>
        <w:br/>
        <w:t>Але то — на півдні. Тут же була якщо й не північ, то, принаймні, щось близьке до неї. Чекати _ чогось доброго, мабуть, було марною справою. Але качки, як і люди, мали потребу завжди сподіватися на краще. А що краще — річ оманлива, того качки не розуміли.</w:t>
      </w:r>
    </w:p>
    <w:p>
      <w:r>
        <w:br/>
        <w:t>Якось уночі зробилось дуже холодно, померзлі птахи ледве дочекалися ранку. А тоді побачили, що берег в очереті узявся гарним тонким льодом. Декотрі навіть пробували його дзьобами, на смак він був приємним і швидко танув. Щоб випливти в затоку, його легко проламували волами й лапами й так доп'ялися до жаданої труби. Та назад зграйка вже дістатись не змогла — за день комиш намертво повмерзав у кригу. Качка-мати тоді видряпалась на крижаний край і перевальцем пошкандибала першою. За нею так само незграбно побрели качки — їм хотілось ночувати там, де вони звикли. Качур за ними не пішов, залишився на чистій воді у затоці.</w:t>
      </w:r>
    </w:p>
    <w:p>
      <w:r>
        <w:br/>
        <w:t>Але й затока вужчала. Мороз поволі, але наполегливо розпросторював озером своє крижане царство. За кілька днів у затоці залишився невеликий клаптик чистої води уздовж берега. Там цілий день і ніч сновигали качки. Правда, не всі. Деякі повилазили на кригу й понуро сиділи, немов чогось чекаючи. Серед них був і качур. Він уже нікуди їх не кликав — не було куди кликати. Він тільки мовчазно докоряв собі, що не спромігся свого часу змусити їх знятись у вирій. Та як було відірвати зголоднілу зграю від багатого корму! Тільки навіщо той корм?</w:t>
      </w:r>
    </w:p>
    <w:p>
      <w:r>
        <w:br/>
        <w:t>Ночували вони тепер у тісній ополонці, якогось ранку побачили, що комини, які вистромлювалися віддалік із-за засніженого пагорба, перестали диміти. Це качок не дуже налякало. А Злякалися вони, коли відчули, що у воду з бетонної труби вже не тече нічого. Качки не знали, що це завод збанкрутував, і труба перестала працювати. Як і все інше на заводі. А вузенька ополонка дедалі вужчала. Доки крига остаточно не з'єдналася з берегами...</w:t>
      </w:r>
    </w:p>
    <w:p>
      <w:r>
        <w:br/>
        <w:t>...Коли знову настала весна і стомлені зграї гусей, журавлів і качок почали повертатися з далекого вирію, в озерній затоці вони не знайшли нікого.</w:t>
      </w:r>
    </w:p>
    <w:p>
      <w:r>
        <w:br/>
        <w:t>Тільки рештки мокрого строкатого пір'я де-не-де гойдалися в очеретах біля берега. Це було все, що залишилось від ситої і необережної качиної зграйки.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Качина зграйка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