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"сумні ідем" Україні</w:t>
      </w:r>
    </w:p>
    <w:p>
      <w:r>
        <w:br/>
        <w:t xml:space="preserve"> Що кривавих пісень Тобі в жертву не ніс,&lt;br /&gt;</w:t>
        <w:br/>
        <w:t>А беріг їх у серці на дні,&lt;br /&gt;</w:t>
        <w:br/>
        <w:t>Що вінків не сплітав з Твого болю і сліз,—&lt;br /&gt;</w:t>
        <w:br/>
        <w:t>Прости мені!</w:t>
      </w:r>
    </w:p>
    <w:p>
      <w:r>
        <w:br/>
        <w:t>Що не млів, не ридав, співчуття не просив,&lt;br /&gt;</w:t>
        <w:br/>
        <w:t>Хоч йшли дні і роки йшли грізні,&lt;br /&gt;</w:t>
        <w:br/>
        <w:t>Що своїх почуттів на базар не носив,—&lt;br /&gt;</w:t>
        <w:br/>
        <w:t>Прости мені!</w:t>
      </w:r>
    </w:p>
    <w:p>
      <w:r>
        <w:br/>
        <w:t>Що до Тебе приплив від чужих берегів&lt;br /&gt;</w:t>
        <w:br/>
        <w:t>І снував свої думи сумні,&lt;br /&gt;</w:t>
        <w:br/>
        <w:t>Що домашнім богам поклонитись не вмів,—&lt;br /&gt;</w:t>
        <w:br/>
        <w:t>Прости мені!</w:t>
      </w:r>
    </w:p>
    <w:p>
      <w:r>
        <w:br/>
        <w:t>Я співець сумних дум, тихих мрій, добрих снів,&lt;br /&gt;</w:t>
        <w:br/>
        <w:t>Моє щастя й спокій вдалині;&lt;br /&gt;</w:t>
        <w:br/>
        <w:t>Що вино я люблю, і дівчата, і спів,—&lt;br /&gt;</w:t>
        <w:br/>
        <w:t>Прости мені!..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"сумні ідем" 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