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циклю "Закоханість" (збірка)</w:t>
      </w:r>
    </w:p>
    <w:p>
      <w:r>
        <w:br/>
        <w:t xml:space="preserve"> Із циклю "Закоханість"&lt;br /&gt;</w:t>
        <w:br/>
        <w:t>"Між могил, – все оманність…"&lt;br /&gt;</w:t>
        <w:br/>
        <w:t>…Між могил, – все оманність…&lt;br /&gt;</w:t>
        <w:br/>
        <w:t>І вуалі сині на вечір.&lt;br /&gt;</w:t>
        <w:br/>
        <w:t>Ти сказала: – відхожу в тумани… —&lt;br /&gt;</w:t>
        <w:br/>
        <w:t>І тобі не перечив.</w:t>
      </w:r>
    </w:p>
    <w:p>
      <w:r>
        <w:br/>
        <w:t>Догоріли на бані каплиці огні…&lt;br /&gt;</w:t>
        <w:br/>
        <w:t>– О, – життя злото-трунки жагучі!..&lt;br /&gt;</w:t>
        <w:br/>
        <w:t>…Щось ласкаве співала востаннє мені&lt;br /&gt;</w:t>
        <w:br/>
        <w:t>Щоб не мучивсь…</w:t>
      </w:r>
    </w:p>
    <w:p>
      <w:r>
        <w:br/>
        <w:t>І пішла… По житах…&lt;br /&gt;</w:t>
        <w:br/>
        <w:t>У кипінню, між бризки волошок…&lt;br /&gt;</w:t>
        <w:br/>
        <w:t>– Комусь задум в замрілих очах,&lt;br /&gt;</w:t>
        <w:br/>
        <w:t>Сон хороший.</w:t>
      </w:r>
    </w:p>
    <w:p>
      <w:r>
        <w:br/>
        <w:t>Я піду до білих беріз —&lt;br /&gt;</w:t>
        <w:br/>
        <w:t>Що у сутінках – болю дарунок…&lt;br /&gt;</w:t>
        <w:br/>
        <w:t>Що від неї із заходу вітер приніс&lt;br /&gt;</w:t>
        <w:br/>
        <w:t>Вже останній цілунок…</w:t>
      </w:r>
    </w:p>
    <w:p>
      <w:r>
        <w:br/>
        <w:t>Розпука&lt;br /&gt;</w:t>
        <w:br/>
        <w:t>Ровами місяць тіні клав…&lt;br /&gt;</w:t>
        <w:br/>
        <w:t>…Нема… ох, – болю, – жалю!..&lt;br /&gt;</w:t>
        <w:br/>
        <w:t>І ніч спокійная текла&lt;br /&gt;</w:t>
        <w:br/>
        <w:t>від жит до жит і далі.</w:t>
      </w:r>
    </w:p>
    <w:p>
      <w:r>
        <w:br/>
        <w:t>Повітря-мед і дзвін цимбал&lt;br /&gt;</w:t>
        <w:br/>
        <w:t>і бубен – серця весни…&lt;br /&gt;</w:t>
        <w:br/>
        <w:t>Тобі ввесь біль, ввесь сум і шал…&lt;br /&gt;</w:t>
        <w:br/>
        <w:t>Сказать тобі: – чудесно!..</w:t>
      </w:r>
    </w:p>
    <w:p>
      <w:r>
        <w:br/>
        <w:t>Як так… то я піду… – Прощай!&lt;br /&gt;</w:t>
        <w:br/>
        <w:t>Ох, чи це Ти зробила?!.&lt;br /&gt;</w:t>
        <w:br/>
        <w:t>Чи Ти могла?!. Цвів молочай,&lt;br /&gt;</w:t>
        <w:br/>
        <w:t>одцвів, зім’ятий, – за могилою…</w:t>
      </w:r>
    </w:p>
    <w:p>
      <w:r>
        <w:br/>
        <w:t>За голову узявсь… ридав…&lt;br /&gt;</w:t>
        <w:br/>
        <w:t>…Мені пісень печалі…&lt;br /&gt;</w:t>
        <w:br/>
        <w:t>А ніч спокійная текла&lt;br /&gt;</w:t>
        <w:br/>
        <w:t>від жит до жит і далі…</w:t>
      </w:r>
    </w:p>
    <w:p>
      <w:r>
        <w:br/>
        <w:t>Вітер&lt;br /&gt;</w:t>
        <w:br/>
        <w:t>Біжать берези, верби,&lt;br /&gt;</w:t>
        <w:br/>
        <w:t>Жита, корчі та трави…&lt;br /&gt;</w:t>
        <w:br/>
        <w:t>Ох, вітер, вітер буйний,&lt;br /&gt;</w:t>
        <w:br/>
        <w:t>Життя моє ласкаве!</w:t>
      </w:r>
    </w:p>
    <w:p>
      <w:r>
        <w:br/>
        <w:t>Біжить ось небом хмарка,&lt;br /&gt;</w:t>
        <w:br/>
        <w:t>Течуть, течуть глибини…&lt;br /&gt;</w:t>
        <w:br/>
        <w:t>І серце, очи смокче&lt;br /&gt;</w:t>
        <w:br/>
        <w:t>Далекий обрій синій…</w:t>
      </w:r>
    </w:p>
    <w:p>
      <w:r>
        <w:br/>
        <w:t>Ох синій, синій – нині&lt;br /&gt;</w:t>
        <w:br/>
        <w:t>В ранковії заграви&lt;br /&gt;</w:t>
        <w:br/>
        <w:t>Зростав у безмір біль останній,&lt;br /&gt;</w:t>
        <w:br/>
        <w:t>Життя моє ласкаве.</w:t>
      </w:r>
    </w:p>
    <w:p>
      <w:r>
        <w:br/>
        <w:t>Весна&lt;br /&gt;</w:t>
        <w:br/>
        <w:t>Розтали вже слова останні&lt;br /&gt;</w:t>
        <w:br/>
        <w:t>– (той дим розтання на пероні)…&lt;br /&gt;</w:t>
        <w:br/>
        <w:t>Свічки червонії каштани&lt;br /&gt;</w:t>
        <w:br/>
        <w:t>до сонця палять; чути: дзвонять&lt;br /&gt;</w:t>
        <w:br/>
        <w:t>в селі далекому за лугом —&lt;br /&gt;</w:t>
        <w:br/>
        <w:t>там дівчина-весна задумна&lt;br /&gt;</w:t>
        <w:br/>
        <w:t>іде, – всміхається… їй туга,&lt;br /&gt;</w:t>
        <w:br/>
        <w:t>їй радість, – сміх; а може суму,&lt;br /&gt;</w:t>
        <w:br/>
        <w:t>а може болю чаша повна…&lt;br /&gt;</w:t>
        <w:br/>
        <w:t>це, як лязурок, ясне небо…</w:t>
      </w:r>
    </w:p>
    <w:p>
      <w:r>
        <w:br/>
        <w:t>Слова розтання молитовні&lt;br /&gt;</w:t>
        <w:br/>
        <w:t>нижу востаннє… Може треба —&lt;br /&gt;</w:t>
        <w:br/>
        <w:t>у тую далечінь дзвінкую —&lt;br /&gt;</w:t>
        <w:br/>
        <w:t>тій дівчині-весні ласкавій&lt;br /&gt;</w:t>
        <w:br/>
        <w:t>сказати: пісню щастя чую&lt;br /&gt;</w:t>
        <w:br/>
        <w:t>та слів нема… усі віддав їй…</w:t>
      </w:r>
    </w:p>
    <w:p>
      <w:r>
        <w:br/>
        <w:t>Воля&lt;br /&gt;</w:t>
        <w:br/>
        <w:t>Ночі… дні… потоки… зливи… грози…&lt;br /&gt;</w:t>
        <w:br/>
        <w:t>Понад шляхом білії берези…&lt;br /&gt;</w:t>
        <w:br/>
        <w:t>Так би і текло…&lt;br /&gt;</w:t>
        <w:br/>
        <w:t>Та ні! Одного ранку&lt;br /&gt;</w:t>
        <w:br/>
        <w:t>Серце взяв, поклав його на леза,&lt;br /&gt;</w:t>
        <w:br/>
        <w:t>Коливав, як ранок млу у полі,&lt;br /&gt;</w:t>
        <w:br/>
        <w:t>Гострим променем поїв, – поїв&lt;br /&gt;</w:t>
        <w:br/>
        <w:t>Та краяв…&lt;br /&gt;</w:t>
        <w:br/>
        <w:t>Понад шляхом білії берези —&lt;br /&gt;</w:t>
        <w:br/>
        <w:t>Пісня жит і поля, – до безкраю.</w:t>
      </w:r>
    </w:p>
    <w:p>
      <w:r>
        <w:br/>
        <w:t>І знов&lt;br /&gt;</w:t>
        <w:br/>
        <w:t>1</w:t>
      </w:r>
    </w:p>
    <w:p>
      <w:r>
        <w:br/>
        <w:t>І знов… – блаженна тиша нив&lt;br /&gt;</w:t>
        <w:br/>
        <w:t>і в неосяжнім полі-морі&lt;br /&gt;</w:t>
        <w:br/>
        <w:t>вітрів розпещених приплив&lt;br /&gt;</w:t>
        <w:br/>
        <w:t>на беріг вечора…&lt;br /&gt;</w:t>
        <w:br/>
        <w:t>…і зорі.</w:t>
      </w:r>
    </w:p>
    <w:p>
      <w:r>
        <w:br/>
        <w:t>Вся синьоока, темна ніч,&lt;br /&gt;</w:t>
        <w:br/>
        <w:t>– як молодість твоя ваблива…&lt;br /&gt;</w:t>
        <w:br/>
        <w:t>… тепло вечірніх наших стріч&lt;br /&gt;</w:t>
        <w:br/>
        <w:t>і слів ласкавих, слів щасливих.</w:t>
      </w:r>
    </w:p>
    <w:p>
      <w:r>
        <w:br/>
        <w:t>2</w:t>
      </w:r>
    </w:p>
    <w:p>
      <w:r>
        <w:br/>
        <w:t>Трюмо… Парфум пахтіння ніжне…&lt;br /&gt;</w:t>
        <w:br/>
        <w:t>І оксамит старий… старе саше…&lt;br /&gt;</w:t>
        <w:br/>
        <w:t>І слів і рук ласкава, тепла збіжність,&lt;br /&gt;</w:t>
        <w:br/>
        <w:t>– Щоб болю не торкнутися лише б.</w:t>
      </w:r>
    </w:p>
    <w:p>
      <w:r>
        <w:br/>
        <w:t>Текли зповільна нам оці години,&lt;br /&gt;</w:t>
        <w:br/>
        <w:t>як час, як води… Як усе життя!..&lt;br /&gt;</w:t>
        <w:br/>
        <w:t>Як давнього ті темнії глибини,&lt;br /&gt;</w:t>
        <w:br/>
        <w:t>останні вже. Навік. Без вороття…</w:t>
      </w:r>
    </w:p>
    <w:p>
      <w:r>
        <w:br/>
        <w:t>3</w:t>
      </w:r>
    </w:p>
    <w:p>
      <w:r>
        <w:br/>
        <w:t>І знов людей – вітрів нестримні – дикі орди&lt;br /&gt;</w:t>
        <w:br/>
        <w:t>– тесальники землі – пани і торбарі&lt;br /&gt;</w:t>
        <w:br/>
        <w:t>І погляд ваш… уст виріз такий гордий —&lt;br /&gt;</w:t>
        <w:br/>
        <w:t>герб зорь, Стрілець над нами угорі…</w:t>
      </w:r>
    </w:p>
    <w:p>
      <w:r>
        <w:br/>
        <w:t>Це б цілувати рук слабких і диких&lt;br /&gt;</w:t>
        <w:br/>
        <w:t>останні пута… Пити уст гірких&lt;br /&gt;</w:t>
        <w:br/>
        <w:t>і слів гірких, звичайних слів, великих&lt;br /&gt;</w:t>
        <w:br/>
        <w:t>останньої отрути ясний гріх…</w:t>
      </w:r>
    </w:p>
    <w:p>
      <w:r>
        <w:br/>
        <w:t>4</w:t>
      </w:r>
    </w:p>
    <w:p>
      <w:r>
        <w:br/>
        <w:t>…І ніч прийде… і знову путь…&lt;br /&gt;</w:t>
        <w:br/>
        <w:t>страшна, таємная, незнана…&lt;br /&gt;</w:t>
        <w:br/>
        <w:t>А нам в цій тиші не зідхнуть,&lt;br /&gt;</w:t>
        <w:br/>
        <w:t>ні випростатись нам, – кохана!</w:t>
      </w:r>
    </w:p>
    <w:p>
      <w:r>
        <w:br/>
        <w:t>І біль такий. Останній біль!&lt;br /&gt;</w:t>
        <w:br/>
        <w:t>– то ж чуть, як плине місяць, зорі…&lt;br /&gt;</w:t>
        <w:br/>
        <w:t>Чекає бурь мовчання піль —&lt;br /&gt;</w:t>
        <w:br/>
        <w:t>і стигнуть дні шкляні, прозорі…</w:t>
      </w:r>
    </w:p>
    <w:p>
      <w:r>
        <w:br/>
        <w:t>5</w:t>
      </w:r>
    </w:p>
    <w:p>
      <w:r>
        <w:br/>
        <w:t>В цю мертву тишу, в ніч німу&lt;br /&gt;</w:t>
        <w:br/>
        <w:t>прийде, – постукає у двері&lt;br /&gt;</w:t>
        <w:br/>
        <w:t>нахабний ворог… Де ж візьму?&lt;br /&gt;</w:t>
        <w:br/>
        <w:t>І з ким піду?.. І де тепер ви?..</w:t>
      </w:r>
    </w:p>
    <w:p>
      <w:r>
        <w:br/>
        <w:t>Це вам ні свят, а ні музик! —&lt;br /&gt;</w:t>
        <w:br/>
        <w:t>серпи, ножі вам, діти горя!&lt;br /&gt;</w:t>
        <w:br/>
        <w:t>І ваш слабкий, розпучний крик&lt;br /&gt;</w:t>
        <w:br/>
        <w:t>десь, в тім незбагнутім просторі…</w:t>
      </w:r>
    </w:p>
    <w:p>
      <w:r>
        <w:br/>
        <w:t>6</w:t>
      </w:r>
    </w:p>
    <w:p>
      <w:r>
        <w:br/>
        <w:t>…І вже щербата і безсила пристрасть…&lt;br /&gt;</w:t>
        <w:br/>
        <w:t>і серце, – моє серце на піску,&lt;br /&gt;</w:t>
        <w:br/>
        <w:t>мов хижа риба… Блискавиці бистрі&lt;br /&gt;</w:t>
        <w:br/>
        <w:t>із миті в мить…&lt;br /&gt;</w:t>
        <w:br/>
        <w:t>І бурі у танку…</w:t>
      </w:r>
    </w:p>
    <w:p>
      <w:r>
        <w:br/>
        <w:t>А ваших уст той гордий, скорбний виріз…&lt;br /&gt;</w:t>
        <w:br/>
        <w:t>Долоні теплої пестлива глибина!&lt;br /&gt;</w:t>
        <w:br/>
        <w:t>(Ці дні останні – неможливий вираз…)&lt;br /&gt;</w:t>
        <w:br/>
        <w:t>І знову, біль – останній крик, – вже з дна!..</w:t>
      </w:r>
    </w:p>
    <w:p>
      <w:r>
        <w:br/>
        <w:t>Полудень&lt;br /&gt;</w:t>
        <w:br/>
        <w:t>І стигне, не тече, вже гасне голубінь,&lt;br /&gt;</w:t>
        <w:br/>
        <w:t>і полудня важке, текуче золото&lt;br /&gt;</w:t>
        <w:br/>
        <w:t>понад могили в тонке павутиння —&lt;br /&gt;</w:t>
        <w:br/>
        <w:t>у спеку ллє думок лінивих солод.</w:t>
      </w:r>
    </w:p>
    <w:p>
      <w:r>
        <w:br/>
        <w:t>Не ворухне, не диха в плесо… ось, —&lt;br /&gt;</w:t>
        <w:br/>
        <w:t>Як зачарований, відбивсь, не одірветься&lt;br /&gt;</w:t>
        <w:br/>
        <w:t>блакитноокий вітер… ні, не він, а хтось,&lt;br /&gt;</w:t>
        <w:br/>
        <w:t>хтось ясний, молодий, що днем чи щастям зветься…</w:t>
      </w:r>
    </w:p>
    <w:p>
      <w:r>
        <w:br/>
        <w:t>Там порохом пухким, пахучим у полях&lt;br /&gt;</w:t>
        <w:br/>
        <w:t>згубивсь десь шлях… Простір, широка воля!&lt;br /&gt;</w:t>
        <w:br/>
        <w:t>Часом, – розбудить лози сонний птах&lt;br /&gt;</w:t>
        <w:br/>
        <w:t>Чи риба знехотя з дна пустить бігти кола.</w:t>
      </w:r>
    </w:p>
    <w:p>
      <w:r>
        <w:br/>
        <w:t>Бездонний день в жита, в овси, в гречки,&lt;br /&gt;</w:t>
        <w:br/>
        <w:t>у конюшину, в луки соковиті&lt;br /&gt;</w:t>
        <w:br/>
        <w:t>ллє солод і спокій… Та в сурми гомінні&lt;br /&gt;</w:t>
        <w:br/>
        <w:t>вже чути, грає, палить серце вітер!</w:t>
      </w:r>
    </w:p>
    <w:p>
      <w:r>
        <w:br/>
        <w:t>"Не почути сестриного сміху…"&lt;br /&gt;</w:t>
        <w:br/>
        <w:t>Не почути сестриного сміху&lt;br /&gt;</w:t>
        <w:br/>
        <w:t>і води з її рук не пить.&lt;br /&gt;</w:t>
        <w:br/>
        <w:t>Понад тихою рідною стріхою&lt;br /&gt;</w:t>
        <w:br/>
        <w:t>голуба зоря не дзвенить…</w:t>
      </w:r>
    </w:p>
    <w:p>
      <w:r>
        <w:br/>
        <w:t>Став давно багном затягнуло,&lt;br /&gt;</w:t>
        <w:br/>
        <w:t>позгнивали верби… зрубали корчі…&lt;br /&gt;</w:t>
        <w:br/>
        <w:t>Лиш роки на стовпі золотому&lt;br /&gt;</w:t>
        <w:br/>
        <w:t>Глечик з вибитим дном стирчить.</w:t>
      </w:r>
    </w:p>
    <w:p>
      <w:r>
        <w:br/>
        <w:t>Не вернути туди ніколи, —&lt;br /&gt;</w:t>
        <w:br/>
        <w:t>А з вогню на залізо – іржа.&lt;br /&gt;</w:t>
        <w:br/>
        <w:t>Ось тому таким терпким болем&lt;br /&gt;</w:t>
        <w:br/>
        <w:t>мені нині уста дрижать.</w:t>
      </w:r>
    </w:p>
    <w:p>
      <w:r>
        <w:br/>
        <w:t>Забув&lt;br /&gt;</w:t>
        <w:br/>
        <w:t>Знов – моє пекло, моє небо&lt;br /&gt;</w:t>
        <w:br/>
        <w:t>У камінь скутая земля…&lt;br /&gt;</w:t>
        <w:br/>
        <w:t>Це міста. Тільки міста треба…&lt;br /&gt;</w:t>
        <w:br/>
        <w:t>Забув, як пахнуть там поля…&lt;br /&gt;</w:t>
        <w:br/>
        <w:t>Забув, як верби сплять вад плесом,&lt;br /&gt;</w:t>
        <w:br/>
        <w:t>Які тії мляві вітряки:&lt;br /&gt;</w:t>
        <w:br/>
        <w:t>Часу й вітрів слухняні весла…&lt;br /&gt;</w:t>
        <w:br/>
        <w:t>Як давнина, – глухі такі…&lt;br /&gt;</w:t>
        <w:br/>
        <w:t>Забув, як пахне лан той житній,&lt;br /&gt;</w:t>
        <w:br/>
        <w:t>Як глибша, таємніша смерк.&lt;br /&gt;</w:t>
        <w:br/>
        <w:t>Дух немоторний старосвітній&lt;br /&gt;</w:t>
        <w:br/>
        <w:t>Давно помер, —&lt;br /&gt;</w:t>
        <w:br/>
        <w:t>Нам світ – це рух горіння, туга,&lt;br /&gt;</w:t>
        <w:br/>
        <w:t>Жага, і солод, і вогонь…&lt;br /&gt;</w:t>
        <w:br/>
        <w:t>Нам світ: – надій сім-барвні дуги —&lt;br /&gt;</w:t>
        <w:br/>
        <w:t>І певнеє стерно в долонь.</w:t>
      </w:r>
    </w:p>
    <w:p>
      <w:r>
        <w:br/>
        <w:t>Сонет&lt;br /&gt;</w:t>
        <w:br/>
        <w:t>Полудень… Степ… Дзвенить усе, дзвенить —&lt;br /&gt;</w:t>
        <w:br/>
        <w:t>Не знати що… чи трави то, чи тиша…&lt;br /&gt;</w:t>
        <w:br/>
        <w:t>Лиш зрідка вітерець дихне, полин сколише&lt;br /&gt;</w:t>
        <w:br/>
        <w:t>І пах важкий нагусне, побіжить…</w:t>
      </w:r>
    </w:p>
    <w:p>
      <w:r>
        <w:br/>
        <w:t>Понад могили вдалині струмить…&lt;br /&gt;</w:t>
        <w:br/>
        <w:t>Важкої спеки золото бліде усе ясніше…&lt;br /&gt;</w:t>
        <w:br/>
        <w:t>Лежить лінивий день… Лежить, не чуть, що й дише…&lt;br /&gt;</w:t>
        <w:br/>
        <w:t>І обрій синіми крильми не майорить…</w:t>
      </w:r>
    </w:p>
    <w:p>
      <w:r>
        <w:br/>
        <w:t>Бреду… Ярок… Заросле джерело… каміння… терен.&lt;br /&gt;</w:t>
        <w:br/>
        <w:t>Мов ящірок хвости оті химерні&lt;br /&gt;</w:t>
        <w:br/>
        <w:t>Встають з полудня ген хмар різьблені дахи</w:t>
      </w:r>
    </w:p>
    <w:p>
      <w:r>
        <w:br/>
        <w:t>І блиска над лінивії шляхи…&lt;br /&gt;</w:t>
        <w:br/>
        <w:t>І тиша… Степ… Дзвенить, дзвенить довкола.&lt;br /&gt;</w:t>
        <w:br/>
        <w:t>Дурманить пахощами день і думку веде колом.</w:t>
      </w:r>
    </w:p>
    <w:p>
      <w:r>
        <w:br/>
        <w:t>Серпень&lt;br /&gt;</w:t>
        <w:br/>
        <w:t>Ті ранки золоті, сухі, холодні&lt;br /&gt;</w:t>
        <w:br/>
        <w:t>По стернях тіні хмар у прозор, у блакить…&lt;br /&gt;</w:t>
        <w:br/>
        <w:t>Там серпень клонить тінь із синьої безодні,&lt;br /&gt;</w:t>
        <w:br/>
        <w:t>Там серпень сполохом, морями піль горить.</w:t>
      </w:r>
    </w:p>
    <w:p>
      <w:r>
        <w:br/>
        <w:t>Перерипіли вже вози повільнії, важкії&lt;br /&gt;</w:t>
        <w:br/>
        <w:t>В ліниву куряву прозорий зореспад…&lt;br /&gt;</w:t>
        <w:br/>
        <w:t>Вже по клунях лежать, пшениця й жито,&lt;br /&gt;</w:t>
        <w:br/>
        <w:t>Хід осені вистукує вже яблуками сад.</w:t>
      </w:r>
    </w:p>
    <w:p>
      <w:r>
        <w:br/>
        <w:t>І не буяти вже, не гнати сік отавам.&lt;br /&gt;</w:t>
        <w:br/>
        <w:t>Сухі, порожні ранки золоті,&lt;br /&gt;</w:t>
        <w:br/>
        <w:t>І вже нещирі всі оті ласкаві&lt;br /&gt;</w:t>
        <w:br/>
        <w:t>Слова твої… Ох, – все не ті, не ті.</w:t>
      </w:r>
    </w:p>
    <w:p>
      <w:r>
        <w:br/>
        <w:t>"Під кручею – сніги. Плач вітру по слідах…"&lt;br /&gt;</w:t>
        <w:br/>
        <w:t>Під кручею – сніги. Плач вітру по слідах…&lt;br /&gt;</w:t>
        <w:br/>
        <w:t>І темна і важка лежить вода,&lt;br /&gt;</w:t>
        <w:br/>
        <w:t>як лід той темний… Мертвий той вогонь,&lt;br /&gt;</w:t>
        <w:br/>
        <w:t>дідів, батьків життя… їх кров та біль на сконі.&lt;br /&gt;</w:t>
        <w:br/>
        <w:t>Зоря у пустирях надвечір зажовтіє,&lt;br /&gt;</w:t>
        <w:br/>
        <w:t>і вир снігів заточиться, збіжить&lt;br /&gt;</w:t>
        <w:br/>
        <w:t>у темну, сонну, синю безвість, безнадійність…&lt;br /&gt;</w:t>
        <w:br/>
        <w:t>що ясна сила снилася лиш мить…&lt;br /&gt;</w:t>
        <w:br/>
        <w:t>Схолоне, змовкне все… Лиш білий, мертвий сніг,&lt;br /&gt;</w:t>
        <w:br/>
        <w:t>Лиш попіл давнини, що ніччю й болем ліг…&lt;br /&gt;</w:t>
        <w:br/>
        <w:t>Пальці – ті вузли! Весела криця – очи.&lt;br /&gt;</w:t>
        <w:br/>
        <w:t>Все вперед! – ген, у безкрай нестримний тупіт, біг.&lt;br /&gt;</w:t>
        <w:br/>
        <w:t>Вся твоя земля, – як бачиш, як захочеш.&lt;br /&gt;</w:t>
        <w:br/>
        <w:t>Очі бачать світ, щоб він у серце ліг.&lt;br /&gt;</w:t>
        <w:br/>
        <w:t>Не казкові коні на припоні! Ні!&lt;br /&gt;</w:t>
        <w:br/>
        <w:t>Не хмари на бурю і не грім там – за горою!&lt;br /&gt;</w:t>
        <w:br/>
        <w:t>Тільки вогні у далині! А жаль та сум та біль – на дні,&lt;br /&gt;</w:t>
        <w:br/>
        <w:t>та горить проклін усім, що ждуть спокою.&lt;br /&gt;</w:t>
        <w:br/>
        <w:t>Над поля і луки… понад тихе те село&lt;br /&gt;</w:t>
        <w:br/>
        <w:t>в схови давнини – могили – заклик гупне громом!&lt;br /&gt;</w:t>
        <w:br/>
        <w:t>Що цвіло – достигло! Нині зв’яне, а на зло&lt;br /&gt;</w:t>
        <w:br/>
        <w:t>маємо ми лік той, – кров, що хиб не зна, не знає втоми.&lt;br /&gt;</w:t>
        <w:br/>
        <w:t>І безкрай, світами, нині творча путь,&lt;br /&gt;</w:t>
        <w:br/>
        <w:t>і нема чого зідхати та журитися!&lt;br /&gt;</w:t>
        <w:br/>
        <w:t>Поки очи бачать світ та хочуть його, – п’ють,&lt;br /&gt;</w:t>
        <w:br/>
        <w:t>поки витримає серце бити й битися.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циклю "Закоханість"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