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днів журби</w:t>
      </w:r>
    </w:p>
    <w:p>
      <w:r>
        <w:br/>
        <w:t xml:space="preserve"> ЗМІСТ</w:t>
      </w:r>
    </w:p>
    <w:p>
      <w:r>
        <w:br/>
        <w:t>Із днів журби</w:t>
      </w:r>
    </w:p>
    <w:p>
      <w:r>
        <w:br/>
        <w:t>"Коли часом в важкій задумі..."&lt;br /&gt;</w:t>
        <w:br/>
        <w:t>"Де я не йду, що не почну..."&lt;br /&gt;</w:t>
        <w:br/>
        <w:t>"Не можу забути!.."&lt;br /&gt;</w:t>
        <w:br/>
        <w:t>"Недовго жив я ще, лиш сорок літ..."&lt;br /&gt;</w:t>
        <w:br/>
        <w:t>"І знов рефлексії! Та цур же їм!.."&lt;br /&gt;</w:t>
        <w:br/>
        <w:t>"З усіх солодких, любих слів..."</w:t>
      </w:r>
    </w:p>
    <w:p>
      <w:r>
        <w:br/>
        <w:t>Спомини</w:t>
      </w:r>
    </w:p>
    <w:p>
      <w:r>
        <w:br/>
        <w:t>"Я згадую минулеє життя..."&lt;br /&gt;</w:t>
        <w:br/>
        <w:t>"Заким умре ще в серці творча сила..."&lt;br /&gt;</w:t>
        <w:br/>
        <w:t>"Маленький хутір серед лук і нив..."&lt;br /&gt;</w:t>
        <w:br/>
        <w:t>"В село ходив. Душа щемить і досі..."&lt;br /&gt;</w:t>
        <w:br/>
        <w:t>"Ось панський двір! На згір'ї край села..."&lt;br /&gt;</w:t>
        <w:br/>
        <w:t>"Найгірше я людей боявсь тоді..."&lt;br /&gt;</w:t>
        <w:br/>
        <w:t>"Привіт тобі, мій друже вірний, гаю..."</w:t>
      </w:r>
    </w:p>
    <w:p>
      <w:r>
        <w:br/>
        <w:t>В плен-ері</w:t>
      </w:r>
    </w:p>
    <w:p>
      <w:r>
        <w:br/>
        <w:t>"Мамо-природо!.."&lt;br /&gt;</w:t>
        <w:br/>
        <w:t>"По коверці пурпуровім..."&lt;br /&gt;</w:t>
        <w:br/>
        <w:t>"Суне, суне чорна хмара..."&lt;br /&gt;</w:t>
        <w:br/>
        <w:t>"У долині село лежить..."</w:t>
      </w:r>
    </w:p>
    <w:p>
      <w:r>
        <w:br/>
        <w:t>ІЗ ДНІВ ЖУРБИ</w:t>
      </w:r>
    </w:p>
    <w:p>
      <w:r>
        <w:br/>
        <w:t>КОЛИ ЧАСОМ В ВАЖКІЙ ЗАДУМІ...</w:t>
      </w:r>
    </w:p>
    <w:p>
      <w:r>
        <w:br/>
        <w:t>Коли часом в важкій задумі&lt;br /&gt;</w:t>
        <w:br/>
        <w:t>моя поникне голова,&lt;br /&gt;</w:t>
        <w:br/>
        <w:t>легенький стук в вікно чи в двері&lt;br /&gt;</w:t>
        <w:br/>
        <w:t>потоки мрій перерива.</w:t>
      </w:r>
    </w:p>
    <w:p>
      <w:r>
        <w:br/>
        <w:t>Озвуся, вигляну — даремно,&lt;br /&gt;</w:t>
        <w:br/>
        <w:t>не чуть нікого, не видать,&lt;br /&gt;</w:t>
        <w:br/>
        <w:t>лиш щось у серці стрепенеться,&lt;br /&gt;</w:t>
        <w:br/>
        <w:t>когось-то хочеться згадать.</w:t>
      </w:r>
    </w:p>
    <w:p>
      <w:r>
        <w:br/>
        <w:t>Чи щирий друг в далекім краї&lt;br /&gt;</w:t>
        <w:br/>
        <w:t>тепер у лютім бої згиб?&lt;br /&gt;</w:t>
        <w:br/>
        <w:t>Чи плаче рідний брат, припавши&lt;br /&gt;</w:t>
        <w:br/>
        <w:t>лицем до прадідівських скиб?</w:t>
      </w:r>
    </w:p>
    <w:p>
      <w:r>
        <w:br/>
        <w:t>Чи, може, ти, моя голубко,&lt;br /&gt;</w:t>
        <w:br/>
        <w:t>моє кохання чарівне,&lt;br /&gt;</w:t>
        <w:br/>
        <w:t>далеко десь з німим докором&lt;br /&gt;</w:t>
        <w:br/>
        <w:t>в тій хвилі згадуєш мене?</w:t>
      </w:r>
    </w:p>
    <w:p>
      <w:r>
        <w:br/>
        <w:t>Чи, може, гнучи в собі горе,&lt;br /&gt;</w:t>
        <w:br/>
        <w:t>ти тихо плачеш у тиші,&lt;br /&gt;</w:t>
        <w:br/>
        <w:t>а се твої пекучі сльози&lt;br /&gt;</w:t>
        <w:br/>
        <w:t>мені стукочуть до душі?</w:t>
      </w:r>
    </w:p>
    <w:p>
      <w:r>
        <w:br/>
        <w:t>ДЕ Я НЕ ЙДУ, ЩО НЕ ПОЧНУ...</w:t>
      </w:r>
    </w:p>
    <w:p>
      <w:r>
        <w:br/>
        <w:t>Де я не йду, що не почну,&lt;br /&gt;</w:t>
        <w:br/>
        <w:t>все тінь твоя зо мною,.&lt;br /&gt;</w:t>
        <w:br/>
        <w:t>і кождий сміх, момент утіх&lt;br /&gt;</w:t>
        <w:br/>
        <w:t>тьмить хмарою сумною.</w:t>
      </w:r>
    </w:p>
    <w:p>
      <w:r>
        <w:br/>
        <w:t>"Чого, — питаю я не раз, —&lt;br /&gt;</w:t>
        <w:br/>
        <w:t>життя моє лоточиш?&lt;br /&gt;</w:t>
        <w:br/>
        <w:t>Ти не моя, а я не твій,&lt;br /&gt;</w:t>
        <w:br/>
        <w:t>чого від мене хочеш?</w:t>
      </w:r>
    </w:p>
    <w:p>
      <w:r>
        <w:br/>
        <w:t>Чи завинив тобі я що?&lt;br /&gt;</w:t>
        <w:br/>
        <w:t>Чи тужиш так за мною,&lt;br /&gt;</w:t>
        <w:br/>
        <w:t>що тінь твоя вкрива мене&lt;br /&gt;</w:t>
        <w:br/>
        <w:t>все хмарою сумною?"</w:t>
      </w:r>
    </w:p>
    <w:p>
      <w:r>
        <w:br/>
        <w:t>Та тінь мовчить, звичайно — тінь,&lt;br /&gt;</w:t>
        <w:br/>
        <w:t>ні мови, ні розмови;&lt;br /&gt;</w:t>
        <w:br/>
        <w:t>а може, се моєї тінь&lt;br /&gt;</w:t>
        <w:br/>
        <w:t>покійної любови.</w:t>
      </w:r>
    </w:p>
    <w:p>
      <w:r>
        <w:br/>
        <w:t>НЕ МОЖУ ЗАБУТИ!...</w:t>
      </w:r>
    </w:p>
    <w:p>
      <w:r>
        <w:br/>
        <w:t>Не можу забути!&lt;br /&gt;</w:t>
        <w:br/>
        <w:t>Не гоїться рана!&lt;br /&gt;</w:t>
        <w:br/>
        <w:t>Мов жалібні нути&lt;br /&gt;</w:t>
        <w:br/>
        <w:t>із струн теорбана&lt;br /&gt;</w:t>
        <w:br/>
        <w:t>чи голосно грають,&lt;br /&gt;</w:t>
        <w:br/>
        <w:t>чи ледве їх чути,&lt;br /&gt;</w:t>
        <w:br/>
        <w:t>все жалем проймають —&lt;br /&gt;</w:t>
        <w:br/>
        <w:t>не можу забути!</w:t>
      </w:r>
    </w:p>
    <w:p>
      <w:r>
        <w:br/>
        <w:t>Не гоїться рана,&lt;br /&gt;</w:t>
        <w:br/>
        <w:t>хоч мию сльозами,&lt;br /&gt;</w:t>
        <w:br/>
        <w:t>хоч час на ню капле&lt;br /&gt;</w:t>
        <w:br/>
        <w:t>цілющі бальзами,&lt;br /&gt;</w:t>
        <w:br/>
        <w:t>хоч сонечко гріє&lt;br /&gt;</w:t>
        <w:br/>
        <w:t>і зірка рум'яна&lt;br /&gt;</w:t>
        <w:br/>
        <w:t>цілує, яріє —&lt;br /&gt;</w:t>
        <w:br/>
        <w:t>не гоїться рана!</w:t>
      </w:r>
    </w:p>
    <w:p>
      <w:r>
        <w:br/>
        <w:t>Хоч як ти далеко,&lt;br /&gt;</w:t>
        <w:br/>
        <w:t>я все тебе бачу;&lt;br /&gt;</w:t>
        <w:br/>
        <w:t>хоч стратив давно вже,&lt;br /&gt;</w:t>
        <w:br/>
        <w:t>щодень тебе трачу;&lt;br /&gt;</w:t>
        <w:br/>
        <w:t>хоч люта розпука&lt;br /&gt;</w:t>
        <w:br/>
        <w:t>минулася п'яна&lt;br /&gt;</w:t>
        <w:br/>
        <w:t>і клином розлука,&lt;br /&gt;</w:t>
        <w:br/>
        <w:t>гадюка погана,&lt;br /&gt;</w:t>
        <w:br/>
        <w:t>лежить поміж нами,&lt;br /&gt;</w:t>
        <w:br/>
        <w:t>дівчино кохана, —&lt;br /&gt;</w:t>
        <w:br/>
        <w:t>кохання без тями,&lt;br /&gt;</w:t>
        <w:br/>
        <w:t>не гоїться рана.</w:t>
      </w:r>
    </w:p>
    <w:p>
      <w:r>
        <w:br/>
        <w:t>НЕДОВГО ЖИВ Я ЩЕ, ЛИШ СОРОК ЛІТ...</w:t>
      </w:r>
    </w:p>
    <w:p>
      <w:r>
        <w:br/>
        <w:t>Недовго жив я ще, лиш сорок літ,&lt;br /&gt;</w:t>
        <w:br/>
        <w:t>і сил не тратив на пусту мамону.&lt;br /&gt;</w:t>
        <w:br/>
        <w:t>Невже ж уже минув я свій зеніт&lt;br /&gt;</w:t>
        <w:br/>
        <w:t>і розпочав спадистий шлях до склону?</w:t>
      </w:r>
    </w:p>
    <w:p>
      <w:r>
        <w:br/>
        <w:t>О бідна расо, що такий твій плід&lt;br /&gt;</w:t>
        <w:br/>
        <w:t>слабий! Хвалиться ним нема резону.&lt;br /&gt;</w:t>
        <w:br/>
        <w:t>Та й швидко ж той твій метеор поблід,&lt;br /&gt;</w:t>
        <w:br/>
        <w:t>не мавши навіть доброго розгону!</w:t>
      </w:r>
    </w:p>
    <w:p>
      <w:r>
        <w:br/>
        <w:t>Аж соромно, та що його робить!&lt;br /&gt;</w:t>
        <w:br/>
        <w:t>І кінь, мовляв, не тягне понад силу.&lt;br /&gt;</w:t>
        <w:br/>
        <w:t>Хай велетні могли співать, творить,</w:t>
      </w:r>
    </w:p>
    <w:p>
      <w:r>
        <w:br/>
        <w:t>могли боротись, тішиться, любить&lt;br /&gt;</w:t>
        <w:br/>
        <w:t>в вісімдесятім році — нам в могилу&lt;br /&gt;</w:t>
        <w:br/>
        <w:t>вже в сороковім треба карк хилить.</w:t>
      </w:r>
    </w:p>
    <w:p>
      <w:r>
        <w:br/>
        <w:t>І ЗНОВ РЕФЛЕКСІЇ! ТА ЦУР ЖЕ ЇМ!...</w:t>
      </w:r>
    </w:p>
    <w:p>
      <w:r>
        <w:br/>
        <w:t>І знов рефлексії! Та цур же їм!&lt;br /&gt;</w:t>
        <w:br/>
        <w:t>Се панський спорт! Хай нервні білоручки&lt;br /&gt;</w:t>
        <w:br/>
        <w:t>та пустопляси риються в своїм</w:t>
      </w:r>
    </w:p>
    <w:p>
      <w:r>
        <w:br/>
        <w:t>нутрі, і всяку думку гірш онучки&lt;br /&gt;</w:t>
        <w:br/>
        <w:t>розскубують, і всякий рух чуття&lt;br /&gt;</w:t>
        <w:br/>
        <w:t>жвуть, мірять, важать! Не для нас сі штучки!</w:t>
      </w:r>
    </w:p>
    <w:p>
      <w:r>
        <w:br/>
        <w:t>Ми, бра, плебеї, учтою життя&lt;br /&gt;</w:t>
        <w:br/>
        <w:t>не мали ще коли пересититься,&lt;br /&gt;</w:t>
        <w:br/>
        <w:t>гашиш та опій, сім'я забуття</w:t>
      </w:r>
    </w:p>
    <w:p>
      <w:r>
        <w:br/>
        <w:t>противне нам. Нам хочесь жити, биться&lt;br /&gt;</w:t>
        <w:br/>
        <w:t>з противником, нам люба праця, рух,&lt;br /&gt;</w:t>
        <w:br/>
        <w:t>ми хочем справді плакать, веселиться,</w:t>
      </w:r>
    </w:p>
    <w:p>
      <w:r>
        <w:br/>
        <w:t>любить, ненавидіть. У нас ще дух&lt;br /&gt;</w:t>
        <w:br/>
        <w:t>не розколовсь надвоє під корою,&lt;br /&gt;</w:t>
        <w:br/>
        <w:t>традиції не в'яже нас ланцюг.</w:t>
      </w:r>
    </w:p>
    <w:p>
      <w:r>
        <w:br/>
        <w:t>Ми можемо втомиться боротьбою,&lt;br /&gt;</w:t>
        <w:br/>
        <w:t>зломиться, впасти, та не наша річ&lt;br /&gt;</w:t>
        <w:br/>
        <w:t>розмикаться в борні з самим собою.</w:t>
      </w:r>
    </w:p>
    <w:p>
      <w:r>
        <w:br/>
        <w:t>Ось глянь лишень! Чудова, ясна ніч!&lt;br /&gt;</w:t>
        <w:br/>
        <w:t>На небі зорі ярко так палають —&lt;br /&gt;</w:t>
        <w:br/>
        <w:t>се безконечність нам морга до віч!</w:t>
      </w:r>
    </w:p>
    <w:p>
      <w:r>
        <w:br/>
        <w:t>Тиша кругом. В селі там пси десь лають,&lt;br /&gt;</w:t>
        <w:br/>
        <w:t>деркач у травах дре, довкола хат&lt;br /&gt;</w:t>
        <w:br/>
        <w:t>в повітрі чорні лилики гуляють.</w:t>
      </w:r>
    </w:p>
    <w:p>
      <w:r>
        <w:br/>
        <w:t>Хрущі гудуть, до світлих шиб летять…&lt;br /&gt;</w:t>
        <w:br/>
        <w:t>А там, мов вежі, башти фантастичні,&lt;br /&gt;</w:t>
        <w:br/>
        <w:t>недвижно темні дерева стоять.</w:t>
      </w:r>
    </w:p>
    <w:p>
      <w:r>
        <w:br/>
        <w:t>Ти сам-один в природі тій величній,&lt;br /&gt;</w:t>
        <w:br/>
        <w:t>мов принц в заклятім місті у казках…&lt;br /&gt;</w:t>
        <w:br/>
        <w:t>І в душу ллєсь спокій, якісь празничні,</w:t>
      </w:r>
    </w:p>
    <w:p>
      <w:r>
        <w:br/>
        <w:t>врочистії чуття…І ти, мов птах,&lt;br /&gt;</w:t>
        <w:br/>
        <w:t>стаєшся легкий, мов ось-ось летіти!&lt;br /&gt;</w:t>
        <w:br/>
        <w:t>Безмірну силу чуєш у руках</w:t>
      </w:r>
    </w:p>
    <w:p>
      <w:r>
        <w:br/>
        <w:t>і весь ростеш у безмір…Люди! Діти!&lt;br /&gt;</w:t>
        <w:br/>
        <w:t>До мене! Я люблю вас, всіх люблю!&lt;br /&gt;</w:t>
        <w:br/>
        <w:t>І все зроблю, що будете хотіти!</w:t>
      </w:r>
    </w:p>
    <w:p>
      <w:r>
        <w:br/>
        <w:t>Чи крові треба — кров за вас проллю!&lt;br /&gt;</w:t>
        <w:br/>
        <w:t>Чи діл — я сильний, віковічні скали&lt;br /&gt;</w:t>
        <w:br/>
        <w:t>розторощу, на землю повалю…</w:t>
      </w:r>
    </w:p>
    <w:p>
      <w:r>
        <w:br/>
        <w:t>Дмухнув вітрець — і мрії ті пропали.&lt;br /&gt;</w:t>
        <w:br/>
        <w:t>Та в серці прилив ще чуття тремтить,&lt;br /&gt;</w:t>
        <w:br/>
        <w:t>і вже думки до хат тих поскакали,</w:t>
      </w:r>
    </w:p>
    <w:p>
      <w:r>
        <w:br/>
        <w:t>де чорна праця й чорне горе спить.&lt;br /&gt;</w:t>
        <w:br/>
        <w:t>Вузька, здається, непривітна нива,&lt;br /&gt;</w:t>
        <w:br/>
        <w:t>а кілько можна й треба тут робить!</w:t>
      </w:r>
    </w:p>
    <w:p>
      <w:r>
        <w:br/>
        <w:t>Суспільна праця довга, утяжлива,&lt;br /&gt;</w:t>
        <w:br/>
        <w:t>зате ж плідна, та, головно, вона&lt;br /&gt;</w:t>
        <w:br/>
        <w:t>одна лиш може заповнить без дива</w:t>
      </w:r>
    </w:p>
    <w:p>
      <w:r>
        <w:br/>
        <w:t>життя людини, бо вона одна&lt;br /&gt;</w:t>
        <w:br/>
        <w:t>всіх сил, всіх дум, чуття, стремлінь людини&lt;br /&gt;</w:t>
        <w:br/>
        <w:t>жадає, їх вичерпує до дна.</w:t>
      </w:r>
    </w:p>
    <w:p>
      <w:r>
        <w:br/>
        <w:t>Вона одна бере нам все щоднини&lt;br /&gt;</w:t>
        <w:br/>
        <w:t>і все дає, бо в'яже нас тісніш&lt;br /&gt;</w:t>
        <w:br/>
        <w:t>з людьми, як діти спільної родини.</w:t>
      </w:r>
    </w:p>
    <w:p>
      <w:r>
        <w:br/>
        <w:t>Що поза сею працею, то гріш&lt;br /&gt;</w:t>
        <w:br/>
        <w:t>змарнований, то манівці блуднії,&lt;br /&gt;</w:t>
        <w:br/>
        <w:t>що запровадять, швидше чи пізніш,</w:t>
      </w:r>
    </w:p>
    <w:p>
      <w:r>
        <w:br/>
        <w:t>чи в самолюбства омути бруднії,&lt;br /&gt;</w:t>
        <w:br/>
        <w:t>чи в нігілізм, чи то в містичну млу,&lt;br /&gt;</w:t>
        <w:br/>
        <w:t>що дійсними вважа лиш власні мрії,</w:t>
      </w:r>
    </w:p>
    <w:p>
      <w:r>
        <w:br/>
        <w:t>а мрією — природу й жизнь цілу.</w:t>
      </w:r>
    </w:p>
    <w:p>
      <w:r>
        <w:br/>
        <w:t>З УСІХ СОЛОДКИХ, ЛЮБИХ СЛІВ...</w:t>
      </w:r>
    </w:p>
    <w:p>
      <w:r>
        <w:br/>
        <w:t>З усіх солодких, любих слів,&lt;br /&gt;</w:t>
        <w:br/>
        <w:t>які я чув із твоїх уст,&lt;br /&gt;</w:t>
        <w:br/>
        <w:t>одно лишилося мені&lt;br /&gt;</w:t>
        <w:br/>
        <w:t>і, наче срібний дзвоник той,&lt;br /&gt;</w:t>
        <w:br/>
        <w:t>і досі в серці гомонить —&lt;br /&gt;</w:t>
        <w:br/>
        <w:t>одно маленьке словечко:</w:t>
      </w:r>
    </w:p>
    <w:p>
      <w:r>
        <w:br/>
        <w:t>Слухай!</w:t>
      </w:r>
    </w:p>
    <w:p>
      <w:r>
        <w:br/>
        <w:t>Коло стола сиділи ми,&lt;br /&gt;</w:t>
        <w:br/>
        <w:t>широкий і шумний гурток,&lt;br /&gt;</w:t>
        <w:br/>
        <w:t>розмова йшла веселая;&lt;br /&gt;</w:t>
        <w:br/>
        <w:t>нараз затихли всі, немов&lt;br /&gt;</w:t>
        <w:br/>
        <w:t>по хаті ангел пролетів;&lt;br /&gt;</w:t>
        <w:br/>
        <w:t>лиш ти до мене звернена,&lt;br /&gt;</w:t>
        <w:br/>
        <w:t>серед загальної тиші&lt;br /&gt;</w:t>
        <w:br/>
        <w:t>казала звільна, мов у сні:</w:t>
      </w:r>
    </w:p>
    <w:p>
      <w:r>
        <w:br/>
        <w:t>Слухай!</w:t>
      </w:r>
    </w:p>
    <w:p>
      <w:r>
        <w:br/>
        <w:t>І враз ти зупинилася,&lt;br /&gt;</w:t>
        <w:br/>
        <w:t>злякалась голосу свого&lt;br /&gt;</w:t>
        <w:br/>
        <w:t>серед загальної тиші,&lt;br /&gt;</w:t>
        <w:br/>
        <w:t>і рум'янцем облялося&lt;br /&gt;</w:t>
        <w:br/>
        <w:t>твоє лице, а при столі&lt;br /&gt;</w:t>
        <w:br/>
        <w:t>на тебе всі ззирнулися —&lt;br /&gt;</w:t>
        <w:br/>
        <w:t>і те, що хтіла ти сказать,&lt;br /&gt;</w:t>
        <w:br/>
        <w:t>ухопив ангел, що в ту мить&lt;br /&gt;</w:t>
        <w:br/>
        <w:t>отам по хаті пролетів.</w:t>
      </w:r>
    </w:p>
    <w:p>
      <w:r>
        <w:br/>
        <w:t>Минуло много-много літ,&lt;br /&gt;</w:t>
        <w:br/>
        <w:t>минулись муки й радощі;&lt;br /&gt;</w:t>
        <w:br/>
        <w:t>і тих, що весело тоді&lt;br /&gt;</w:t>
        <w:br/>
        <w:t>коло стола балакали,&lt;br /&gt;</w:t>
        <w:br/>
        <w:t>розвіяв вихор життьовий&lt;br /&gt;</w:t>
        <w:br/>
        <w:t>по світі, наче пил марний;&lt;br /&gt;</w:t>
        <w:br/>
        <w:t>лиш те одно слівце твоє&lt;br /&gt;</w:t>
        <w:br/>
        <w:t>і досі у моїй душі,&lt;br /&gt;</w:t>
        <w:br/>
        <w:t>мов срібний дзвоничок, дзвенить.&lt;br /&gt;</w:t>
        <w:br/>
        <w:t>І досі із рожевих уст&lt;br /&gt;</w:t>
        <w:br/>
        <w:t>я чую любе, привітне:</w:t>
      </w:r>
    </w:p>
    <w:p>
      <w:r>
        <w:br/>
        <w:t>Слухай!</w:t>
      </w:r>
    </w:p>
    <w:p>
      <w:r>
        <w:br/>
        <w:t>І досі ще тремтить душа,&lt;br /&gt;</w:t>
        <w:br/>
        <w:t>ждучи чогось таємного,&lt;br /&gt;</w:t>
        <w:br/>
        <w:t>блискучого, величного,&lt;br /&gt;</w:t>
        <w:br/>
        <w:t>що за летючим словом тим,&lt;br /&gt;</w:t>
        <w:br/>
        <w:t>мов цар за курієром вслід,&lt;br /&gt;</w:t>
        <w:br/>
        <w:t>явитись мало. Та дарма!</w:t>
      </w:r>
    </w:p>
    <w:p>
      <w:r>
        <w:br/>
        <w:t>В глибокім, темнім пралісі&lt;br /&gt;</w:t>
        <w:br/>
        <w:t>мандрівець блудить змучений;&lt;br /&gt;</w:t>
        <w:br/>
        <w:t>тривога, голод, близька ніч,&lt;br /&gt;</w:t>
        <w:br/>
        <w:t>мов звіра дикого стрільці,&lt;br /&gt;</w:t>
        <w:br/>
        <w:t>його женуть все дальш і дальш.</w:t>
      </w:r>
    </w:p>
    <w:p>
      <w:r>
        <w:br/>
        <w:t>У груді духу не стає, —&lt;br /&gt;</w:t>
        <w:br/>
        <w:t>здається, трісне серденько,&lt;br /&gt;</w:t>
        <w:br/>
        <w:t>і ноги змучені тремтять,&lt;br /&gt;</w:t>
        <w:br/>
        <w:t>а він біжить, біжить, біжить!</w:t>
      </w:r>
    </w:p>
    <w:p>
      <w:r>
        <w:br/>
        <w:t>І причувається йому,&lt;br /&gt;</w:t>
        <w:br/>
        <w:t>що десь далеко ледве чуть&lt;br /&gt;</w:t>
        <w:br/>
        <w:t>теленька дзвоник: дзінь-дзінь-дзінь!&lt;br /&gt;</w:t>
        <w:br/>
        <w:t>Він знає, що весь день уже&lt;br /&gt;</w:t>
        <w:br/>
        <w:t>за тим зрадливим голосом&lt;br /&gt;</w:t>
        <w:br/>
        <w:t>біжить даремно; інколи&lt;br /&gt;</w:t>
        <w:br/>
        <w:t>догадується, що, мабуть,&lt;br /&gt;</w:t>
        <w:br/>
        <w:t>се дзвонить власний страх його,&lt;br /&gt;</w:t>
        <w:br/>
        <w:t>а він, проте, біжить, біжить!</w:t>
      </w:r>
    </w:p>
    <w:p>
      <w:r>
        <w:br/>
        <w:t>Ану ж там справді битий шлях?&lt;br /&gt;</w:t>
        <w:br/>
        <w:t>Ану ж там хата теплая?&lt;br /&gt;</w:t>
        <w:br/>
        <w:t>Ану ж лице коханеє?&lt;br /&gt;</w:t>
        <w:br/>
        <w:t>Ану ж там дивні радощі?&lt;br /&gt;</w:t>
        <w:br/>
        <w:t>Дзінь-дзінь! Дзінь-дзінь!&lt;br /&gt;</w:t>
        <w:br/>
        <w:t>Дзінь-дзінь! Дзінь-дзінь!</w:t>
      </w:r>
    </w:p>
    <w:p>
      <w:r>
        <w:br/>
        <w:t>Слухай!</w:t>
      </w:r>
    </w:p>
    <w:p>
      <w:r>
        <w:br/>
        <w:t>СПОМИНИ</w:t>
      </w:r>
    </w:p>
    <w:p>
      <w:r>
        <w:br/>
        <w:t>Я ЗГАДУЮ МИНУЛЕЄ ЖИТТЯ...</w:t>
      </w:r>
    </w:p>
    <w:p>
      <w:r>
        <w:br/>
        <w:t>Я згадую минулеє життя&lt;br /&gt;</w:t>
        <w:br/>
        <w:t>спокійно, та без радості, без туги:&lt;br /&gt;</w:t>
        <w:br/>
        <w:t>одно із нього виніс я чуття,&lt;br /&gt;</w:t>
        <w:br/>
        <w:t>що я не був у нім щасливий, други.</w:t>
      </w:r>
    </w:p>
    <w:p>
      <w:r>
        <w:br/>
        <w:t>Багато праці, і турбот, і скрут,&lt;br /&gt;</w:t>
        <w:br/>
        <w:t>та не було вдоволення, утіхи;&lt;br /&gt;</w:t>
        <w:br/>
        <w:t>мов віл в ярмі, я чув на собі прут&lt;br /&gt;</w:t>
        <w:br/>
        <w:t>і тяг чужого скарбу повні міхи.</w:t>
      </w:r>
    </w:p>
    <w:p>
      <w:r>
        <w:br/>
        <w:t>Хоч не згасав ніколи огник мій,&lt;br /&gt;</w:t>
        <w:br/>
        <w:t>та полум'ям не бухав, більш димився,&lt;br /&gt;</w:t>
        <w:br/>
        <w:t>а замість світла сипав іскор рій.</w:t>
      </w:r>
    </w:p>
    <w:p>
      <w:r>
        <w:br/>
        <w:t>Хоч ненастанно стяг мій з вітром бився,&lt;br /&gt;</w:t>
        <w:br/>
        <w:t>та не високо плив в руці слабій,&lt;br /&gt;</w:t>
        <w:br/>
        <w:t>і хоч я жив, то все ж я не нажився.</w:t>
      </w:r>
    </w:p>
    <w:p>
      <w:r>
        <w:br/>
        <w:t>ЗАКИМ УМРЕ ЩЕ В СЕРЦІ ТВОРЧА СИЛА...</w:t>
      </w:r>
    </w:p>
    <w:p>
      <w:r>
        <w:br/>
        <w:t>Заким умре ще в серці творча сила&lt;br /&gt;</w:t>
        <w:br/>
        <w:t>і дар пісень заглухне в тишині,&lt;br /&gt;</w:t>
        <w:br/>
        <w:t>немов пахуча та фіалка мила,&lt;br /&gt;</w:t>
        <w:br/>
        <w:t>що в'яне у пустому бур'яні, —</w:t>
      </w:r>
    </w:p>
    <w:p>
      <w:r>
        <w:br/>
        <w:t>я раз іще б хотів простерти крила,&lt;br /&gt;</w:t>
        <w:br/>
        <w:t>і побуять свобідно в вишині,&lt;br /&gt;</w:t>
        <w:br/>
        <w:t>і оживить ті спомини, що скрила&lt;br /&gt;</w:t>
        <w:br/>
        <w:t>ворожа доля у душі на дні.</w:t>
      </w:r>
    </w:p>
    <w:p>
      <w:r>
        <w:br/>
        <w:t>Вони живі донині в тій могилі,&lt;br /&gt;</w:t>
        <w:br/>
        <w:t>я чую їх, як рвуться, як печуть…&lt;br /&gt;</w:t>
        <w:br/>
        <w:t>Спинити їх, здушить їх я не в силі.</w:t>
      </w:r>
    </w:p>
    <w:p>
      <w:r>
        <w:br/>
        <w:t>Та чи знайду я сили, щоб відчуть,&lt;br /&gt;</w:t>
        <w:br/>
        <w:t>щоб пережити знов ті любі хвилі&lt;br /&gt;</w:t>
        <w:br/>
        <w:t>і виплакать піснями їх ось тут?..</w:t>
      </w:r>
    </w:p>
    <w:p>
      <w:r>
        <w:br/>
        <w:t>МАЛЕНЬКИЙ ХУТІР СЕРЕД ЛУК І НИВ...</w:t>
      </w:r>
    </w:p>
    <w:p>
      <w:r>
        <w:br/>
        <w:t>Маленький хутір серед лук і нив&lt;br /&gt;</w:t>
        <w:br/>
        <w:t>на горбику над річкою шумною —&lt;br /&gt;</w:t>
        <w:br/>
        <w:t>отам я в простій хлопській хаті жив,&lt;br /&gt;</w:t>
        <w:br/>
        <w:t>і самота, і сум жили зо мною.</w:t>
      </w:r>
    </w:p>
    <w:p>
      <w:r>
        <w:br/>
        <w:t>Із трьох боків поля ті обмежив&lt;br /&gt;</w:t>
        <w:br/>
        <w:t>могутній ліс зеленою стіною,&lt;br /&gt;</w:t>
        <w:br/>
        <w:t>і шумом серцю він на сон дзвонив,&lt;br /&gt;</w:t>
        <w:br/>
        <w:t>і сум по травах розносив луною.</w:t>
      </w:r>
    </w:p>
    <w:p>
      <w:r>
        <w:br/>
        <w:t>Він тяг мене в свою таємну тінь,&lt;br /&gt;</w:t>
        <w:br/>
        <w:t>і свіжий подих віщував розраду,&lt;br /&gt;</w:t>
        <w:br/>
        <w:t>і листя, знай, мені шептало: "Скинь,</w:t>
      </w:r>
    </w:p>
    <w:p>
      <w:r>
        <w:br/>
        <w:t>із серця всі згадки про знаду й зраду!&lt;br /&gt;</w:t>
        <w:br/>
        <w:t>Природ-мамі до грудей прилинь&lt;br /&gt;</w:t>
        <w:br/>
        <w:t>і тут знайдеш нову, святу принаду".</w:t>
      </w:r>
    </w:p>
    <w:p>
      <w:r>
        <w:br/>
        <w:t>В СЕЛО ХОДИВ. ДУША ЩЕМИТЬ І ДОСІ...</w:t>
      </w:r>
    </w:p>
    <w:p>
      <w:r>
        <w:br/>
        <w:t>В село ходив. Душа щемить і досі&lt;br /&gt;</w:t>
        <w:br/>
        <w:t>від тих картин, що зустрічав я там…&lt;br /&gt;</w:t>
        <w:br/>
        <w:t>При праці старші, діти, голі й босі,</w:t>
      </w:r>
    </w:p>
    <w:p>
      <w:r>
        <w:br/>
        <w:t>без догляду надворі; по хатам&lt;br /&gt;</w:t>
        <w:br/>
        <w:t>маленькі плачуть, бо у полі мати.&lt;br /&gt;</w:t>
        <w:br/>
        <w:t>Там знов дідусь недужий в хаті сам,</w:t>
      </w:r>
    </w:p>
    <w:p>
      <w:r>
        <w:br/>
        <w:t>все кашля й стогне, та води подати&lt;br /&gt;</w:t>
        <w:br/>
        <w:t>нема кому — палкий жнив'яний час!&lt;br /&gt;</w:t>
        <w:br/>
        <w:t>Скріпивши серце, я ввійшов до хати.</w:t>
      </w:r>
    </w:p>
    <w:p>
      <w:r>
        <w:br/>
        <w:t>У хаті душно, чути вогкість, квас…&lt;br /&gt;</w:t>
        <w:br/>
        <w:t>З усіх куточків бідність визирає.&lt;br /&gt;</w:t>
        <w:br/>
        <w:t>Сухий, як скіпа, жовтий дід Панас</w:t>
      </w:r>
    </w:p>
    <w:p>
      <w:r>
        <w:br/>
        <w:t>зжахнувся: "Хто там двері отвирає?"&lt;br /&gt;</w:t>
        <w:br/>
        <w:t>"Се я, Панасе!" Довго поглядав…&lt;br /&gt;</w:t>
        <w:br/>
        <w:t>"Ти, Йвасю?" — "Я". Ках-ках. "Чи бач, вмирає</w:t>
      </w:r>
    </w:p>
    <w:p>
      <w:r>
        <w:br/>
        <w:t>старий Панас! Господь отсе згадав,&lt;br /&gt;</w:t>
        <w:br/>
        <w:t>що я ще тут, і кличе вже в дорогу.&lt;br /&gt;</w:t>
        <w:br/>
        <w:t>Коби лиш абшит якнайшвидше дав!"</w:t>
      </w:r>
    </w:p>
    <w:p>
      <w:r>
        <w:br/>
        <w:t>Я сів при нім. "Що, маєте підмогу?&lt;br /&gt;</w:t>
        <w:br/>
        <w:t>Лічитись би, по лікаря послать".&lt;br /&gt;</w:t>
        <w:br/>
        <w:t>Аж кинувся, а на лиці тривогу,</w:t>
      </w:r>
    </w:p>
    <w:p>
      <w:r>
        <w:br/>
        <w:t>правдивий страх перед життям пізнать:&lt;br /&gt;</w:t>
        <w:br/>
        <w:t>"Мені? Підмогу? Се даремна праця!&lt;br /&gt;</w:t>
        <w:br/>
        <w:t>Я бога прошу, щоб мерщій сконать".</w:t>
      </w:r>
    </w:p>
    <w:p>
      <w:r>
        <w:br/>
        <w:t>Я далі йшов. Там дві куми сваряться:&lt;br /&gt;</w:t>
        <w:br/>
        <w:t>"Ти, злодійко, чужі снопи крадеш!"&lt;br /&gt;</w:t>
        <w:br/>
        <w:t>"Ти, чарівнице, на фігуру драться,</w:t>
      </w:r>
    </w:p>
    <w:p>
      <w:r>
        <w:br/>
        <w:t>чужих коров доїть ночами йдеш!"&lt;br /&gt;</w:t>
        <w:br/>
        <w:t>Чого я так страшенно застидався&lt;br /&gt;</w:t>
        <w:br/>
        <w:t>при тих словах? Чого півперек меж,</w:t>
      </w:r>
    </w:p>
    <w:p>
      <w:r>
        <w:br/>
        <w:t>грядок, плотів навтеку я подався?&lt;br /&gt;</w:t>
        <w:br/>
        <w:t>Щось там в душі клубилося гірке,&lt;br /&gt;</w:t>
        <w:br/>
        <w:t>мов гріх тяжкий, незмитий пригадався.</w:t>
      </w:r>
    </w:p>
    <w:p>
      <w:r>
        <w:br/>
        <w:t>А он під хатою дитя сільське&lt;br /&gt;</w:t>
        <w:br/>
        <w:t>само, без мами, в чорній сорочині,&lt;br /&gt;</w:t>
        <w:br/>
        <w:t>не ходить ще, малесеньке таке…</w:t>
      </w:r>
    </w:p>
    <w:p>
      <w:r>
        <w:br/>
        <w:t>Пішла десь мати і дала дитині&lt;br /&gt;</w:t>
        <w:br/>
        <w:t>У ручку бульбу, а дитина в рот —&lt;br /&gt;</w:t>
        <w:br/>
        <w:t>і подавилась. Бачу я, вже сині</w:t>
      </w:r>
    </w:p>
    <w:p>
      <w:r>
        <w:br/>
        <w:t>зробились щічки, ояі в стовп, от-от&lt;br /&gt;</w:t>
        <w:br/>
        <w:t>задушиться дитина! Підбігаю,&lt;br /&gt;</w:t>
        <w:br/>
        <w:t>підніс, струснув і, як то наш народ</w:t>
      </w:r>
    </w:p>
    <w:p>
      <w:r>
        <w:br/>
        <w:t>в таких випадках робить, ударяю&lt;br /&gt;</w:t>
        <w:br/>
        <w:t>легенько в карк, і випала як стій&lt;br /&gt;</w:t>
        <w:br/>
        <w:t>із горла бульба. Легше віддихаю…</w:t>
      </w:r>
    </w:p>
    <w:p>
      <w:r>
        <w:br/>
        <w:t>Та переляканий хлопчина мій&lt;br /&gt;</w:t>
        <w:br/>
        <w:t>Як закричить! І вже прибігла мати&lt;br /&gt;</w:t>
        <w:br/>
        <w:t>і бачить: пан якийсь чужий…"Агій!"</w:t>
      </w:r>
    </w:p>
    <w:p>
      <w:r>
        <w:br/>
        <w:t>Мабуть, хоч мав би за сто літ вмирати,&lt;br /&gt;</w:t>
        <w:br/>
        <w:t>то не забуду того, як вона&lt;br /&gt;</w:t>
        <w:br/>
        <w:t>прожогом хопила дитя й до хати</w:t>
      </w:r>
    </w:p>
    <w:p>
      <w:r>
        <w:br/>
        <w:t>побігла, як ненависна, гнівна&lt;br /&gt;</w:t>
        <w:br/>
        <w:t>з очей її на мене іскра впала,&lt;br /&gt;</w:t>
        <w:br/>
        <w:t>як буркнула: "І що за сатана</w:t>
      </w:r>
    </w:p>
    <w:p>
      <w:r>
        <w:br/>
        <w:t>тут лазить і дитину налякала!&lt;br /&gt;</w:t>
        <w:br/>
        <w:t>А щоб ти, дідьку, голову зламав!&lt;br /&gt;</w:t>
        <w:br/>
        <w:t>Цить, квітко! Мама пана геть прогнала",</w:t>
      </w:r>
    </w:p>
    <w:p>
      <w:r>
        <w:br/>
        <w:t>Схилившися, я йшов і сумував:&lt;br /&gt;</w:t>
        <w:br/>
        <w:t>прокляття за добро — стара заплата!&lt;br /&gt;</w:t>
        <w:br/>
        <w:t>Мов з дьогтем мід, її я смакував.</w:t>
      </w:r>
    </w:p>
    <w:p>
      <w:r>
        <w:br/>
        <w:t>Край шляху коршма ось, брудна, патлата!&lt;br /&gt;</w:t>
        <w:br/>
        <w:t>Хоч день робучий, в коршмі гамір, шум,&lt;br /&gt;</w:t>
        <w:br/>
        <w:t>А перед нею сват термосить свата.</w:t>
      </w:r>
    </w:p>
    <w:p>
      <w:r>
        <w:br/>
        <w:t>"Ти кат, не сват!" — "А ти свиня, не кум!"&lt;br /&gt;</w:t>
        <w:br/>
        <w:t>"Став кварту ще!" — "Став ти, застав капоту!&lt;br /&gt;</w:t>
        <w:br/>
        <w:t>Я свій кожух пропив уже на глум!"</w:t>
      </w:r>
    </w:p>
    <w:p>
      <w:r>
        <w:br/>
        <w:t>Геть відси, геть! Тут ріки свого поту,&lt;br /&gt;</w:t>
        <w:br/>
        <w:t>на труту перепалені огнем,&lt;br /&gt;</w:t>
        <w:br/>
        <w:t>народ п'є "на здоров'я", "на охоту".</w:t>
      </w:r>
    </w:p>
    <w:p>
      <w:r>
        <w:br/>
        <w:t>Геть відси! Тьми тут, зопсуття едем,&lt;br /&gt;</w:t>
        <w:br/>
        <w:t>добробуту руїна, гріб моралі,&lt;br /&gt;</w:t>
        <w:br/>
        <w:t>цивілізація обернена вверх пнем.</w:t>
      </w:r>
    </w:p>
    <w:p>
      <w:r>
        <w:br/>
        <w:t>Мов під хреста вагою, йшов я далі.&lt;br /&gt;</w:t>
        <w:br/>
        <w:t>Радниця. Екзекутор. Три жиди.&lt;br /&gt;</w:t>
        <w:br/>
        <w:t>Війт, присяжні і сплакані, зів'ялі</w:t>
      </w:r>
    </w:p>
    <w:p>
      <w:r>
        <w:br/>
        <w:t>баби. А там купками, то в ряди&lt;br /&gt;</w:t>
        <w:br/>
        <w:t>накидані мужицькі лахи вбогі,&lt;br /&gt;</w:t>
        <w:br/>
        <w:t>кожухи, ярма, шлеї. "Тут клади</w:t>
      </w:r>
    </w:p>
    <w:p>
      <w:r>
        <w:br/>
        <w:t>податок, — так слова лунають строгі, —&lt;br /&gt;</w:t>
        <w:br/>
        <w:t>то фант віддам! Чи то від ваших сліз&lt;br /&gt;</w:t>
        <w:br/>
        <w:t>цісарський скарб наповниться, небоги?"</w:t>
      </w:r>
    </w:p>
    <w:p>
      <w:r>
        <w:br/>
        <w:t>Геть відси, геть! В пустиню, в поле, в ліс!&lt;br /&gt;</w:t>
        <w:br/>
        <w:t>Де б щохвилини отакі картини&lt;br /&gt;</w:t>
        <w:br/>
        <w:t>важкий в душі не діяли розріз!</w:t>
      </w:r>
    </w:p>
    <w:p>
      <w:r>
        <w:br/>
        <w:t>Ось поле ділання! В отсі хатини&lt;br /&gt;</w:t>
        <w:br/>
        <w:t>Я маю людськість, світло, мир нести!..&lt;br /&gt;</w:t>
        <w:br/>
        <w:t>Ввижається в уяві стать дитини,</w:t>
      </w:r>
    </w:p>
    <w:p>
      <w:r>
        <w:br/>
        <w:t>що море черпа ложкою. "Се ти, —&lt;br /&gt;</w:t>
        <w:br/>
        <w:t>кричить нутро моє, — смішний герою,&lt;br /&gt;</w:t>
        <w:br/>
        <w:t>сей океан кривд, горя, темноти</w:t>
      </w:r>
    </w:p>
    <w:p>
      <w:r>
        <w:br/>
        <w:t>рад вичерпати ложкою дрібною!"</w:t>
      </w:r>
    </w:p>
    <w:p>
      <w:r>
        <w:br/>
        <w:t>ОСЬ ПАНСЬКИЙ ДВІР! НА ЗГІР'Ї КРАЙ СЕЛА...</w:t>
      </w:r>
    </w:p>
    <w:p>
      <w:r>
        <w:br/>
        <w:t>Ось панський двір! На згір'ї край села&lt;br /&gt;</w:t>
        <w:br/>
        <w:t>пишається на сонці, наче рожа.&lt;br /&gt;</w:t>
        <w:br/>
        <w:t>Тиша довкола нього залягла.</w:t>
      </w:r>
    </w:p>
    <w:p>
      <w:r>
        <w:br/>
        <w:t>Старезні липи, мов жива сторожа,&lt;br /&gt;</w:t>
        <w:br/>
        <w:t>стоять при вході, клумби і травник,&lt;br /&gt;</w:t>
        <w:br/>
        <w:t>кругом жива глогова огорожа.</w:t>
      </w:r>
    </w:p>
    <w:p>
      <w:r>
        <w:br/>
        <w:t>крізь браму вглиб двора мій зір проник:&lt;br /&gt;</w:t>
        <w:br/>
        <w:t>увитий ґанок диким виноградом&lt;br /&gt;</w:t>
        <w:br/>
        <w:t>дрімає в тіні, як віддавна звик;</w:t>
      </w:r>
    </w:p>
    <w:p>
      <w:r>
        <w:br/>
        <w:t>НАЙГІРШЕ Я ЛЮДЕЙ БОЯВСЬ ТОДІ...</w:t>
      </w:r>
    </w:p>
    <w:p>
      <w:r>
        <w:br/>
        <w:t>Найгірше я людей боявсь тоді&lt;br /&gt;</w:t>
        <w:br/>
        <w:t>і обминав їх, мов болючу рану.&lt;br /&gt;</w:t>
        <w:br/>
        <w:t>Tужний їх вираз, лиця їх бліді&lt;br /&gt;</w:t>
        <w:br/>
        <w:t>болять мене, коли на них погляну.</w:t>
      </w:r>
    </w:p>
    <w:p>
      <w:r>
        <w:br/>
        <w:t>Я знав, в якій вони живуть біді,&lt;br /&gt;</w:t>
        <w:br/>
        <w:t>та як же я до помочі їм стану?&lt;br /&gt;</w:t>
        <w:br/>
        <w:t>Я знав, що пута їх міцні й тверді і,&lt;br /&gt;</w:t>
        <w:br/>
        <w:t>не зламавши їх, я марно зв'яну.</w:t>
      </w:r>
    </w:p>
    <w:p>
      <w:r>
        <w:br/>
        <w:t>О, я боявся їх, немов докору,&lt;br /&gt;</w:t>
        <w:br/>
        <w:t>мов зрадженої любки тихих сліз,&lt;br /&gt;</w:t>
        <w:br/>
        <w:t>неначе сам я винен був їх горю.</w:t>
      </w:r>
    </w:p>
    <w:p>
      <w:r>
        <w:br/>
        <w:t>Отим-то я щодня — відлюдок дикий —&lt;br /&gt;</w:t>
        <w:br/>
        <w:t>свій біль дрібний і сором свій великий&lt;br /&gt;</w:t>
        <w:br/>
        <w:t>ховав у серці і тікав у ліс.</w:t>
      </w:r>
    </w:p>
    <w:p>
      <w:r>
        <w:br/>
        <w:t>ПРИВІТ ТОБІ, МІЙ ДРУЖЕ ВІРНИЙ, ГАЮ...</w:t>
      </w:r>
    </w:p>
    <w:p>
      <w:r>
        <w:br/>
        <w:t>Привіт тобі, мій друже вірний, гаю,&lt;br /&gt;</w:t>
        <w:br/>
        <w:t>повірнику моїх найкращих дум!&lt;br /&gt;</w:t>
        <w:br/>
        <w:t>Все чисте, ясне, що лиш в серці маю,&lt;br /&gt;</w:t>
        <w:br/>
        <w:t>надихав свіжий запах твій і шум.</w:t>
      </w:r>
    </w:p>
    <w:p>
      <w:r>
        <w:br/>
        <w:t>На твоїх полянах, в відлюднім плаю&lt;br /&gt;</w:t>
        <w:br/>
        <w:t>я розсипав свій жаль, губив свій сум;&lt;br /&gt;</w:t>
        <w:br/>
        <w:t>у твоїх запахах, неначе в раю,&lt;br /&gt;</w:t>
        <w:br/>
        <w:t>окрилювався молодечий ум.</w:t>
      </w:r>
    </w:p>
    <w:p>
      <w:r>
        <w:br/>
        <w:t>Під скрип могутніх конарів дубових&lt;br /&gt;</w:t>
        <w:br/>
        <w:t>складались першії мої пісні,&lt;br /&gt;</w:t>
        <w:br/>
        <w:t>слабії відгуки твоїх пісень чудових.</w:t>
      </w:r>
    </w:p>
    <w:p>
      <w:r>
        <w:br/>
        <w:t>А в бурі рев, як громи навісні&lt;br /&gt;</w:t>
        <w:br/>
        <w:t>ламали твоїх велетнів корови,&lt;br /&gt;</w:t>
        <w:br/>
        <w:t>у твоїх криївках шукав я охорони.</w:t>
      </w:r>
    </w:p>
    <w:p>
      <w:r>
        <w:br/>
        <w:t>В ПЛЕН-ЕРІ</w:t>
      </w:r>
    </w:p>
    <w:p>
      <w:r>
        <w:br/>
        <w:t>МАМО-ПРИРОДО!...</w:t>
      </w:r>
    </w:p>
    <w:p>
      <w:r>
        <w:br/>
        <w:t>Мамо-природо!&lt;br /&gt;</w:t>
        <w:br/>
        <w:t>Хитра ти з біса!&lt;br /&gt;</w:t>
        <w:br/>
        <w:t>Вказуєш серцю безмірні простори,&lt;br /&gt;</w:t>
        <w:br/>
        <w:t>а життя замикаєш у клітку тісненьку,&lt;br /&gt;</w:t>
        <w:br/>
        <w:t>в мікроскопійную клітку.&lt;br /&gt;</w:t>
        <w:br/>
        <w:t>Уяву вабиш вічності фантомом,&lt;br /&gt;</w:t>
        <w:br/>
        <w:t>а даєш нам на страву моменти,&lt;br /&gt;</w:t>
        <w:br/>
        <w:t>самі короткі моменти.&lt;br /&gt;</w:t>
        <w:br/>
        <w:t>В душах розпалюєш&lt;br /&gt;</w:t>
        <w:br/>
        <w:t>дивні огні, і бажання, і тугу,&lt;br /&gt;</w:t>
        <w:br/>
        <w:t>а потім працюєш щосили,&lt;br /&gt;</w:t>
        <w:br/>
        <w:t>щоб погасити, здушити, притлумить&lt;br /&gt;</w:t>
        <w:br/>
        <w:t>пориви, що ти сама ж розбудила.&lt;br /&gt;</w:t>
        <w:br/>
        <w:t>Ллєш на них дійсності воду холодну,&lt;br /&gt;</w:t>
        <w:br/>
        <w:t>куєш їх у матер'ялізму кайдани,&lt;br /&gt;</w:t>
        <w:br/>
        <w:t>розчаруванням цупко обпалюєш крила…&lt;br /&gt;</w:t>
        <w:br/>
        <w:t>Цинічно, мамо, і немилосердно&lt;br /&gt;</w:t>
        <w:br/>
        <w:t>мечеш ти те, що найвище, найкраще,&lt;br /&gt;</w:t>
        <w:br/>
        <w:t>чим величаться б могла віковічно,&lt;br /&gt;</w:t>
        <w:br/>
        <w:t>як архітвором, —&lt;br /&gt;</w:t>
        <w:br/>
        <w:t>свиням під ноги.</w:t>
      </w:r>
    </w:p>
    <w:p>
      <w:r>
        <w:br/>
        <w:t>І невже ж ти не бачиш (здається,&lt;br /&gt;</w:t>
        <w:br/>
        <w:t>міліонами своїх очей&lt;br /&gt;</w:t>
        <w:br/>
        <w:t>могла б ти побачити дещо!),&lt;br /&gt;</w:t>
        <w:br/>
        <w:t>скілько горя, зовсім непотрібного горя,&lt;br /&gt;</w:t>
        <w:br/>
        <w:t>скільки муки, нічим невтишимої муки,&lt;br /&gt;</w:t>
        <w:br/>
        <w:t>завдаєш ти цинізмом отим&lt;br /&gt;</w:t>
        <w:br/>
        <w:t>найніжнішим, найліпшим, найкращим&lt;br /&gt;</w:t>
        <w:br/>
        <w:t>поміж твоїх дітей?&lt;br /&gt;</w:t>
        <w:br/>
        <w:t>І невже ж зрозуміть ти не можеш&lt;br /&gt;</w:t>
        <w:br/>
        <w:t>(та сума мізку, що день в день, рік-річно&lt;br /&gt;</w:t>
        <w:br/>
        <w:t>витворюєш, повинна би, здається,&lt;br /&gt;</w:t>
        <w:br/>
        <w:t>порозуміти дещо!),&lt;br /&gt;</w:t>
        <w:br/>
        <w:t>що пора би покинуть старії шаблони,&lt;br /&gt;</w:t>
        <w:br/>
        <w:t>добрі для всяких амеб, протозоїв,&lt;br /&gt;</w:t>
        <w:br/>
        <w:t>ехінодермів і міксоміцетів!&lt;br /&gt;</w:t>
        <w:br/>
        <w:t>Що вивчена на них твоя&lt;br /&gt;</w:t>
        <w:br/>
        <w:t>економія марнотратства&lt;br /&gt;</w:t>
        <w:br/>
        <w:t>не згожа для людей, для душ людських,&lt;br /&gt;</w:t>
        <w:br/>
        <w:t>як не згожий осел&lt;br /&gt;</w:t>
        <w:br/>
        <w:t>до гри на фортеп'яні.</w:t>
      </w:r>
    </w:p>
    <w:p>
      <w:r>
        <w:br/>
        <w:t>Подумай, мамо! Тут, на сій планеті,&lt;br /&gt;</w:t>
        <w:br/>
        <w:t>скінчився вже&lt;br /&gt;</w:t>
        <w:br/>
        <w:t>твій творчий Sturm und Drang; [1]&lt;br /&gt;</w:t>
        <w:br/>
        <w:t>той надмір сил, і соків, і тепла&lt;br /&gt;</w:t>
        <w:br/>
        <w:t>вже вичерпавсь, і замкнена навіки&lt;br /&gt;</w:t>
        <w:br/>
        <w:t>твоя тут творча карієра.</w:t>
      </w:r>
    </w:p>
    <w:p>
      <w:r>
        <w:br/>
        <w:t>Що ти могла найвищого створити —&lt;br /&gt;</w:t>
        <w:br/>
        <w:t>се чоловік. Із сих матеріалів,&lt;br /&gt;</w:t>
        <w:br/>
        <w:t>які тут маєш під рукою,&lt;br /&gt;</w:t>
        <w:br/>
        <w:t>хоч як не дмись,&lt;br /&gt;</w:t>
        <w:br/>
        <w:t>нічого кращого створить не зможеш.&lt;br /&gt;</w:t>
        <w:br/>
        <w:t>Тож час би, мамо, як старий той Ягве&lt;br /&gt;</w:t>
        <w:br/>
        <w:t>(нащо вже пан був строгий і скептичний!),&lt;br /&gt;</w:t>
        <w:br/>
        <w:t>сказать собі: "Спочину вже тепер!"&lt;br /&gt;</w:t>
        <w:br/>
        <w:t>Признать: "Отсе я гарне сотворила!"&lt;br /&gt;</w:t>
        <w:br/>
        <w:t>І заходиться сьому архітвору&lt;br /&gt;</w:t>
        <w:br/>
        <w:t>створити рай такий, як слід:&lt;br /&gt;</w:t>
        <w:br/>
        <w:t>не дерева, грушки, і ябка, й фіги,&lt;br /&gt;</w:t>
        <w:br/>
        <w:t>а рай в його нутрі,&lt;br /&gt;</w:t>
        <w:br/>
        <w:t>гармонію чуття і волі,&lt;br /&gt;</w:t>
        <w:br/>
        <w:t>думок і діл, бажання і знання.</w:t>
      </w:r>
    </w:p>
    <w:p>
      <w:r>
        <w:br/>
        <w:t>Ах, мамо, мамо!&lt;br /&gt;</w:t>
        <w:br/>
        <w:t>Довгі століття,&lt;br /&gt;</w:t>
        <w:br/>
        <w:t>тисячоліття ти водила нас за ніс,&lt;br /&gt;</w:t>
        <w:br/>
        <w:t>манила у безмежнії пустині&lt;br /&gt;</w:t>
        <w:br/>
        <w:t>фантомами безсмертя&lt;br /&gt;</w:t>
        <w:br/>
        <w:t>і перспективами метафізичних&lt;br /&gt;</w:t>
        <w:br/>
        <w:t>радощів раю.&lt;br /&gt;</w:t>
        <w:br/>
        <w:t>Ти заставляла нас за ті фантоми&lt;br /&gt;</w:t>
        <w:br/>
        <w:t>пролити море крові й сліз.&lt;br /&gt;</w:t>
        <w:br/>
        <w:t>За них горіли стоси,&lt;br /&gt;</w:t>
        <w:br/>
        <w:t>скрипіли колеса тортур,&lt;br /&gt;</w:t>
        <w:br/>
        <w:t>розпечені кліщі живеє рвали м'ясо,&lt;br /&gt;</w:t>
        <w:br/>
        <w:t>і міліони, міліони серць&lt;br /&gt;</w:t>
        <w:br/>
        <w:t>безмежна шарпала розпука.&lt;br /&gt;</w:t>
        <w:br/>
        <w:t>І що ж, вкінці доглупалися ми,&lt;br /&gt;</w:t>
        <w:br/>
        <w:t>що ті фантоми є собі фантоми,&lt;br /&gt;</w:t>
        <w:br/>
        <w:t>не варті мук, і крові, і страждання,&lt;br /&gt;</w:t>
        <w:br/>
        <w:t>що се є наші власні твори.&lt;br /&gt;</w:t>
        <w:br/>
        <w:t>Так кицька в дзеркалі&lt;br /&gt;</w:t>
        <w:br/>
        <w:t>безодню бачить, поки&lt;br /&gt;</w:t>
        <w:br/>
        <w:t>домацаєсь, що в нім нема нічого.</w:t>
      </w:r>
    </w:p>
    <w:p>
      <w:r>
        <w:br/>
        <w:t>Тріумф! Тріумф!&lt;br /&gt;</w:t>
        <w:br/>
        <w:t>За десять тисяч літ важкої праці&lt;br /&gt;</w:t>
        <w:br/>
        <w:t>цивілізації доходимо вкінці&lt;br /&gt;</w:t>
        <w:br/>
        <w:t>до тої точки, до якої кицька&lt;br /&gt;</w:t>
        <w:br/>
        <w:t>доходить за п'ять хвиль.&lt;br /&gt;</w:t>
        <w:br/>
        <w:t>І вздрівши, що за дзеркалом&lt;br /&gt;</w:t>
        <w:br/>
        <w:t>нема нічого,&lt;br /&gt;</w:t>
        <w:br/>
        <w:t>ми логікою кицьки розсудили,&lt;br /&gt;</w:t>
        <w:br/>
        <w:t>що й загалом нема безодні,&lt;br /&gt;</w:t>
        <w:br/>
        <w:t>нема нічого, лиш атом, момент&lt;br /&gt;</w:t>
        <w:br/>
        <w:t>і рух молекулярний.&lt;br /&gt;</w:t>
        <w:br/>
        <w:t>І ми були готові наплювати&lt;br /&gt;</w:t>
        <w:br/>
        <w:t>на всі ті мрії, туги і бажання,&lt;br /&gt;</w:t>
        <w:br/>
        <w:t>на всі ті безконечні перспективи,&lt;br /&gt;</w:t>
        <w:br/>
        <w:t>що ти сама ж нам, мамо,&lt;br /&gt;</w:t>
        <w:br/>
        <w:t>вложила в душу.&lt;br /&gt;</w:t>
        <w:br/>
        <w:t>Були готові згірдно відіпхнути&lt;br /&gt;</w:t>
        <w:br/>
        <w:t>і потоптать найвище і найкраще&lt;br /&gt;</w:t>
        <w:br/>
        <w:t>з всього, що ти дала нам, мамо,&lt;br /&gt;</w:t>
        <w:br/>
        <w:t>те, чим святе, високе і величне&lt;br /&gt;</w:t>
        <w:br/>
        <w:t>життя людськеє.</w:t>
      </w:r>
    </w:p>
    <w:p>
      <w:r>
        <w:br/>
        <w:t>Смієшся, мамо?&lt;br /&gt;</w:t>
        <w:br/>
        <w:t>Ти добре знаєш, се не може бути,&lt;br /&gt;</w:t>
        <w:br/>
        <w:t>се лиш хвилина боротьби, зневір'я,&lt;br /&gt;</w:t>
        <w:br/>
        <w:t>яких ти бачила вже міліони.&lt;br /&gt;</w:t>
        <w:br/>
        <w:t>Ти добре знаєш: ми твої є діти,&lt;br /&gt;</w:t>
        <w:br/>
        <w:t>слабі, нікчемні і капризні діти,&lt;br /&gt;</w:t>
        <w:br/>
        <w:t>і трошки рознервовані надміру,&lt;br /&gt;</w:t>
        <w:br/>
        <w:t>та все ж твої і рідні, й найлюбіші,&lt;br /&gt;</w:t>
        <w:br/>
        <w:t>і мусимо тебе любити, мамо!&lt;br /&gt;</w:t>
        <w:br/>
        <w:t>І хоч цікавим оком піддивились&lt;br /&gt;</w:t>
        <w:br/>
        <w:t>твої слабі й негарнії місця&lt;br /&gt;</w:t>
        <w:br/>
        <w:t>і здерли маску святості з лиця,&lt;br /&gt;</w:t>
        <w:br/>
        <w:t>розвіяли рожевий, поетичний&lt;br /&gt;</w:t>
        <w:br/>
        <w:t>туман, що ти вкривалась ним так довго,&lt;br /&gt;</w:t>
        <w:br/>
        <w:t>пізнали зблизька твій верстат,&lt;br /&gt;</w:t>
        <w:br/>
        <w:t>пізнали, як господарюєш ти, —&lt;br /&gt;</w:t>
        <w:br/>
        <w:t>то за старим туманом поетичним&lt;br /&gt;</w:t>
        <w:br/>
        <w:t>ми тисячі таких красот відкрили,&lt;br /&gt;</w:t>
        <w:br/>
        <w:t>таких чудес і чарів,&lt;br /&gt;</w:t>
        <w:br/>
        <w:t>що серце й ум в них тонуть, як у морі.</w:t>
      </w:r>
    </w:p>
    <w:p>
      <w:r>
        <w:br/>
        <w:t>І — що найвище — ми&lt;br /&gt;</w:t>
        <w:br/>
        <w:t>самих себе вілкрили!&lt;br /&gt;</w:t>
        <w:br/>
        <w:t>Відкрили власну душу,&lt;br /&gt;</w:t>
        <w:br/>
        <w:t>заглянули в верстат своїх думок,&lt;br /&gt;</w:t>
        <w:br/>
        <w:t>свого чуття, бажання і змагання,&lt;br /&gt;</w:t>
        <w:br/>
        <w:t>і там твою пізнали руку, мамо,&lt;br /&gt;</w:t>
        <w:br/>
        <w:t>твої закони.&lt;br /&gt;</w:t>
        <w:br/>
        <w:t>В тих снах пустих,&lt;br /&gt;</w:t>
        <w:br/>
        <w:t>в ілюзіях відвічних&lt;br /&gt;</w:t>
        <w:br/>
        <w:t>побачили таку ж реальну дійсність,&lt;br /&gt;</w:t>
        <w:br/>
        <w:t>такі ж великі явища, як в зорях,&lt;br /&gt;</w:t>
        <w:br/>
        <w:t>у Ніагари реві,&lt;br /&gt;</w:t>
        <w:br/>
        <w:t>у скелях Гімалаїв.&lt;br /&gt;</w:t>
        <w:br/>
        <w:t>І тут, у власному нутрі,&lt;br /&gt;</w:t>
        <w:br/>
        <w:t>ми віднайшли все те, що, бачилось,&lt;br /&gt;</w:t>
        <w:br/>
        <w:t>утратили в зовнішньому околі:&lt;br /&gt;</w:t>
        <w:br/>
        <w:t>гармонію, і вічність, і безмежність,&lt;br /&gt;</w:t>
        <w:br/>
        <w:t>і всі рожеві блиски ідеалу.</w:t>
      </w:r>
    </w:p>
    <w:p>
      <w:r>
        <w:br/>
        <w:t>Нехай життя — момент&lt;br /&gt;</w:t>
        <w:br/>
        <w:t>і зложене з моментів,&lt;br /&gt;</w:t>
        <w:br/>
        <w:t>ми вічність носимо в душі;&lt;br /&gt;</w:t>
        <w:br/>
        <w:t>нехай життя — борба,&lt;br /&gt;</w:t>
        <w:br/>
        <w:t>жорстокі, дикі лови,&lt;br /&gt;</w:t>
        <w:br/>
        <w:t>а в сфері духа є лиш різнородність!&lt;br /&gt;</w:t>
        <w:br/>
        <w:t>Різні тони, різні фарби,&lt;br /&gt;</w:t>
        <w:br/>
        <w:t>різні сили і змагання,&lt;br /&gt;</w:t>
        <w:br/>
        <w:t>мов тисячострунна арфа, —&lt;br /&gt;</w:t>
        <w:br/>
        <w:t>та всім струнам стрій один.&lt;br /&gt;</w:t>
        <w:br/>
        <w:t>Кождий тон і кождий відтінь —&lt;br /&gt;</w:t>
        <w:br/>
        <w:t>се момент один, промінчик,&lt;br /&gt;</w:t>
        <w:br/>
        <w:t>але в кождому моменті&lt;br /&gt;</w:t>
        <w:br/>
        <w:t>сяє вічності брильянт.</w:t>
      </w:r>
    </w:p>
    <w:p>
      <w:r>
        <w:br/>
        <w:t>ПО КОВЕРЦІ ПУРПУРОВІМ...</w:t>
      </w:r>
    </w:p>
    <w:p>
      <w:r>
        <w:br/>
        <w:t>По коверці пурпуровім&lt;br /&gt;</w:t>
        <w:br/>
        <w:t>із таємних сходу брам&lt;br /&gt;</w:t>
        <w:br/>
        <w:t>виїжджа на небо сонце,&lt;br /&gt;</w:t>
        <w:br/>
        <w:t>наче входить цар у храм.</w:t>
      </w:r>
    </w:p>
    <w:p>
      <w:r>
        <w:br/>
        <w:t>І в моє вікно зирнуло&lt;br /&gt;</w:t>
        <w:br/>
        <w:t>і сполошило стару,&lt;br /&gt;</w:t>
        <w:br/>
        <w:t>невідступну, невмолиму&lt;br /&gt;</w:t>
        <w:br/>
        <w:t>посидільницю журу.</w:t>
      </w:r>
    </w:p>
    <w:p>
      <w:r>
        <w:br/>
        <w:t>Ся стара, погана відьма&lt;br /&gt;</w:t>
        <w:br/>
        <w:t>тут сиділа цілу ніч&lt;br /&gt;</w:t>
        <w:br/>
        <w:t>і зміняла своїм чаром&lt;br /&gt;</w:t>
        <w:br/>
        <w:t>кожду думку, кожду річ.</w:t>
      </w:r>
    </w:p>
    <w:p>
      <w:r>
        <w:br/>
        <w:t>Кождий мебель був мій ворог,&lt;br /&gt;</w:t>
        <w:br/>
        <w:t>кожда книжка — то була&lt;br /&gt;</w:t>
        <w:br/>
        <w:t>п'явка, що систематично&lt;br /&gt;</w:t>
        <w:br/>
        <w:t>кров і мозок мій пила.</w:t>
      </w:r>
    </w:p>
    <w:p>
      <w:r>
        <w:br/>
        <w:t>Кожда добрість — то наївність,&lt;br /&gt;</w:t>
        <w:br/>
        <w:t>кождий друг — то хижий звір,&lt;br /&gt;</w:t>
        <w:br/>
        <w:t>кожда думка — то помилка,&lt;br /&gt;</w:t>
        <w:br/>
        <w:t>кождий спомин — то докір.</w:t>
      </w:r>
    </w:p>
    <w:p>
      <w:r>
        <w:br/>
        <w:t>А як свідомість болющу&lt;br /&gt;</w:t>
        <w:br/>
        <w:t>сон, мов свічку, загасив,&lt;br /&gt;</w:t>
        <w:br/>
        <w:t>чар її і в сонне царство&lt;br /&gt;</w:t>
        <w:br/>
        <w:t>тіні дійсності вносив.</w:t>
      </w:r>
    </w:p>
    <w:p>
      <w:r>
        <w:br/>
        <w:t>Все, що я кохав безмежно&lt;br /&gt;</w:t>
        <w:br/>
        <w:t>і що зрадило мене,&lt;br /&gt;</w:t>
        <w:br/>
        <w:t>все, що стратив, тут до мене&lt;br /&gt;</w:t>
        <w:br/>
        <w:t>підняло лице сумне.</w:t>
      </w:r>
    </w:p>
    <w:p>
      <w:r>
        <w:br/>
        <w:t>Молоді, гарячі сльози&lt;br /&gt;</w:t>
        <w:br/>
        <w:t>тут, мов рожі, зацвіли&lt;br /&gt;</w:t>
        <w:br/>
        <w:t>по стежках отих тернистих,&lt;br /&gt;</w:t>
        <w:br/>
        <w:t>де колись вони плили.</w:t>
      </w:r>
    </w:p>
    <w:p>
      <w:r>
        <w:br/>
        <w:t>Молода палкая туга,&lt;br /&gt;</w:t>
        <w:br/>
        <w:t>мов жебрачка в лахманах,&lt;br /&gt;</w:t>
        <w:br/>
        <w:t>все чогось іще шукала,&lt;br /&gt;</w:t>
        <w:br/>
        <w:t>топчучи зарослий шлях.</w:t>
      </w:r>
    </w:p>
    <w:p>
      <w:r>
        <w:br/>
        <w:t>Тільки віра молодая,&lt;br /&gt;</w:t>
        <w:br/>
        <w:t>мов загашений огень:&lt;br /&gt;</w:t>
        <w:br/>
        <w:t>купка попелу лишилась,&lt;br /&gt;</w:t>
        <w:br/>
        <w:t>обгорілий, чорний пень.</w:t>
      </w:r>
    </w:p>
    <w:p>
      <w:r>
        <w:br/>
        <w:t>І нараз пропали чари,&lt;br /&gt;</w:t>
        <w:br/>
        <w:t>сонце глипнуло в вікно!..&lt;br /&gt;</w:t>
        <w:br/>
        <w:t>Я прокинувся. Чи справді?&lt;br /&gt;</w:t>
        <w:br/>
        <w:t>Все те ще не так давно?</w:t>
      </w:r>
    </w:p>
    <w:p>
      <w:r>
        <w:br/>
        <w:t>Я ще не старий! Ще сила&lt;br /&gt;</w:t>
        <w:br/>
        <w:t>є в руках і у души!&lt;br /&gt;</w:t>
        <w:br/>
        <w:t>Ще поборемося, доле!&lt;br /&gt;</w:t>
        <w:br/>
        <w:t>Ну, попробуй, задуши!</w:t>
      </w:r>
    </w:p>
    <w:p>
      <w:r>
        <w:br/>
        <w:t>Я ще не старий! Не згинув&lt;br /&gt;</w:t>
        <w:br/>
        <w:t>ще для мене жизні зміст,&lt;br /&gt;</w:t>
        <w:br/>
        <w:t>хоч журба, хоч горе тисне —&lt;br /&gt;</w:t>
        <w:br/>
        <w:t>ні, ще я не песиміст!</w:t>
      </w:r>
    </w:p>
    <w:p>
      <w:r>
        <w:br/>
        <w:t>СУНЕ, СУНЕ ЧОРНА ХМАРА...</w:t>
      </w:r>
    </w:p>
    <w:p>
      <w:r>
        <w:br/>
        <w:t>Суне, суне чорна хмара,&lt;br /&gt;</w:t>
        <w:br/>
        <w:t>наче військо із полудня.&lt;br /&gt;</w:t>
        <w:br/>
        <w:t>Короговки сонце вкрили,&lt;br /&gt;</w:t>
        <w:br/>
        <w:t>за горою бубни бубнять.</w:t>
      </w:r>
    </w:p>
    <w:p>
      <w:r>
        <w:br/>
        <w:t>За горою бубни бубнять,&lt;br /&gt;</w:t>
        <w:br/>
        <w:t>у повітрі сурми грають,&lt;br /&gt;</w:t>
        <w:br/>
        <w:t>а блискучії шаблюки&lt;br /&gt;</w:t>
        <w:br/>
        <w:t>шахом-махом пітьму крають.</w:t>
      </w:r>
    </w:p>
    <w:p>
      <w:r>
        <w:br/>
        <w:t>Шахом-махом пітьму крають,&lt;br /&gt;</w:t>
        <w:br/>
        <w:t>своїм блиском сліплять очі;&lt;br /&gt;</w:t>
        <w:br/>
        <w:t>стогне небо, стогнуть гори,&lt;br /&gt;</w:t>
        <w:br/>
        <w:t>як гармата загуркоче.</w:t>
      </w:r>
    </w:p>
    <w:p>
      <w:r>
        <w:br/>
        <w:t>Як гармата загуркоче,&lt;br /&gt;</w:t>
        <w:br/>
        <w:t>куль холодних град засвище, —&lt;br /&gt;</w:t>
        <w:br/>
        <w:t>гей, заплачеш важко, небо,&lt;br /&gt;</w:t>
        <w:br/>
        <w:t>на те дике бойовище!</w:t>
      </w:r>
    </w:p>
    <w:p>
      <w:r>
        <w:br/>
        <w:t>У ДОЛИНІ СЕЛО ЛЕЖИТЬ...</w:t>
      </w:r>
    </w:p>
    <w:p>
      <w:r>
        <w:br/>
        <w:t>У долині село лежить,&lt;br /&gt;</w:t>
        <w:br/>
        <w:t>понад селом туман дрижить,&lt;br /&gt;</w:t>
        <w:br/>
        <w:t>а на горбі край села&lt;br /&gt;</w:t>
        <w:br/>
        <w:t>стоїть кузня немала.</w:t>
      </w:r>
    </w:p>
    <w:p>
      <w:r>
        <w:br/>
        <w:t>А в тій кузні коваль клепле,&lt;br /&gt;</w:t>
        <w:br/>
        <w:t>а в коваля серце тепле,&lt;br /&gt;</w:t>
        <w:br/>
        <w:t>а він клепле та й співа,&lt;br /&gt;</w:t>
        <w:br/>
        <w:t>всіх до кузні іззива.</w:t>
      </w:r>
    </w:p>
    <w:p>
      <w:r>
        <w:br/>
        <w:t>"Ходіть, люди, з хат, із поля!&lt;br /&gt;</w:t>
        <w:br/>
        <w:t>Тут кується краща доля.&lt;br /&gt;</w:t>
        <w:br/>
        <w:t>Ходіть люди, порану,&lt;br /&gt;</w:t>
        <w:br/>
        <w:t>вибивайтесь з туману!"</w:t>
      </w:r>
    </w:p>
    <w:p>
      <w:r>
        <w:br/>
        <w:t>Та тумани хитаються,&lt;br /&gt;</w:t>
        <w:br/>
        <w:t>понад селом згущаються,&lt;br /&gt;</w:t>
        <w:br/>
        <w:t>розляглися по полях,&lt;br /&gt;</w:t>
        <w:br/>
        <w:t>щоб затьмити людям шлях.</w:t>
      </w:r>
    </w:p>
    <w:p>
      <w:r>
        <w:br/>
        <w:t>Щоб закрити їм стежини&lt;br /&gt;</w:t>
        <w:br/>
        <w:t>ті, що вгору йдуть з долини,&lt;br /&gt;</w:t>
        <w:br/>
        <w:t>в тую кузню, де кують&lt;br /&gt;</w:t>
        <w:br/>
        <w:t>ясну зброю замість пут.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днів журби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