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Івікові журавлі</w:t>
      </w:r>
    </w:p>
    <w:p>
      <w:r>
        <w:br/>
        <w:t xml:space="preserve"> В Корінф, на свято бігу й співу,&lt;br /&gt;</w:t>
        <w:br/>
        <w:t>Куди безжурно й гомінливо&lt;br /&gt;</w:t>
        <w:br/>
        <w:t>Плив грецький люд з усіх округ,&lt;br /&gt;</w:t>
        <w:br/>
        <w:t>Спішився й Івік, божий друг.&lt;br /&gt;</w:t>
        <w:br/>
        <w:t>Дав Аполлон йому зарання&lt;br /&gt;</w:t>
        <w:br/>
        <w:t>Натхненний співотворчий дар;&lt;br /&gt;</w:t>
        <w:br/>
        <w:t>Тепер до Істму на змагання&lt;br /&gt;</w:t>
        <w:br/>
        <w:t>Із Регіума йшов пісняр.&lt;br /&gt;</w:t>
        <w:br/>
        <w:t>Уже з гори йому замріли&lt;br /&gt;</w:t>
        <w:br/>
        <w:t>Акрокорінфа мури білі;&lt;br /&gt;</w:t>
        <w:br/>
        <w:t>В священний Посеидонів гай&lt;br /&gt;</w:t>
        <w:br/>
        <w:t>Ввіходить з трепетом хожай.&lt;br /&gt;</w:t>
        <w:br/>
        <w:t>Ніде нікого в темнім лісі,&lt;br /&gt;</w:t>
        <w:br/>
        <w:t>Лише у небі журавлі,&lt;br /&gt;</w:t>
        <w:br/>
        <w:t>Що сірим шнуром простяглися&lt;br /&gt;</w:t>
        <w:br/>
        <w:t>Десь до теплішої землі.&lt;br /&gt;</w:t>
        <w:br/>
        <w:t>"Чолом, супутники крилаті,&lt;br /&gt;</w:t>
        <w:br/>
        <w:t>Мої по морю провожаті!&lt;br /&gt;</w:t>
        <w:br/>
        <w:t>Прикмета ця мені ясна —&lt;br /&gt;</w:t>
        <w:br/>
        <w:t>Нам доля випала одна.&lt;br /&gt;</w:t>
        <w:br/>
        <w:t>Мандруєм ми здаля в надії&lt;br /&gt;</w:t>
        <w:br/>
        <w:t>Притулок дружній десь найти;&lt;br /&gt;</w:t>
        <w:br/>
        <w:t>Хай гостелюбний Зевс укриє&lt;br /&gt;</w:t>
        <w:br/>
        <w:t>Нас од напасті й лихоти!"&lt;br /&gt;</w:t>
        <w:br/>
        <w:t>І рушив він вперед бадьоро,&lt;br /&gt;</w:t>
        <w:br/>
        <w:t>Та от зненацька серед бору&lt;br /&gt;</w:t>
        <w:br/>
        <w:t>Два душогуби, як змигнуть,&lt;br /&gt;</w:t>
        <w:br/>
        <w:t>Йому перепинили путь.&lt;br /&gt;</w:t>
        <w:br/>
        <w:t>Оборонявшися з принуки,&lt;br /&gt;</w:t>
        <w:br/>
        <w:t>Недовго вистояв віщун.&lt;br /&gt;</w:t>
        <w:br/>
        <w:t>Бо не до лука мав він руки,&lt;br /&gt;</w:t>
        <w:br/>
        <w:t>А до тендітних лірних струн.&lt;br /&gt;</w:t>
        <w:br/>
        <w:t>Людей, богів дарма взиває,&lt;br /&gt;</w:t>
        <w:br/>
        <w:t>Рятунку нівідкіль немає,&lt;br /&gt;</w:t>
        <w:br/>
        <w:t>І голос завмира в глуші —&lt;br /&gt;</w:t>
        <w:br/>
        <w:t>Ніде навколо ні душі...&lt;br /&gt;</w:t>
        <w:br/>
        <w:t>"Отак із світом розлучиться&lt;br /&gt;</w:t>
        <w:br/>
        <w:t>Я мушу тут, на чужині?&lt;br /&gt;</w:t>
        <w:br/>
        <w:t>Ніхто за мене не помститься&lt;br /&gt;</w:t>
        <w:br/>
        <w:t>І не заплаче по мені!"&lt;br /&gt;</w:t>
        <w:br/>
        <w:t>Упав. Аж ось понад ялини&lt;br /&gt;</w:t>
        <w:br/>
        <w:t>Знов ключ лопоче журавлиний;&lt;br /&gt;</w:t>
        <w:br/>
        <w:t>Із-за смертельної імли&lt;br /&gt;</w:t>
        <w:br/>
        <w:t>Він чує їх "курли-курли".&lt;br /&gt;</w:t>
        <w:br/>
        <w:t>"О журавлі! Коли нізвідки&lt;br /&gt;</w:t>
        <w:br/>
        <w:t>Нема рятунку, прошу вас,&lt;br /&gt;</w:t>
        <w:br/>
        <w:t>Мого убивства будьте свідки..." —&lt;br /&gt;</w:t>
        <w:br/>
        <w:t>Гукнув, і зір його погас.&lt;br /&gt;</w:t>
        <w:br/>
        <w:t>Знайшли небавом мертве тіло,&lt;br /&gt;</w:t>
        <w:br/>
        <w:t>Й корінфський приятель здуміло&lt;br /&gt;</w:t>
        <w:br/>
        <w:t>(Хоч і збагнітувано труп)&lt;br /&gt;</w:t>
        <w:br/>
        <w:t>Впізнав того, хто серцю люб.&lt;br /&gt;</w:t>
        <w:br/>
        <w:t>"Не ждав я зустрічі такої,&lt;br /&gt;</w:t>
        <w:br/>
        <w:t>Уста співочії мовчать...&lt;br /&gt;</w:t>
        <w:br/>
        <w:t>А я ж гадав вінком із хвої&lt;br /&gt;</w:t>
        <w:br/>
        <w:t>Славетні скроні увінчать!"&lt;br /&gt;</w:t>
        <w:br/>
        <w:t>І радощі гучного свята&lt;br /&gt;</w:t>
        <w:br/>
        <w:t>Тяжка охмарила утрата:&lt;br /&gt;</w:t>
        <w:br/>
        <w:t>Не стало славного співця,&lt;br /&gt;</w:t>
        <w:br/>
        <w:t>Жаль огорнув усі серця.&lt;br /&gt;</w:t>
        <w:br/>
        <w:t>І вже юрбою до притана&lt;br /&gt;</w:t>
        <w:br/>
        <w:t>Обурений подався люд —&lt;br /&gt;</w:t>
        <w:br/>
        <w:t>Хай мста звершиться невблаганна,&lt;br /&gt;</w:t>
        <w:br/>
        <w:t>Убивцеві кривавий суд!&lt;br /&gt;</w:t>
        <w:br/>
        <w:t>Та як серед такого тлуму,&lt;br /&gt;</w:t>
        <w:br/>
        <w:t>Де люду, як на морі шуму,&lt;br /&gt;</w:t>
        <w:br/>
        <w:t>Серед такої многоти&lt;br /&gt;</w:t>
        <w:br/>
        <w:t>Сліди" злочинця віднайти?&lt;br /&gt;</w:t>
        <w:br/>
        <w:t>Чи то розбійник був затятий,&lt;br /&gt;</w:t>
        <w:br/>
        <w:t>Чи, може, ворог потайний?&lt;br /&gt;</w:t>
        <w:br/>
        <w:t>Лиш Геліос те може знати,&lt;br /&gt;</w:t>
        <w:br/>
        <w:t>Що осяває круг земний.&lt;br /&gt;</w:t>
        <w:br/>
        <w:t>Він, може, тут десь, між товпою,&lt;br /&gt;</w:t>
        <w:br/>
        <w:t>Іде зухвалою ступою,&lt;br /&gt;</w:t>
        <w:br/>
        <w:t>Його шукає правда-мста,&lt;br /&gt;</w:t>
        <w:br/>
        <w:t>А він з убивства користа.&lt;br /&gt;</w:t>
        <w:br/>
        <w:t>Чи в храмі у жертовну ватру&lt;br /&gt;</w:t>
        <w:br/>
        <w:t>Куріння докида блюзнір,&lt;br /&gt;</w:t>
        <w:br/>
        <w:t>Чи, може, суне до театру,&lt;br /&gt;</w:t>
        <w:br/>
        <w:t>У гомінкий ввіллявшись вир?&lt;br /&gt;</w:t>
        <w:br/>
        <w:t>Набився вщерть театр просторий,&lt;br /&gt;</w:t>
        <w:br/>
        <w:t>Аж чути, як тріщать підпори;&lt;br /&gt;</w:t>
        <w:br/>
        <w:t>Вже дійство починать пора,&lt;br /&gt;</w:t>
        <w:br/>
        <w:t>І люд шумить, мов море гра.&lt;br /&gt;</w:t>
        <w:br/>
        <w:t>Як хвиля, лави заливає,&lt;br /&gt;</w:t>
        <w:br/>
        <w:t>Пойма за ступенем ступінь,&lt;br /&gt;</w:t>
        <w:br/>
        <w:t>Хисткими вінцями сягає&lt;br /&gt;</w:t>
        <w:br/>
        <w:t>Аж ген у неба голубінь.&lt;br /&gt;</w:t>
        <w:br/>
        <w:t>Зійшлось на урочисте свято&lt;br /&gt;</w:t>
        <w:br/>
        <w:t>Там еллінських племен багато,&lt;br /&gt;</w:t>
        <w:br/>
        <w:t>З яких лиш не було країн:&lt;br /&gt;</w:t>
        <w:br/>
        <w:t>З Авліди, Спарти, із Афін,&lt;br /&gt;</w:t>
        <w:br/>
        <w:t>З Фокіди й Азії Малої,&lt;br /&gt;</w:t>
        <w:br/>
        <w:t>З близьких і дальніх островів...&lt;br /&gt;</w:t>
        <w:br/>
        <w:t>Всі слухають у неспокої&lt;br /&gt;</w:t>
        <w:br/>
        <w:t>Похмурий спів, що хор завів.&lt;br /&gt;</w:t>
        <w:br/>
        <w:t>Поважно й строго він круг кону&lt;br /&gt;</w:t>
        <w:br/>
        <w:t>Іде по давньому закону,&lt;br /&gt;</w:t>
        <w:br/>
        <w:t>Зірнувши десь із глибини.&lt;br /&gt;</w:t>
        <w:br/>
        <w:t>Що за створіння? Хто вони?&lt;br /&gt;</w:t>
        <w:br/>
        <w:t>Не ходять так земні істоти,&lt;br /&gt;</w:t>
        <w:br/>
        <w:t>Уроджені із смертних лон!&lt;br /&gt;</w:t>
        <w:br/>
        <w:t>То все мов велетні супроти&lt;br /&gt;</w:t>
        <w:br/>
        <w:t>Постави й зросту людських жон.&lt;br /&gt;</w:t>
        <w:br/>
        <w:t>Плахіття чорне їм круг стану,&lt;br /&gt;</w:t>
        <w:br/>
        <w:t>І смолоскипи хмуро й тьмяно&lt;br /&gt;</w:t>
        <w:br/>
        <w:t>В безм'язих палахтять руках,&lt;br /&gt;</w:t>
        <w:br/>
        <w:t>Безкровні лиця сіють жах,&lt;br /&gt;</w:t>
        <w:br/>
        <w:t>А там, де всякий земнорідний&lt;br /&gt;</w:t>
        <w:br/>
        <w:t>Волосся має над чолом,&lt;br /&gt;</w:t>
        <w:br/>
        <w:t>У них лиш змії та єхидни&lt;br /&gt;</w:t>
        <w:br/>
        <w:t>Отруйним вихряться клубком.&lt;br /&gt;</w:t>
        <w:br/>
        <w:t>По колу спроквола проходять&lt;br /&gt;</w:t>
        <w:br/>
        <w:t>І гімн понурий свій заводять,&lt;br /&gt;</w:t>
        <w:br/>
        <w:t>Що серце крає, душу рве,&lt;br /&gt;</w:t>
        <w:br/>
        <w:t>На душогуба кару зве.&lt;br /&gt;</w:t>
        <w:br/>
        <w:t>Лунає грізний спів ериній,&lt;br /&gt;</w:t>
        <w:br/>
        <w:t>Ворожий дзвону лірних струн,&lt;br /&gt;</w:t>
        <w:br/>
        <w:t>І кожен гук живій людині&lt;br /&gt;</w:t>
        <w:br/>
        <w:t>Б'є в кров і мозок, мов перун.&lt;br /&gt;</w:t>
        <w:br/>
        <w:t>"Блажен, у кім душа невинна,&lt;br /&gt;</w:t>
        <w:br/>
        <w:t>Хто серцем чистий, як дитина!&lt;br /&gt;</w:t>
        <w:br/>
        <w:t>До нього не підступим ми,&lt;br /&gt;</w:t>
        <w:br/>
        <w:t>Хай вільно ходить між людьми.&lt;br /&gt;</w:t>
        <w:br/>
        <w:t>Та горе, горе, хто таємно&lt;br /&gt;</w:t>
        <w:br/>
        <w:t>Звершив убивства гріх тяжкий!&lt;br /&gt;</w:t>
        <w:br/>
        <w:t>За ним із темряви недремно&lt;br /&gt;</w:t>
        <w:br/>
        <w:t>Наш месницький пантрує рій.&lt;br /&gt;</w:t>
        <w:br/>
        <w:t>Ми плем'я хиже і завзяте,&lt;br /&gt;</w:t>
        <w:br/>
        <w:t>Втекти од нас шкода й гадати,&lt;br /&gt;</w:t>
        <w:br/>
        <w:t>Він не сховається ніде,&lt;br /&gt;</w:t>
        <w:br/>
        <w:t>В сильце чи пастку упаде.&lt;br /&gt;</w:t>
        <w:br/>
        <w:t>Невтомно ми по його сліду&lt;br /&gt;</w:t>
        <w:br/>
        <w:t>І невблаганно грядемо,&lt;br /&gt;</w:t>
        <w:br/>
        <w:t>Так аж до самого Аїду,—&lt;br /&gt;</w:t>
        <w:br/>
        <w:t>І там спочити не дамо!"&lt;br /&gt;</w:t>
        <w:br/>
        <w:t>Перед притишеним народом&lt;br /&gt;</w:t>
        <w:br/>
        <w:t>Снуються хмурим хороводом,&lt;br /&gt;</w:t>
        <w:br/>
        <w:t>І вже, здається, повіва&lt;br /&gt;</w:t>
        <w:br/>
        <w:t>Навколо подих божества.&lt;br /&gt;</w:t>
        <w:br/>
        <w:t>Отак по давньому закону,&lt;br /&gt;</w:t>
        <w:br/>
        <w:t>Врочисті, дивні та страшні,&lt;br /&gt;</w:t>
        <w:br/>
        <w:t>Поволі обійшли круг кону&lt;br /&gt;</w:t>
        <w:br/>
        <w:t>І щезли десь у глибині.&lt;br /&gt;</w:t>
        <w:br/>
        <w:t>Ця суміш правди і облуди&lt;br /&gt;</w:t>
        <w:br/>
        <w:t>Проймає трепетом ще груди,&lt;br /&gt;</w:t>
        <w:br/>
        <w:t>Всі подивляють міць страшну,&lt;br /&gt;</w:t>
        <w:br/>
        <w:t>Що долі чує таїну,&lt;br /&gt;</w:t>
        <w:br/>
        <w:t>Що незбагненно, незглибимо&lt;br /&gt;</w:t>
        <w:br/>
        <w:t>Підозру в певність одміня,&lt;br /&gt;</w:t>
        <w:br/>
        <w:t>Серцям об'явлюється зримо,&lt;br /&gt;</w:t>
        <w:br/>
        <w:t>Хоч уникає світла дня.&lt;br /&gt;</w:t>
        <w:br/>
        <w:t>І раптом десь там на узвишші&lt;br /&gt;</w:t>
        <w:br/>
        <w:t>Почувся голос серед тиші:&lt;br /&gt;</w:t>
        <w:br/>
        <w:t>"Глянь, Тимотею,— віддалі&lt;br /&gt;</w:t>
        <w:br/>
        <w:t>Не Івікові журавлі?"&lt;br /&gt;</w:t>
        <w:br/>
        <w:t>І небо зразу потемніло,&lt;br /&gt;</w:t>
        <w:br/>
        <w:t>І над театром пролетів,&lt;br /&gt;</w:t>
        <w:br/>
        <w:t>Розгортуючись чорнокрило,&lt;br /&gt;</w:t>
        <w:br/>
        <w:t>Ключ перелітних журавлів.&lt;br /&gt;</w:t>
        <w:br/>
        <w:t>"Що, Івік?" —всі захвилювались,&lt;br /&gt;</w:t>
        <w:br/>
        <w:t>Серця новим жалем озвались;&lt;br /&gt;</w:t>
        <w:br/>
        <w:t>Як море хвилями хита,&lt;br /&gt;</w:t>
        <w:br/>
        <w:t>Так котиться із уст в уста:&lt;br /&gt;</w:t>
        <w:br/>
        <w:t>"Наш Івік, що по нім всі плачуть,&lt;br /&gt;</w:t>
        <w:br/>
        <w:t>Що впав од ницих розбишак?&lt;br /&gt;</w:t>
        <w:br/>
        <w:t>Хто це сказав? І що це значить?&lt;br /&gt;</w:t>
        <w:br/>
        <w:t>Ці птахи — що воно за знак?"&lt;br /&gt;</w:t>
        <w:br/>
        <w:t>Все дужчає тривожний гомін,&lt;br /&gt;</w:t>
        <w:br/>
        <w:t>В серцях і провість, і напомин&lt;br /&gt;</w:t>
        <w:br/>
        <w:t>Спалахує: "Це певний слід,&lt;br /&gt;</w:t>
        <w:br/>
        <w:t>Нехибна помста евменід!&lt;br /&gt;</w:t>
        <w:br/>
        <w:t>Це видав сам себе раптово&lt;br /&gt;</w:t>
        <w:br/>
        <w:t>Той, хто співця замордував,—&lt;br /&gt;</w:t>
        <w:br/>
        <w:t>Беріть того, хто мовив слово,&lt;br /&gt;</w:t>
        <w:br/>
        <w:t>Й того, кому він промовляв!"&lt;br /&gt;</w:t>
        <w:br/>
        <w:t>Що з уст зірвалось, не вернути:&lt;br /&gt;</w:t>
        <w:br/>
        <w:t>Убивця, сам на себе лютий,&lt;br /&gt;</w:t>
        <w:br/>
        <w:t>Увесь із ляку побілів...&lt;br /&gt;</w:t>
        <w:br/>
        <w:t>Яких іще тут треба слів?&lt;br /&gt;</w:t>
        <w:br/>
        <w:t>І вже їх тягнуть всі юрбою,&lt;br /&gt;</w:t>
        <w:br/>
        <w:t>І суд вершиться на кону,&lt;br /&gt;</w:t>
        <w:br/>
        <w:t>І, помсти вражені стрілою,&lt;br /&gt;</w:t>
        <w:br/>
        <w:t>Злочинці визнають вину.</w:t>
      </w:r>
    </w:p>
    <w:p>
      <w:r>
        <w:br/>
        <w:t>Переклад М. Лукаша</w:t>
      </w:r>
    </w:p>
    <w:p>
      <w:r>
        <w:br/>
        <w:t>Аполлон — бог, покровитель мистецтва у давніх греків.&lt;br /&gt;</w:t>
        <w:br/>
        <w:t>Посейдонів гай — гай, присвячений богові Посейдону, покровителю морів.&lt;br /&gt;</w:t>
        <w:br/>
        <w:t>Зевс — бог-громовержець, головний бог у давніх греків.&lt;br /&gt;</w:t>
        <w:br/>
        <w:t>Збагнітувано — знівечено.&lt;br /&gt;</w:t>
        <w:br/>
        <w:t>Приган — суддя.&lt;br /&gt;</w:t>
        <w:br/>
        <w:t>Геліос — давньогрецький бог сонця.&lt;br /&gt;</w:t>
        <w:br/>
        <w:t>Еринії — богині помсти, які пізніше перетворилися на милостивих богинь-евменід.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Івікові журавлі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