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Івасиків Канарок</w:t>
      </w:r>
    </w:p>
    <w:p>
      <w:r>
        <w:br/>
        <w:t xml:space="preserve"> &lt;p&gt;У малого Івасика жив Канарок, такий жвавий, такий щебетун! То витьохкує, мов соловейко, то сюрчить, то щось швидко говорить своєю пташиною мовою.</w:t>
      </w:r>
    </w:p>
    <w:p>
      <w:r>
        <w:br/>
        <w:t>— Що він каже? — питається в тата Івасик.</w:t>
      </w:r>
    </w:p>
    <w:p>
      <w:r>
        <w:br/>
        <w:t>— То він золоте літо накликає,— усміхається тато.</w:t>
      </w:r>
    </w:p>
    <w:p>
      <w:r>
        <w:br/>
        <w:t>І таки накликав Канарок літо. Стало сонячно, тепло. Клітку винесли на балкон, і Канарок заспівав іще дзвінкіше. Сонце всміхнулось, а топольки біля будинку як заслухаються, то й шуміти перестають — ні шелеснуть. Отакий співун цей маленький Канарок!</w:t>
      </w:r>
    </w:p>
    <w:p>
      <w:r>
        <w:br/>
        <w:t>Кожного ранку Івасик бере конопляне насіння, сипле в клітку:</w:t>
      </w:r>
    </w:p>
    <w:p>
      <w:r>
        <w:br/>
        <w:t>— Снідай, Канарику!</w:t>
      </w:r>
    </w:p>
    <w:p>
      <w:r>
        <w:br/>
        <w:t>Пташина злетить із жердини та й клює зерно. Потім підніме голівку, погляне на Івасика блискучими очицями і щось пропищить. Івасик уже знає, що Канарок дякує за корм.</w:t>
      </w:r>
    </w:p>
    <w:p>
      <w:r>
        <w:br/>
        <w:t>Якось на балкон прилетів Горобець. Канарок саме купався — аж бризки летіли з ванночки, Горобець почекав, поки той сів на жердину, та як зацвірінькає!</w:t>
      </w:r>
    </w:p>
    <w:p>
      <w:r>
        <w:br/>
        <w:t>— Про що він? — спитав Івасик у тата.</w:t>
      </w:r>
    </w:p>
    <w:p>
      <w:r>
        <w:br/>
        <w:t>— Хвалиться, що в пісочку купатися краще, аніж у воді.</w:t>
      </w:r>
    </w:p>
    <w:p>
      <w:r>
        <w:br/>
        <w:t>— Який дурненький! — засміявся Івасик.</w:t>
      </w:r>
    </w:p>
    <w:p>
      <w:r>
        <w:br/>
        <w:t>Горобець ображено чиргикнув і полетів. Та надвечір, як тільки Канарок заспівав, Горобець пурх — і сів біля клітки. Подружили птахи. Горобчик джергоче, Канарок сюрчить, цокає, пищить. Івасик не міг зрозуміти, про що вони так жваво розмовляють. Тато пояснив:</w:t>
      </w:r>
    </w:p>
    <w:p>
      <w:r>
        <w:br/>
        <w:t>— Бачиш, який жовто-зелений піджачок у нашого Канарика? А в Горобця — сірий. От він і розпитує про пташину майстерню, щоб і собі замовити таке гарне вбрання.</w:t>
      </w:r>
    </w:p>
    <w:p>
      <w:r>
        <w:br/>
        <w:t>— А Канарок знає, де та майстерня?</w:t>
      </w:r>
    </w:p>
    <w:p>
      <w:r>
        <w:br/>
        <w:t>— Звичайно, знає. Чуєш, він розтлумачує Горобчику. Отам, каже, за горою, в діброві...</w:t>
      </w:r>
    </w:p>
    <w:p>
      <w:r>
        <w:br/>
        <w:t>— А хто працює в тій майстерні?</w:t>
      </w:r>
    </w:p>
    <w:p>
      <w:r>
        <w:br/>
        <w:t>— Хто? Ну, сороки-білобоки і галки... От не знаю, чи шиє там їжачок — це ж такий майстер, що завжди з голками ходить.</w:t>
      </w:r>
    </w:p>
    <w:p>
      <w:r>
        <w:br/>
        <w:t>— А Горобчикові теж буде красиво в жовто-зеленому, правда? — радів Івасик.</w:t>
      </w:r>
    </w:p>
    <w:p>
      <w:r>
        <w:br/>
        <w:t>— Авжеж,— сказав тато.</w:t>
      </w:r>
    </w:p>
    <w:p>
      <w:r>
        <w:br/>
        <w:t>Наступного дня, прийшовши з роботи, тато побачив: клітка порожня!</w:t>
      </w:r>
    </w:p>
    <w:p>
      <w:r>
        <w:br/>
        <w:t>— А де Канарок, Івасику?</w:t>
      </w:r>
    </w:p>
    <w:p>
      <w:r>
        <w:br/>
        <w:t>— Полетів до майстерні. Отуди за гору, в діброву.</w:t>
      </w:r>
    </w:p>
    <w:p>
      <w:r>
        <w:br/>
        <w:t>— Чого? — здивувався тато.— Йому ж не треба...</w:t>
      </w:r>
    </w:p>
    <w:p>
      <w:r>
        <w:br/>
        <w:t>— Та Горобчик дуже бідкався, що не може знайти майстерні, просив показати. От я й випустив Канарика — хай допоможе другові. А що?</w:t>
      </w:r>
    </w:p>
    <w:p>
      <w:r>
        <w:br/>
        <w:t>— Та нічого... Ти молодець, що розумієш по-пташиному.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Івасиків Канарок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