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Іван Сірко — великий характерник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Іван Сірко — великий характерник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