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Юрій Гінда</w:t>
      </w:r>
    </w:p>
    <w:p>
      <w:r>
        <w:br/>
        <w:t xml:space="preserve"> В Буковині добре бути,&lt;br /&gt;</w:t>
        <w:br/>
        <w:t>бо і Шипіт в Буковині.&lt;br /&gt;</w:t>
        <w:br/>
        <w:t>Там гуляють сто опришків&lt;br /&gt;</w:t>
        <w:br/>
        <w:t>з топірцями при долині.&lt;br /&gt;</w:t>
        <w:br/>
        <w:t>А горівка в перебоях,&lt;br /&gt;</w:t>
        <w:br/>
        <w:t>і цигани аж з Молдови;&lt;br /&gt;</w:t>
        <w:br/>
        <w:t>На опришках — срібло, злото,&lt;br /&gt;</w:t>
        <w:br/>
        <w:t>на дівчатах — чорні брови.</w:t>
      </w:r>
    </w:p>
    <w:p>
      <w:r>
        <w:br/>
        <w:t>А там далі, при убочі,&lt;br /&gt;</w:t>
        <w:br/>
        <w:t>там стояли три побої,&lt;br /&gt;</w:t>
        <w:br/>
        <w:t>А в побоях не маєтки,&lt;br /&gt;</w:t>
        <w:br/>
        <w:t>не світлиці, не покої, —&lt;br /&gt;</w:t>
        <w:br/>
        <w:t>Але що ж то вам казати,&lt;br /&gt;</w:t>
        <w:br/>
        <w:t>коли годі уповісти!..&lt;br /&gt;</w:t>
        <w:br/>
        <w:t>Що столів там, що коверів,&lt;br /&gt;</w:t>
        <w:br/>
        <w:t>що там пити, що там їсти!</w:t>
      </w:r>
    </w:p>
    <w:p>
      <w:r>
        <w:br/>
        <w:t>Гей, то славна Буковина!&lt;br /&gt;</w:t>
        <w:br/>
        <w:t>Сіль і хліб їй не бракує,&lt;br /&gt;</w:t>
        <w:br/>
        <w:t>А пан двірник, русин з роду,&lt;br /&gt;</w:t>
        <w:br/>
        <w:t>свої гості не рахує;&lt;br /&gt;</w:t>
        <w:br/>
        <w:t>У хоромах пута меду,&lt;br /&gt;</w:t>
        <w:br/>
        <w:t>коновками п'ються вина,&lt;br /&gt;</w:t>
        <w:br/>
        <w:t>А в світлицях тілько світла,&lt;br /&gt;</w:t>
        <w:br/>
        <w:t>що би-сь думав: тамка днина.</w:t>
      </w:r>
    </w:p>
    <w:p>
      <w:r>
        <w:br/>
        <w:t>На підсіню також ясно,&lt;br /&gt;</w:t>
        <w:br/>
        <w:t>там підклади настелені.&lt;br /&gt;</w:t>
        <w:br/>
        <w:t>Там засіли три бояни,&lt;br /&gt;</w:t>
        <w:br/>
        <w:t>що май славні в Буковині,&lt;br /&gt;</w:t>
        <w:br/>
        <w:t>Та й на лірах пригравають,&lt;br /&gt;</w:t>
        <w:br/>
        <w:t>піють пісні давній славі:&lt;br /&gt;</w:t>
        <w:br/>
        <w:t>О Нечаю, о Морозі,&lt;br /&gt;</w:t>
        <w:br/>
        <w:t>о Хмельницькім і о Саві.</w:t>
      </w:r>
    </w:p>
    <w:p>
      <w:r>
        <w:br/>
        <w:t>У світлиці за столами&lt;br /&gt;</w:t>
        <w:br/>
        <w:t>пан капітан гайдамацький:&lt;br /&gt;</w:t>
        <w:br/>
        <w:t>Червінь-злото в очі ловить,&lt;br /&gt;</w:t>
        <w:br/>
        <w:t>молод, красний, стан козацький.&lt;br /&gt;</w:t>
        <w:br/>
        <w:t>За столом ся розлягає&lt;br /&gt;</w:t>
        <w:br/>
        <w:t>ясний топір коло него,&lt;br /&gt;</w:t>
        <w:br/>
        <w:t>Дві му дівці на колінах —&lt;br /&gt;</w:t>
        <w:br/>
        <w:t>я міркую: буде з него.</w:t>
      </w:r>
    </w:p>
    <w:p>
      <w:r>
        <w:br/>
        <w:t>Буде, буде, пане Гіндо,&lt;br /&gt;</w:t>
        <w:br/>
        <w:t>бо дівки то — ніби ружі:&lt;br /&gt;</w:t>
        <w:br/>
        <w:t>Що то красні, чорноброві,&lt;br /&gt;</w:t>
        <w:br/>
        <w:t>що то рослі, що то дужі;&lt;br /&gt;</w:t>
        <w:br/>
        <w:t>А веселі ти, веселі,&lt;br /&gt;</w:t>
        <w:br/>
        <w:t>ніби рибка, що гуляє,&lt;br /&gt;</w:t>
        <w:br/>
        <w:t>Бо пан двірник — то їх батько, —&lt;br /&gt;</w:t>
        <w:br/>
        <w:t>жартувати не спирає.</w:t>
      </w:r>
    </w:p>
    <w:p>
      <w:r>
        <w:br/>
        <w:t>Що вни Гінду полюбили,&lt;br /&gt;</w:t>
        <w:br/>
        <w:t>то нема вже що й казати!&lt;br /&gt;</w:t>
        <w:br/>
        <w:t>Зрештов, люди, не дивуйте:&lt;br /&gt;</w:t>
        <w:br/>
        <w:t>як же Гінду не кохати,&lt;br /&gt;</w:t>
        <w:br/>
        <w:t>Коли гойний, коли буйний,&lt;br /&gt;</w:t>
        <w:br/>
        <w:t>коли красний і хороший,&lt;br /&gt;</w:t>
        <w:br/>
        <w:t>Коли хлопців має двісті,&lt;br /&gt;</w:t>
        <w:br/>
        <w:t>а три бодні повні грошей.</w:t>
      </w:r>
    </w:p>
    <w:p>
      <w:r>
        <w:br/>
        <w:t>П'є, сміється Юрій Гінда,&lt;br /&gt;</w:t>
        <w:br/>
        <w:t>з дівочками ся голубить...&lt;br /&gt;</w:t>
        <w:br/>
        <w:t>Уповіжте, люди добрі:&lt;br /&gt;</w:t>
        <w:br/>
        <w:t>з них обох котру він любить —&lt;br /&gt;</w:t>
        <w:br/>
        <w:t>Ци Марію, ци Аксеню?&lt;br /&gt;</w:t>
        <w:br/>
        <w:t>Хто то годен зміркувати! —&lt;br /&gt;</w:t>
        <w:br/>
        <w:t>Він і сам уже не знає,&lt;br /&gt;</w:t>
        <w:br/>
        <w:t>з них котру му май кохати.</w:t>
      </w:r>
    </w:p>
    <w:p>
      <w:r>
        <w:br/>
        <w:t>Бо обидві красавиці —&lt;br /&gt;</w:t>
        <w:br/>
        <w:t>не іначей, але страта:&lt;br /&gt;</w:t>
        <w:br/>
        <w:t>Що там очі за цигирні,&lt;br /&gt;</w:t>
        <w:br/>
        <w:t>що за коси, що за шата!&lt;br /&gt;</w:t>
        <w:br/>
        <w:t>А не лиці там, не лиці,&lt;br /&gt;</w:t>
        <w:br/>
        <w:t>і не брови там, не брови!?&lt;br /&gt;</w:t>
        <w:br/>
        <w:t>А смішок такий не найдеш,&lt;br /&gt;</w:t>
        <w:br/>
        <w:t>би-сь ти з'їхав чтири Львови.</w:t>
      </w:r>
    </w:p>
    <w:p>
      <w:r>
        <w:br/>
        <w:t>— Гей, пустіть мня, мої пави,&lt;br /&gt;</w:t>
        <w:br/>
        <w:t>і надвір ся подивити,&lt;br /&gt;</w:t>
        <w:br/>
        <w:t>Що там хлопці мої діють,&lt;br /&gt;</w:t>
        <w:br/>
        <w:t>та й — собі ся покрутити.&lt;br /&gt;</w:t>
        <w:br/>
        <w:t>— А я також йду гуляти, —&lt;br /&gt;</w:t>
        <w:br/>
        <w:t>каже Мица до опришка. —&lt;br /&gt;</w:t>
        <w:br/>
        <w:t>А ти, Сеню, будь у хаті:&lt;br /&gt;</w:t>
        <w:br/>
        <w:t>он порожня, бачиш, флєшка.</w:t>
      </w:r>
    </w:p>
    <w:p>
      <w:r>
        <w:br/>
        <w:t>"Почекай же, подла дівко:&lt;br /&gt;</w:t>
        <w:br/>
        <w:t>тільки ти вже з ним гуляла!&lt;br /&gt;</w:t>
        <w:br/>
        <w:t>Я ти фляшку вже доповню —&lt;br /&gt;</w:t>
        <w:br/>
        <w:t>будеш ти ї пам'ятала!&lt;br /&gt;</w:t>
        <w:br/>
        <w:t>Дві-три капці — буде доста, —&lt;br /&gt;</w:t>
        <w:br/>
        <w:t>так ми баба ворожила:&lt;br /&gt;</w:t>
        <w:br/>
        <w:t>Вже не пусто я циганці&lt;br /&gt;</w:t>
        <w:br/>
        <w:t>три червоні заплатила".</w:t>
      </w:r>
    </w:p>
    <w:p>
      <w:r>
        <w:br/>
        <w:t>— Гей, Маріє, гей, ци чуєш? —&lt;br /&gt;</w:t>
        <w:br/>
        <w:t>А ходи ж бо вже до хати!&lt;br /&gt;</w:t>
        <w:br/>
        <w:t>Чей, і я така, як люде, —&lt;br /&gt;</w:t>
        <w:br/>
        <w:t>і мені мож погуляти.&lt;br /&gt;</w:t>
        <w:br/>
        <w:t>— Аксенія добре каже:&lt;br /&gt;</w:t>
        <w:br/>
        <w:t>йди, Маріко, до світлиці;&lt;br /&gt;</w:t>
        <w:br/>
        <w:t>Я там также зараз прийду,&lt;br /&gt;</w:t>
        <w:br/>
        <w:t>лиш вина всип до шкляниці.</w:t>
      </w:r>
    </w:p>
    <w:p>
      <w:r>
        <w:br/>
        <w:t>"Почекай же, Сеню-суко:&lt;br /&gt;</w:t>
        <w:br/>
        <w:t>ти вже тілько з ним гуляла!&lt;br /&gt;</w:t>
        <w:br/>
        <w:t>Погулянє ти сегодне&lt;br /&gt;</w:t>
        <w:br/>
        <w:t>будеш довго пам'ятала.&lt;br /&gt;</w:t>
        <w:br/>
        <w:t>Дві-три каплі — буде доста, —&lt;br /&gt;</w:t>
        <w:br/>
        <w:t>так ми баба наповіла:&lt;br /&gt;</w:t>
        <w:br/>
        <w:t>Вже недурно та циганка&lt;br /&gt;</w:t>
        <w:br/>
        <w:t>три червоні в мене з'їла".</w:t>
      </w:r>
    </w:p>
    <w:p>
      <w:r>
        <w:br/>
        <w:t>— Гей, додому, Аксеніє!&lt;br /&gt;</w:t>
        <w:br/>
        <w:t>Гей, до хати, капітане!&lt;br /&gt;</w:t>
        <w:br/>
        <w:t>Я вина вам наточила —&lt;br /&gt;</w:t>
        <w:br/>
        <w:t>ану борше, бо зоряне.&lt;br /&gt;</w:t>
        <w:br/>
        <w:t>То вино, що ти приніс нам!&lt;br /&gt;</w:t>
        <w:br/>
        <w:t>Гайда, борше лиш, борзенько,&lt;br /&gt;</w:t>
        <w:br/>
        <w:t>Бо у хаті, гей, задуха,&lt;br /&gt;</w:t>
        <w:br/>
        <w:t>а вно добре холодненько.</w:t>
      </w:r>
    </w:p>
    <w:p>
      <w:r>
        <w:br/>
        <w:t>— Я вже й осьде, файна любко.&lt;br /&gt;</w:t>
        <w:br/>
        <w:t>Ну ж, дівчата, — скло ми в руку!&lt;br /&gt;</w:t>
        <w:br/>
        <w:t>Аксеніє: пуку-стуку!&lt;br /&gt;</w:t>
        <w:br/>
        <w:t>Ну, Маріє: стуку-пуку!&lt;br /&gt;</w:t>
        <w:br/>
        <w:t>Але пийте мені жваво,&lt;br /&gt;</w:t>
        <w:br/>
        <w:t>би нічо ся не остало,&lt;br /&gt;</w:t>
        <w:br/>
        <w:t>Бо вино се Токай родить, —&lt;br /&gt;</w:t>
        <w:br/>
        <w:t>таких вин є дуже мало...</w:t>
      </w:r>
    </w:p>
    <w:p>
      <w:r>
        <w:br/>
        <w:t>Стакан дзвонить, вино тече —&lt;br /&gt;</w:t>
        <w:br/>
        <w:t>ані пік ся не лишило.&lt;br /&gt;</w:t>
        <w:br/>
        <w:t>Сестри глипли ся, як змії,&lt;br /&gt;</w:t>
        <w:br/>
        <w:t>а відтак на Гінду — мило.&lt;br /&gt;</w:t>
        <w:br/>
        <w:t>Не дивіться, бідні сестри,&lt;br /&gt;</w:t>
        <w:br/>
        <w:t>бо стовпом вже око стине...&lt;br /&gt;</w:t>
        <w:br/>
        <w:t>Сеня крикла: — Гину, гину! —&lt;br /&gt;</w:t>
        <w:br/>
        <w:t>А Марія впала — гине.</w:t>
      </w:r>
    </w:p>
    <w:p>
      <w:r>
        <w:br/>
        <w:t>А капітан став та й думав&lt;br /&gt;</w:t>
        <w:br/>
        <w:t>на вибиванім топорі...&lt;br /&gt;</w:t>
        <w:br/>
        <w:t>Та й покинув своїх хлопців,&lt;br /&gt;</w:t>
        <w:br/>
        <w:t>та й покинув сині гори.&lt;br /&gt;</w:t>
        <w:br/>
        <w:t>Ходить світом без розуму,&lt;br /&gt;</w:t>
        <w:br/>
        <w:t>ходить, плаче та питає,&lt;br /&gt;</w:t>
        <w:br/>
        <w:t>Ци Марію, ци Аксеню&lt;br /&gt;</w:t>
        <w:br/>
        <w:t>він май дужче-ді кохає?</w:t>
      </w:r>
    </w:p>
    <w:p>
      <w:r>
        <w:br/>
        <w:t>...В Буковині добре бути,&lt;br /&gt;</w:t>
        <w:br/>
        <w:t>бо і Шипіт в Буковині,&lt;br /&gt;</w:t>
        <w:br/>
        <w:t>А там церков при потоці,&lt;br /&gt;</w:t>
        <w:br/>
        <w:t>далі — цвинтар при долині:&lt;br /&gt;</w:t>
        <w:br/>
        <w:t>Там сумують дві берези,&lt;br /&gt;</w:t>
        <w:br/>
        <w:t>ніби кожда сльози ронить, —&lt;br /&gt;</w:t>
        <w:br/>
        <w:t>Одна в сей бік ся нагнула,&lt;br /&gt;</w:t>
        <w:br/>
        <w:t>друга в той бік голов клонить.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Юрій Гінда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