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Історія троянди та снігів...</w:t>
      </w:r>
    </w:p>
    <w:p>
      <w:r>
        <w:br/>
        <w:t xml:space="preserve"> Історія троянди та снігів&lt;br /&gt;</w:t>
        <w:br/>
        <w:t>Була не дуже довгою, одначе,&lt;br /&gt;</w:t>
        <w:br/>
        <w:t>Зумовила вона і нашу вдачу,&lt;br /&gt;</w:t>
        <w:br/>
        <w:t>І вічну долю страчених богів.</w:t>
      </w:r>
    </w:p>
    <w:p>
      <w:r>
        <w:br/>
        <w:t>Летіли з опівнічних берегів —&lt;br /&gt;</w:t>
        <w:br/>
        <w:t>І на пелюстках танули гарячих,&lt;br /&gt;</w:t>
        <w:br/>
        <w:t>Ці дотики, осмислені і зрячі,&lt;br /&gt;</w:t>
        <w:br/>
        <w:t>Коханців та смертельних ворогів.</w:t>
      </w:r>
    </w:p>
    <w:p>
      <w:r>
        <w:br/>
        <w:t>Якби не ця краса неподоланна&lt;br /&gt;</w:t>
        <w:br/>
        <w:t>І не жага самозаглади плавна, —&lt;br /&gt;</w:t>
        <w:br/>
        <w:t>Уже б давно здійснився Суд Страшний;</w:t>
      </w:r>
    </w:p>
    <w:p>
      <w:r>
        <w:br/>
        <w:t>Та Господові хто накаже: "Годі!"? —&lt;br /&gt;</w:t>
        <w:br/>
        <w:t>І сипле сніг, пречистий, запашний,&lt;br /&gt;</w:t>
        <w:br/>
        <w:t>І вічний хрест буяє на Голготі.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Історія троянди та снігів...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