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Істино руські заслуги</w:t>
      </w:r>
    </w:p>
    <w:p>
      <w:r>
        <w:br/>
        <w:t xml:space="preserve"> Нам, щиро-русам, вічна слава!&lt;br /&gt;</w:t>
        <w:br/>
        <w:t>Схиліться ж перед нами всі,&lt;br /&gt;</w:t>
        <w:br/>
        <w:t>Бо через нас стоїть держава&lt;br /&gt;</w:t>
        <w:br/>
        <w:t>В такій величності й красі.</w:t>
      </w:r>
    </w:p>
    <w:p>
      <w:r>
        <w:br/>
        <w:t>Хоч погляд є такий загальний,&lt;br /&gt;</w:t>
        <w:br/>
        <w:t>Що наша Русь сліпа й німа,&lt;br /&gt;</w:t>
        <w:br/>
        <w:t>Зате в нас лад патріархальний&lt;br /&gt;</w:t>
        <w:br/>
        <w:t>І конституції нема.</w:t>
      </w:r>
    </w:p>
    <w:p>
      <w:r>
        <w:br/>
        <w:t>Хто сміє вимагати школи,&lt;br /&gt;</w:t>
        <w:br/>
        <w:t>Яку народ би розумів?&lt;br /&gt;</w:t>
        <w:br/>
        <w:t>Вона ж була б гніздом крамоли&lt;br /&gt;</w:t>
        <w:br/>
        <w:t>І неслухняності рабів.</w:t>
      </w:r>
    </w:p>
    <w:p>
      <w:r>
        <w:br/>
        <w:t>Дарма, що в нас оповиває&lt;br /&gt;</w:t>
        <w:br/>
        <w:t>Народи всі страшна пітьма,&lt;br /&gt;</w:t>
        <w:br/>
        <w:t>Зате в нас розрухів немає&lt;br /&gt;</w:t>
        <w:br/>
        <w:t>І конституції нема.</w:t>
      </w:r>
    </w:p>
    <w:p>
      <w:r>
        <w:br/>
        <w:t>Злочинці ще хотять земельки,&lt;br /&gt;</w:t>
        <w:br/>
        <w:t>Щоб кожний злидень мав ланок...&lt;br /&gt;</w:t>
        <w:br/>
        <w:t>Дурниці! Хіба в заможних з пельки&lt;br /&gt;</w:t>
        <w:br/>
        <w:t>Дамо ми видерти шматок?</w:t>
      </w:r>
    </w:p>
    <w:p>
      <w:r>
        <w:br/>
        <w:t>Хоч ми шлемо в Сибір голоту,&lt;br /&gt;</w:t>
        <w:br/>
        <w:t>Де всім наділи дасть чума.&lt;br /&gt;</w:t>
        <w:br/>
        <w:t>Зате в нас менше тут клопоту&lt;br /&gt;</w:t>
        <w:br/>
        <w:t>І конституції нема.</w:t>
      </w:r>
    </w:p>
    <w:p>
      <w:r>
        <w:br/>
        <w:t>Недоторканності статути&lt;br /&gt;</w:t>
        <w:br/>
        <w:t>Хтось хоче занести в наш край,..&lt;br /&gt;</w:t>
        <w:br/>
        <w:t>Але ж кого і чим торкнути,&lt;br /&gt;</w:t>
        <w:br/>
        <w:t>Зна добре кожний поліцай.</w:t>
      </w:r>
    </w:p>
    <w:p>
      <w:r>
        <w:br/>
        <w:t>То річ дрібна, що сліз пролитих&lt;br /&gt;</w:t>
        <w:br/>
        <w:t>Земля вже наша не прийма,&lt;br /&gt;</w:t>
        <w:br/>
        <w:t>Зате ж так мало в нас небитих&lt;br /&gt;</w:t>
        <w:br/>
        <w:t>І конституції нема.</w:t>
      </w:r>
    </w:p>
    <w:p>
      <w:r>
        <w:br/>
        <w:t>Добробут людям, замість хлосту,&lt;br /&gt;</w:t>
        <w:br/>
        <w:t>Могли б ми дать, та чорта з два:&lt;br /&gt;</w:t>
        <w:br/>
        <w:t>Ми певні, що на душу просту&lt;br /&gt;</w:t>
        <w:br/>
        <w:t>Заможність дуже зле вплива.</w:t>
      </w:r>
    </w:p>
    <w:p>
      <w:r>
        <w:br/>
        <w:t>Хай будуть голі всі народи&lt;br /&gt;</w:t>
        <w:br/>
        <w:t>В державі нашій, то дарма;&lt;br /&gt;</w:t>
        <w:br/>
        <w:t>Зате немає в нас свободи&lt;br /&gt;</w:t>
        <w:br/>
        <w:t>І конституції нема.</w:t>
      </w:r>
    </w:p>
    <w:p>
      <w:r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Істино руські заслуги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