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Іспит совісті</w:t>
      </w:r>
    </w:p>
    <w:p>
      <w:r>
        <w:br/>
        <w:t xml:space="preserve"> Ян Твардовський&lt;br /&gt;</w:t>
        <w:br/>
        <w:t>Іспит совісті</w:t>
      </w:r>
    </w:p>
    <w:p>
      <w:r>
        <w:br/>
        <w:t>чи не перекрикував Тебе&lt;br /&gt;</w:t>
        <w:br/>
        <w:t>чи не приходив постійно вчорашній&lt;br /&gt;</w:t>
        <w:br/>
        <w:t>чи не втікав в темний плач зі своїм серцем&lt;br /&gt;</w:t>
        <w:br/>
        <w:t>як п'ята клепка&lt;br /&gt;</w:t>
        <w:br/>
        <w:t>чи не крав Твого часу&lt;br /&gt;</w:t>
        <w:br/>
        <w:t>чи не лизав занадто ніжно лапу свого сумління&lt;br /&gt;</w:t>
        <w:br/>
        <w:t>чи розрізняв почуття&lt;br /&gt;</w:t>
        <w:br/>
        <w:t>чи зірок не дарував яких давно нема&lt;br /&gt;</w:t>
        <w:br/>
        <w:t>чи не вів елегантного щоденника свого каяття&lt;br /&gt;</w:t>
        <w:br/>
        <w:t>чи не залазив в теплий куток оберігаючи свою вразливість&lt;br /&gt;</w:t>
        <w:br/>
        <w:t>як гусячу шкірку</w:t>
      </w:r>
    </w:p>
    <w:p>
      <w:r>
        <w:br/>
        <w:t>чи не фальшивив гарним голосом&lt;br /&gt;</w:t>
        <w:br/>
        <w:t>чи не був м'яким деспотом&lt;br /&gt;</w:t>
        <w:br/>
        <w:t>чи не перекручував євангелії в лагідне оповідання&lt;br /&gt;</w:t>
        <w:br/>
        <w:t>чи органи не глушили мені звичайного скавчання собаки&lt;br /&gt;</w:t>
        <w:br/>
        <w:t>чи не доводив слона&lt;br /&gt;</w:t>
        <w:br/>
        <w:t>чи молячись до Ангела Охоронця —-&lt;br /&gt;</w:t>
        <w:br/>
        <w:t>не хотів бути випадково ангелом а не охоронцем&lt;br /&gt;</w:t>
        <w:br/>
        <w:t>чи ставав на коліна коли малів до шепоту...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Іспит совісті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