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Інвалідка</w:t>
      </w:r>
    </w:p>
    <w:p>
      <w:r>
        <w:br/>
        <w:t xml:space="preserve"> &lt;p&gt;ІНВАЛІДКА</w:t>
      </w:r>
    </w:p>
    <w:p>
      <w:r>
        <w:br/>
        <w:t>П'ятого року по шлюбі молода інвалідка Петриха стала юшитися, як львиця. Покмітили то дівки та й молодиці в селі і ще дужче її підпалювали.</w:t>
      </w:r>
    </w:p>
    <w:p>
      <w:r>
        <w:br/>
        <w:t>— Гей, любко пишна, солоденька, на кого *ти робиш, свої білі пушки випрідаєш? Де ти свою молодість кладеш, куда свій цвіт губиш?</w:t>
      </w:r>
    </w:p>
    <w:p>
      <w:r>
        <w:br/>
        <w:t>Дійшло до того, що з Петрового груня кождого вечора було чути голосну сварку. її голос дзвенів верхами, як голос криці. Здавалося, що той голос шукав великої згуби, а не могучи її віднайти, бив собою о скали верхів і вибігав у село на скаргу.</w:t>
      </w:r>
    </w:p>
    <w:p>
      <w:r>
        <w:br/>
        <w:t>Ні вдень, ні вночі нема припочивку, бо дорадниці-моло-диці тоту ватру ще дужче роздувають.</w:t>
      </w:r>
    </w:p>
    <w:p>
      <w:r>
        <w:br/>
        <w:t>А в зелений понеділок станула Петриха на терміть у громадськім суді.</w:t>
      </w:r>
    </w:p>
    <w:p>
      <w:r>
        <w:br/>
        <w:t>Стояла перед громадою, як молода смерічка перед старим дубовим лісом.</w:t>
      </w:r>
    </w:p>
    <w:p>
      <w:r>
        <w:br/>
        <w:t>Стрункі її, гей з кедрини тесані, ніжки під білою сорочкою дрижали, а широкі бедра з-під запасок кидалися, гей живі сарнята.</w:t>
      </w:r>
    </w:p>
    <w:p>
      <w:r>
        <w:br/>
        <w:t>Ясне волосся, як папороть з-під моху, виривалося з-під цвітистої хустки і закривало тоті молоденькі морщки, що бігали на молоденькому чолі над чорними очима, як мурашочки на біленькому розпаленому камені. З вікон досягало її світло раннього сонця і позолочувало її личко кругле, гей ясна рожа, і її круглі ручки під синьо-червоними плечиками, і її живі груди, що металися у пазусі за кождим її словом, як дикі голуби спіймані.</w:t>
      </w:r>
    </w:p>
    <w:p>
      <w:r>
        <w:br/>
        <w:t>Як говорила, то хиталася в сонячнім сяєві, гей золота хмарка від вітру:</w:t>
      </w:r>
    </w:p>
    <w:p>
      <w:r>
        <w:br/>
        <w:t>— Дес верствачьки мої колишут вже по третій дитині, а я водно коло того каліки дівую!</w:t>
      </w:r>
    </w:p>
    <w:p>
      <w:r>
        <w:br/>
        <w:t>— Таж я не з глини, та й не з креміня. А ніби й глина не родит, а кремінь не поростає зеленим мохом? Але як ти вернув з війни каліков та й ніг у тебе даст біг, то не посилай людей до дівки. А як ти прем забаг оженитися, то признайся хоть через людей, хоть перед попом, шо як тобі ноги рубали, то тебе, вибачте, так шкрабнули, що ти вже дєдем не будеш, хоть би-с тріс! А він мені свої лази показує та й шкіритси, як парубок до дівки!</w:t>
      </w:r>
    </w:p>
    <w:p>
      <w:r>
        <w:br/>
        <w:t>— Мой, таже, аді, сказав бих: ти сяка-така дівко чи гукле, аби-с знала, шо тобі світ зав'язую, бо мене дохторі, вибачте, збавили, то я тобі це нарозумне кажу!</w:t>
      </w:r>
    </w:p>
    <w:p>
      <w:r>
        <w:br/>
        <w:t>— А він, шіную вас всіх ірщених, хап мене за сорочку, хап за приділок.</w:t>
      </w:r>
    </w:p>
    <w:p>
      <w:r>
        <w:br/>
        <w:t>— А я дурна собі гадаю: хоть він інваліда, то зато діти, як колісє, розкотютси горами та полонинами.</w:t>
      </w:r>
    </w:p>
    <w:p>
      <w:r>
        <w:br/>
        <w:t>— Не смійтеся, судці та й ґазди файні, бо я свій встид вже загубила з тим клевцуном брехливим.</w:t>
      </w:r>
    </w:p>
    <w:p>
      <w:r>
        <w:br/>
        <w:t>Радні сміялися стонка півусміхом і на Петришину увагу закривали собі лиця долонями та чинилися, що їм та скарга не в голові, а війт підкрутив вуси й погладив бачки та й вирішив:</w:t>
      </w:r>
    </w:p>
    <w:p>
      <w:r>
        <w:br/>
        <w:t>— Пуста твоя скарга, молодице, ми вас не вінчали та й не біруємо розлучити, але ти за тото діло, любко, не журиси: ти молода, та й дужя, та й, казати, таки файна, а село велике!</w:t>
      </w:r>
    </w:p>
    <w:p>
      <w:r>
        <w:br/>
        <w:t>Петриха спалала грудьми та й очима. Вся полумінь з неї вибухла, і вона закрутилася, як перестрілена птаха. Але молодість її силу живо направила, і вона стала судцям накиву вати ручками:</w:t>
      </w:r>
    </w:p>
    <w:p>
      <w:r>
        <w:br/>
        <w:t>— Коли ви. так судите, то аби-сте були зобашні, як копи-люки відтак того каліцуна в бердо скинут та й село зосо-ружут.</w:t>
      </w:r>
    </w:p>
    <w:p>
      <w:r>
        <w:br/>
        <w:t>Судці здвигали плечима:</w:t>
      </w:r>
    </w:p>
    <w:p>
      <w:r>
        <w:br/>
        <w:t>— Петришко-любко, село велике!..</w:t>
      </w:r>
    </w:p>
    <w:p>
      <w:r>
        <w:br/>
        <w:t>Луснула дверми і вийшла, гей би летіла на крилах жіночої пімсти...</w:t>
      </w:r>
    </w:p>
    <w:p>
      <w:r>
        <w:br/>
        <w:t>Ще того самого дня танцювала в коршмі з легінями і сама собі приспівувала:</w:t>
      </w:r>
    </w:p>
    <w:p>
      <w:r>
        <w:br/>
        <w:t>А кози по залозах, вівці долинками, Сором дівці на горівці межи парубками.</w:t>
      </w:r>
    </w:p>
    <w:p>
      <w:r>
        <w:br/>
        <w:t>Та й горівкою легінів частувала та й скрипників сріблом сріблила. А надвечір додому вертала. Але не йшла своєю во-леїб, лиш легіням на шиї повисла і виспівувала:</w:t>
      </w:r>
    </w:p>
    <w:p>
      <w:r>
        <w:br/>
        <w:t>Болить мене головонька та межи плечима, Треба мені дохторика з чорними очима. Та не того дохторика, що він дохторує, Але того дохторика, що файно цулуе.</w:t>
      </w:r>
    </w:p>
    <w:p>
      <w:r>
        <w:br/>
        <w:t>Плескала в долоні і підоймала запаску, начеб ріку брела, і п'яним голосом викрикувала:</w:t>
      </w:r>
    </w:p>
    <w:p>
      <w:r>
        <w:br/>
        <w:t>— Мой, хло', каже війт, село велике!</w:t>
      </w:r>
    </w:p>
    <w:p>
      <w:r>
        <w:br/>
        <w:t>її голос летів, гей крилатий ніж, через село і сідав на верху на хаті, з якої виглядав її із лавиці не то півчоловік, не то півгазда, не то півстовпчик із восковим лицем та шкляними очима: інвалід Петро.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Інвалідка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