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Інша баляда про панів минулих часів</w:t>
      </w:r>
    </w:p>
    <w:p>
      <w:r>
        <w:br/>
        <w:t xml:space="preserve"> Де дівся Третій той Каліст,&lt;br /&gt;</w:t>
        <w:br/>
        <w:t>Що літ четвірко був на троні,&lt;br /&gt;</w:t>
        <w:br/>
        <w:t>Останній з цим ім'ям папіст?&lt;br /&gt;</w:t>
        <w:br/>
        <w:t>Альфонс, король ув Араґоні,&lt;br /&gt;</w:t>
        <w:br/>
        <w:t>І дюк ласкавий із Бурбонів,&lt;br /&gt;</w:t>
        <w:br/>
        <w:t>І князь Артур, що мав Британь,&lt;br /&gt;</w:t>
        <w:br/>
        <w:t>І Сьомий Кіарл у їхнім гроні?&lt;br /&gt;</w:t>
        <w:br/>
        <w:t>І де відважний Шарлемань?</w:t>
      </w:r>
    </w:p>
    <w:p>
      <w:r>
        <w:br/>
        <w:t>Де шкотський той король, що, вість&lt;br /&gt;</w:t>
        <w:br/>
        <w:t>Несе, у кольорі червонім&lt;br /&gt;</w:t>
        <w:br/>
        <w:t>Мав пів лиця, мов аметист,&lt;br /&gt;</w:t>
        <w:br/>
        <w:t>Від підборіддя аж до скроні?&lt;br /&gt;</w:t>
        <w:br/>
        <w:t>Де Кіпру цар на моря лоні&lt;br /&gt;</w:t>
        <w:br/>
        <w:t>І де гішпанський володань&lt;br /&gt;</w:t>
        <w:br/>
        <w:t>(Забув, як звався той в короні),&lt;br /&gt;</w:t>
        <w:br/>
        <w:t>І де відважний Шарлемань?</w:t>
      </w:r>
    </w:p>
    <w:p>
      <w:r>
        <w:br/>
        <w:t>Та марно трачу я свій хист;&lt;br /&gt;</w:t>
        <w:br/>
        <w:t>Цей світ в оман живе полоні,&lt;br /&gt;</w:t>
        <w:br/>
        <w:t>Усіх нещадна смерть поїсть,&lt;br /&gt;</w:t>
        <w:br/>
        <w:t>Не висмикнешся від погоні.&lt;br /&gt;</w:t>
        <w:br/>
        <w:t>Спитаю ще без церемоній:&lt;br /&gt;</w:t>
        <w:br/>
        <w:t>Де Владислав, що з чехів дань&lt;br /&gt;</w:t>
        <w:br/>
        <w:t>Збирав? Де дід його у броні?&lt;br /&gt;</w:t>
        <w:br/>
        <w:t>І де відважний Шарлемань?</w:t>
      </w:r>
    </w:p>
    <w:p>
      <w:r>
        <w:br/>
        <w:t>Де дівсь Клякен, владар Бретоні?&lt;br /&gt;</w:t>
        <w:br/>
        <w:t>Дофін Овернський, без вагань,&lt;br /&gt;</w:t>
        <w:br/>
        <w:t>І добрий дюк ув Аленсоні?&lt;br /&gt;</w:t>
        <w:br/>
        <w:t>І де відважний Шарлемань?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Інша баляда про панів минулих часів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