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Інопланетянин</w:t>
      </w:r>
    </w:p>
    <w:p>
      <w:r>
        <w:br/>
        <w:t xml:space="preserve"> &lt;p&gt;— Галю!..</w:t>
      </w:r>
    </w:p>
    <w:p>
      <w:r>
        <w:br/>
        <w:t>Хто це кличе? Може, причулося? Голос якийсь дивний — тихий, і водночас причаєна сила в голосі. Звідки ж голос долинув? Здається, від хліва, з-за кущів малини.</w:t>
      </w:r>
    </w:p>
    <w:p>
      <w:r>
        <w:br/>
        <w:t>І Галя скрадливо ступає до малини, вглядаючись у густі зарослі. Їй боязко і цікаво.</w:t>
      </w:r>
    </w:p>
    <w:p>
      <w:r>
        <w:br/>
        <w:t>Та нікого немає в малиннику, тільки засокорила курка — й вискочила. Але не могла ж їхня зозуляста курка покликати Галю на ім’я.</w:t>
      </w:r>
    </w:p>
    <w:p>
      <w:r>
        <w:br/>
        <w:t>Може, хтось пустує, грається?</w:t>
      </w:r>
    </w:p>
    <w:p>
      <w:r>
        <w:br/>
        <w:t>— Галю!..</w:t>
      </w:r>
    </w:p>
    <w:p>
      <w:r>
        <w:br/>
        <w:t>Нею аж тіпнуло від цієї сподіваної несподіванки: знову хтось кличе. А звідки голос почувся? Наче з-за слив, з вулиці. Е-е, більше не побіжить, ні.</w:t>
      </w:r>
    </w:p>
    <w:p>
      <w:r>
        <w:br/>
        <w:t>"О, мама наказувала принести води з джерела", — згадує Галя. Йде в сіни, щоб узяти відро на лавці за дверима, — й торопіє, бо за дверима на лавці стоїть відро, повне води! Бляшані боки відра ще мокрі, ще не обсохли, наче воду щойно принесли.</w:t>
      </w:r>
    </w:p>
    <w:p>
      <w:r>
        <w:br/>
        <w:t>Та не може бути! Ще не так давно відро стояло порожнісіньке. Галя добре пам’ятає. То де взялася вода?</w:t>
      </w:r>
    </w:p>
    <w:p>
      <w:r>
        <w:br/>
        <w:t>І їй стало лячно, й вона вже не всміхається: хтось кликав, хтось приніс воду.</w:t>
      </w:r>
    </w:p>
    <w:p>
      <w:r>
        <w:br/>
        <w:t>Якась дивна тривожна сила виштовхує Галю з хати надвір — і через город вона біжить до джерела на леваді. Хто це сидить біля джерела під кущем калини? Галя вже не біжить, сторожко приглядаючись, — і впізнає однокласника:</w:t>
      </w:r>
    </w:p>
    <w:p>
      <w:r>
        <w:br/>
        <w:t>— О, Кучмій! Чого ти тут, Кучмій?</w:t>
      </w:r>
    </w:p>
    <w:p>
      <w:r>
        <w:br/>
        <w:t>— Бо я Кучмій, — відказує він, світячи впертими очима-тернинами.</w:t>
      </w:r>
    </w:p>
    <w:p>
      <w:r>
        <w:br/>
        <w:t>— Слухай, ти нікого тут не бачив? — підозріливо приглядається до нього.</w:t>
      </w:r>
    </w:p>
    <w:p>
      <w:r>
        <w:br/>
        <w:t>— Бачив, — таємниче відказує Кучмій, блимаючи спідлоба. — Ходив тут і ходить…</w:t>
      </w:r>
    </w:p>
    <w:p>
      <w:r>
        <w:br/>
        <w:t>— Кого бачив? Хто ходить?</w:t>
      </w:r>
    </w:p>
    <w:p>
      <w:r>
        <w:br/>
        <w:t>— А ти мовчатимеш, не розкажеш нікому?</w:t>
      </w:r>
    </w:p>
    <w:p>
      <w:r>
        <w:br/>
        <w:t>— Мовчатиму й не розкажу, тільки не бреши.</w:t>
      </w:r>
    </w:p>
    <w:p>
      <w:r>
        <w:br/>
        <w:t>— Ходить коло вашої хати й ходить, — зводячись на ноги, похмуро каже Кучмій. — Можна сказати, інопланетянин.</w:t>
      </w:r>
    </w:p>
    <w:p>
      <w:r>
        <w:br/>
        <w:t>— Хто? — Галя не може второпати. — Звідки?</w:t>
      </w:r>
    </w:p>
    <w:p>
      <w:r>
        <w:br/>
        <w:t>— А звідти, — показує пальцем у небо. — З космосу.</w:t>
      </w:r>
    </w:p>
    <w:p>
      <w:r>
        <w:br/>
        <w:t>Галя починає голосно реготати з вигадника, а пересміявшись, питає:</w:t>
      </w:r>
    </w:p>
    <w:p>
      <w:r>
        <w:br/>
        <w:t>— Ти його бачив? Де?</w:t>
      </w:r>
    </w:p>
    <w:p>
      <w:r>
        <w:br/>
        <w:t>— Бачив отам-о коло вашої хати, він і в хату заходив.</w:t>
      </w:r>
    </w:p>
    <w:p>
      <w:r>
        <w:br/>
        <w:t>— Коли?</w:t>
      </w:r>
    </w:p>
    <w:p>
      <w:r>
        <w:br/>
        <w:t>— Недавно. — Кучмій відповідає так серйозно, що й Галя серйознішає. — Бачив його так, як оце тебе.</w:t>
      </w:r>
    </w:p>
    <w:p>
      <w:r>
        <w:br/>
        <w:t>— Який він? Його видно?</w:t>
      </w:r>
    </w:p>
    <w:p>
      <w:r>
        <w:br/>
        <w:t>— Ти не повіриш… Його видно — й раптом не видно. Ось є — і вже нема, ось не було — і вже є. Худий і високий, до двох метрів, на лиці — зелений і фіолетовий, руки висять за коліна.</w:t>
      </w:r>
    </w:p>
    <w:p>
      <w:r>
        <w:br/>
        <w:t>— Чого ж він тут ходить?</w:t>
      </w:r>
    </w:p>
    <w:p>
      <w:r>
        <w:br/>
        <w:t>— Чого, чого, — передражнив. — Може, тебе любить, ось і ходить. Хіба тих прибульців з космосу розбереш? Ти ось краще скажи: підемо з тобою до кінотеатру в кіно? Про шпигунів…</w:t>
      </w:r>
    </w:p>
    <w:p>
      <w:r>
        <w:br/>
        <w:t>— Тю! — здивувалася Галя. — Щоб я з тобою в кіно пішла, еге, щоб сміялися з мене…</w:t>
      </w:r>
    </w:p>
    <w:p>
      <w:r>
        <w:br/>
        <w:t>— А з ким підеш?</w:t>
      </w:r>
    </w:p>
    <w:p>
      <w:r>
        <w:br/>
        <w:t>— З інопланетянином, от!</w:t>
      </w:r>
    </w:p>
    <w:p>
      <w:r>
        <w:br/>
        <w:t>— А не побоїшся?</w:t>
      </w:r>
    </w:p>
    <w:p>
      <w:r>
        <w:br/>
        <w:t>— Я нічого не боюся.</w:t>
      </w:r>
    </w:p>
    <w:p>
      <w:r>
        <w:br/>
        <w:t>Кучмій, похнюпившись, іде левадою геть. А Галя знає, що ніякого інопланетянина тут немає, та все-таки оглядається: може, десь є?..</w:t>
      </w:r>
    </w:p>
    <w:p>
      <w:r>
        <w:br/>
        <w:t>А це що за пластинка пластмасова в траві блищить, що написано на пластинці? Галя схиляється, обережно бере в траві прямокутну оранжевої барви пластинку, а на ній випалено: "Галю, я тебе люблю".</w:t>
      </w:r>
    </w:p>
    <w:p>
      <w:r>
        <w:br/>
        <w:t>Розгубившись, Галя не знає, що чинити зі своєю знахідкою, пластинка пече їй долоні, мовби справді ця пластмасова пластинка — з космосу. Невже це робота оцього інопланетянина-невидимки? Але ж не міг Кучмій, куди йому…</w:t>
      </w:r>
    </w:p>
    <w:p>
      <w:r>
        <w:br/>
        <w:t>Галя остерігається тримати знахідку в руках — і ховає в траву, стромляє в землю, щоб ніхто не знайшов. І проворно озирається, чи ніхто не стежить за нею. Ніхто не стежить, ось тільки сорока прилетіла й стрекоче на вербі. Стрекоче й стрекоче, немов інопланетянина бачить.</w:t>
      </w:r>
    </w:p>
    <w:p>
      <w:r>
        <w:br/>
        <w:t>О, а що це сидить на стежці біля паркану, ледь-ледь виглядає з розквітлого романцю?! І світить гострими чорними вічками, наче мерехтливими живими квіточками?..</w:t>
      </w:r>
    </w:p>
    <w:p>
      <w:r>
        <w:br/>
        <w:t>Галя ступить ногою — й замре, ступить ногою — й замре, боячись сполохати оте маленьке чудо, яке сидить у романці, дивиться на неї сполохано. Та невже? Невже чорно-білий цуцик завбільшки з кулачок, саме такий, якого й хотілося їй мати? Як він тут опинився?</w:t>
      </w:r>
    </w:p>
    <w:p>
      <w:r>
        <w:br/>
        <w:t>Галя нахиляється, обачно підводить долоні до чорно-білого цуцика, який крутить голівкою й метляє хвостиком (ось-ось чкурне!), і цуцик опиняється в ласкавій пастці її долонь. Галя цілує його в лобик, потім іще раз цілує, ще раз. Саме такого їй хотілось мати, такого — й ніякого іншого. Як він тут опинився? Сам не міг прийти — й звідки б він сам прийшов, такий маленький? Значить, хтось і приніс. А хто?</w:t>
      </w:r>
    </w:p>
    <w:p>
      <w:r>
        <w:br/>
        <w:t>Цікаво, як перевірити, чи й справді є той інопланетянин? Загадати якесь бажання, а він нехай вгадає? Адже вгадав її бажання мати цуцика — й ось цуцик уже є в неї.</w:t>
      </w:r>
    </w:p>
    <w:p>
      <w:r>
        <w:br/>
        <w:t>А чи не піти в кіно, про яке говорив Кучмій?</w:t>
      </w:r>
    </w:p>
    <w:p>
      <w:r>
        <w:br/>
        <w:t>І раптом згадує про оту оранжеву пластинку, на якій випалено: "Галю, я тебе люблю". А що коли пластинка — чарівний талісман? Стільки наслухалася про чарівні талісмани, а тут узяла — і в землю зарила, ох і додумалася.</w:t>
      </w:r>
    </w:p>
    <w:p>
      <w:r>
        <w:br/>
        <w:t>Дорікаючи сама собі за нерозсудливість, Галя біжить через город на леваду, знаходить оранжеву пластинку, перечитує напис. Але що це в ямці біля пластинки? Якийсь блакитний папірець.</w:t>
      </w:r>
    </w:p>
    <w:p>
      <w:r>
        <w:br/>
        <w:t>Розгортає папірець — та це ж квиток у кіно!</w:t>
      </w:r>
    </w:p>
    <w:p>
      <w:r>
        <w:br/>
        <w:t>І ряд проставлено, і місце, і годину сеансу, й сьогоднішнє число.</w:t>
      </w:r>
    </w:p>
    <w:p>
      <w:r>
        <w:br/>
        <w:t>— Де міг узятися цей квиток у кіно?</w:t>
      </w:r>
    </w:p>
    <w:p>
      <w:r>
        <w:br/>
        <w:t>Адже не було, не було, коли Галя ховала пластинку в траву!</w:t>
      </w:r>
    </w:p>
    <w:p>
      <w:r>
        <w:br/>
        <w:t>Значить… значить, коли вона загадала бажання, то інопланетянин на відстані прочитав її бажання — й ось уже поклав квиток для неї в кіно. Отже, є інопланетянин, десь отут, читає її думки, підглядає за нею.</w:t>
      </w:r>
    </w:p>
    <w:p>
      <w:r>
        <w:br/>
        <w:t>І знову перечитує: "Галю, я тебе люблю". Дивиться ще раз на квиток: о, та вона ж запізнюється до кінотеатру на денний сеанс для дітей.</w:t>
      </w:r>
    </w:p>
    <w:p>
      <w:r>
        <w:br/>
        <w:t>Замкнувши хату і в хаті біло-рябого цуцика, понад річкою, через гай, біжить до центру великого села, там у них на горбі кінотеатр під тополями. Контролерка бурчить, що Галя дуже запізнилась, та пускає, і дівчинка в темряві пробирається на своє місце, дивиться кіно. Зразу ж стає так цікаво, що не може відірвати очей від екрана. А коли кіно закінчується, а коли відриває очі — поряд із собою на сусідньому стільці бачить зосередженого Кучмія, що супиться й хитро поглядає на неї.</w:t>
      </w:r>
    </w:p>
    <w:p>
      <w:r>
        <w:br/>
        <w:t>— Ти чого тут? — оторопівши, питає Галя.</w:t>
      </w:r>
    </w:p>
    <w:p>
      <w:r>
        <w:br/>
        <w:t>— Я в кіно прийшов, — бурчить той.</w:t>
      </w:r>
    </w:p>
    <w:p>
      <w:r>
        <w:br/>
        <w:t>— Де ти квиток узяв?</w:t>
      </w:r>
    </w:p>
    <w:p>
      <w:r>
        <w:br/>
        <w:t>— Узяв…</w:t>
      </w:r>
    </w:p>
    <w:p>
      <w:r>
        <w:br/>
        <w:t>— Ану покажи.</w:t>
      </w:r>
    </w:p>
    <w:p>
      <w:r>
        <w:br/>
        <w:t>Галя вириває з його рук квиток, роздивляється. Справді, у Кучмія саме цей ряд, справді, в нього сусіднє місце.</w:t>
      </w:r>
    </w:p>
    <w:p>
      <w:r>
        <w:br/>
        <w:t>— Де ти взяв? — допитується сердито.</w:t>
      </w:r>
    </w:p>
    <w:p>
      <w:r>
        <w:br/>
        <w:t>— У касі взяв.</w:t>
      </w:r>
    </w:p>
    <w:p>
      <w:r>
        <w:br/>
        <w:t>— У касі, ага, в касі, — бубонить Галя, бо їй ніяк не хочеться повірити, що він узяв квиток у касі, а не деінде.</w:t>
      </w:r>
    </w:p>
    <w:p>
      <w:r>
        <w:br/>
        <w:t>— Брешеш!</w:t>
      </w:r>
    </w:p>
    <w:p>
      <w:r>
        <w:br/>
        <w:t>Вони виходять з кінотеатру надвір, і тут Кучмій каже:</w:t>
      </w:r>
    </w:p>
    <w:p>
      <w:r>
        <w:br/>
        <w:t>— Бо таки брешу!</w:t>
      </w:r>
    </w:p>
    <w:p>
      <w:r>
        <w:br/>
        <w:t>— Що ти брешеш?</w:t>
      </w:r>
    </w:p>
    <w:p>
      <w:r>
        <w:br/>
        <w:t>— Про квиток. — Надає своєму кирпатому обличчю загадковості. — Знаєш, хто мені дав квиток?</w:t>
      </w:r>
    </w:p>
    <w:p>
      <w:r>
        <w:br/>
        <w:t>— Хто?</w:t>
      </w:r>
    </w:p>
    <w:p>
      <w:r>
        <w:br/>
        <w:t>— Інопланетянин. Прибулець з космосу.</w:t>
      </w:r>
    </w:p>
    <w:p>
      <w:r>
        <w:br/>
        <w:t>— Який?</w:t>
      </w:r>
    </w:p>
    <w:p>
      <w:r>
        <w:br/>
        <w:t>— А такий. Руки висять за коліна, худий та довгий, зелений та фіолетовий. — І всміхається лукаво. — А тобі теж?</w:t>
      </w:r>
    </w:p>
    <w:p>
      <w:r>
        <w:br/>
        <w:t>Галя тільки дивиться на нього — й кліпає повіками, бо нічого не розуміє. Вона вже починає здогадуватися про щось. Починаючи здогадуватися, хоче розсердитися на оцього приставучого Кучмія, але чомусь немає сили, щоб розсердитись. Бач, не хотіла з ним дивитися кіно, а вийшло так, що подивилась.</w:t>
      </w:r>
    </w:p>
    <w:p>
      <w:r>
        <w:br/>
        <w:t>— Що ти мені ще розкажеш про інопланетянина? — питає.</w:t>
      </w:r>
    </w:p>
    <w:p>
      <w:r>
        <w:br/>
        <w:t>— Як побачу, то розкажу.</w:t>
      </w:r>
    </w:p>
    <w:p>
      <w:r>
        <w:br/>
        <w:t>— А побачиш?</w:t>
      </w:r>
    </w:p>
    <w:p>
      <w:r>
        <w:br/>
        <w:t>— Побачу, — обіцяє твердо, а в очах — хоч би тобі одна брехлива іскорка спалахнула.</w:t>
      </w:r>
    </w:p>
    <w:p>
      <w:r>
        <w:br/>
        <w:t>— Ну, дивися, дивися, — бубонить Галя.</w:t>
      </w:r>
    </w:p>
    <w:p>
      <w:r>
        <w:br/>
        <w:t>Та й іде собі, залишивши Кучмія, що дивиться їй услід. Тихо в гаю над річкою, а в Галі на душі — сонячно й весело, навіть танцювати хочеться. Вже й забулася за приставучого Кучмія, бо навіщо про нього думати?.. Й раптом долинає невідомо звідки:</w:t>
      </w:r>
    </w:p>
    <w:p>
      <w:r>
        <w:br/>
        <w:t>— Га-алю-ю!</w:t>
      </w:r>
    </w:p>
    <w:p>
      <w:r>
        <w:br/>
        <w:t>Голос такий чудний — наче й людини, наче й інопланетянина. Галя розглядається на ходу, але хіба побачиш, коли гай густий і великий? Мабуть, таки інопланетянин, який нині ходить за нею цілий день, ото прив’язався…</w:t>
      </w:r>
    </w:p>
    <w:p>
      <w:r>
        <w:br/>
        <w:t>Галя йде й чекає, що інопланетянин знову покличе, та не чутно, тихо-тихо.</w:t>
      </w:r>
    </w:p>
    <w:p>
      <w:r>
        <w:br/>
        <w:t>Але ще покличе, авжеж, такий чудний той інопланетянин. Справжній інопланетянин, ні в кого нема такого, тільки в неї…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Інопланетянин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