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Impressions</w:t>
      </w:r>
    </w:p>
    <w:p>
      <w:r>
        <w:br/>
        <w:t xml:space="preserve"> 1.</w:t>
      </w:r>
    </w:p>
    <w:p>
      <w:r>
        <w:br/>
        <w:t>Леді Мовчання&lt;br /&gt;</w:t>
        <w:br/>
        <w:t>з чарівливої клітки&lt;br /&gt;</w:t>
        <w:br/>
        <w:t>тіла&lt;br /&gt;</w:t>
        <w:br/>
        <w:t>троянда&lt;br /&gt;</w:t>
        <w:br/>
        <w:t>крізь розважливу&lt;br /&gt;</w:t>
        <w:br/>
        <w:t>ніч&lt;br /&gt;</w:t>
        <w:br/>
        <w:t>птахо&lt;br /&gt;</w:t>
        <w:br/>
        <w:t>ю</w:t>
      </w:r>
    </w:p>
    <w:p>
      <w:r>
        <w:br/>
        <w:t>(тендітно на&lt;br /&gt;</w:t>
        <w:br/>
        <w:t>дивовижне темнаве обличчя&lt;br /&gt;</w:t>
        <w:br/>
        <w:t>твій&lt;br /&gt;</w:t>
        <w:br/>
        <w:t>запашний&lt;br /&gt;</w:t>
        <w:br/>
        <w:t>голос сіється&lt;br /&gt;</w:t>
        <w:br/>
        <w:t>крила&lt;br /&gt;</w:t>
        <w:br/>
        <w:t>раптово в уні&lt;br /&gt;</w:t>
        <w:br/>
        <w:t>сон&lt;br /&gt;</w:t>
        <w:br/>
        <w:t>сонцю</w:t>
      </w:r>
    </w:p>
    <w:p>
      <w:r>
        <w:br/>
        <w:t>жагучим болем краси світанку)</w:t>
      </w:r>
    </w:p>
    <w:p>
      <w:r>
        <w:br/>
        <w:t>2.</w:t>
      </w:r>
    </w:p>
    <w:p>
      <w:r>
        <w:br/>
        <w:t>небо срібним&lt;br /&gt;</w:t>
        <w:br/>
        <w:t>дисонансом підправляє&lt;br /&gt;</w:t>
        <w:br/>
        <w:t>барви&lt;br /&gt;</w:t>
        <w:br/>
        <w:t>Квітня</w:t>
      </w:r>
    </w:p>
    <w:p>
      <w:r>
        <w:br/>
        <w:t>в&lt;br /&gt;</w:t>
        <w:br/>
        <w:t>хаосі скарбів банальних</w:t>
      </w:r>
    </w:p>
    <w:p>
      <w:r>
        <w:br/>
        <w:t>наче міль воно повільно</w:t>
      </w:r>
    </w:p>
    <w:p>
      <w:r>
        <w:br/>
        <w:t>вимахує крильцями хлипає&lt;br /&gt;</w:t>
        <w:br/>
        <w:t>по траві б'ється об дерева і&lt;br /&gt;</w:t>
        <w:br/>
        <w:t>будинки і врешті&lt;br /&gt;</w:t>
        <w:br/>
        <w:t>знаходить ріку</w:t>
      </w:r>
    </w:p>
    <w:p>
      <w:r>
        <w:br/>
        <w:t>3.</w:t>
      </w:r>
    </w:p>
    <w:p>
      <w:r>
        <w:br/>
        <w:t>корчі&lt;br /&gt;</w:t>
        <w:br/>
        <w:t>тортур</w:t>
      </w:r>
    </w:p>
    <w:p>
      <w:r>
        <w:br/>
        <w:t>скреготання і&lt;br /&gt;</w:t>
        <w:br/>
        <w:t>дряпання роздертої</w:t>
      </w:r>
    </w:p>
    <w:p>
      <w:r>
        <w:br/>
        <w:t>норми&lt;br /&gt;</w:t>
        <w:br/>
        <w:t>тріск і&lt;br /&gt;</w:t>
        <w:br/>
        <w:t>провисання&lt;br /&gt;</w:t>
        <w:br/>
        <w:t>рівнин гамір&lt;br /&gt;</w:t>
        <w:br/>
        <w:t>сутичок&lt;br /&gt;</w:t>
        <w:br/>
        <w:t>колапс І</w:t>
      </w:r>
    </w:p>
    <w:p>
      <w:r>
        <w:br/>
        <w:t>супокійне,&lt;br /&gt;</w:t>
        <w:br/>
        <w:t>огорнуте&lt;br /&gt;</w:t>
        <w:br/>
        <w:t>в страхітливу красу</w:t>
      </w:r>
    </w:p>
    <w:p>
      <w:r>
        <w:br/>
        <w:t>заходу сонця</w:t>
      </w:r>
    </w:p>
    <w:p>
      <w:r>
        <w:br/>
        <w:t>юне місто</w:t>
      </w:r>
    </w:p>
    <w:p>
      <w:r>
        <w:br/>
        <w:t>соромливо знімає із себе одежу&lt;br /&gt;</w:t>
        <w:br/>
        <w:t>вимірів&lt;br /&gt;</w:t>
        <w:br/>
        <w:t>стає садом агонії</w:t>
      </w:r>
    </w:p>
    <w:p>
      <w:r>
        <w:br/>
        <w:t>4.</w:t>
      </w:r>
    </w:p>
    <w:p>
      <w:r>
        <w:br/>
        <w:t>горби&lt;br /&gt;</w:t>
        <w:br/>
        <w:t>немов поети вдягають&lt;br /&gt;</w:t>
        <w:br/>
        <w:t>ся в пурпур&lt;br /&gt;</w:t>
        <w:br/>
        <w:t>ну</w:t>
      </w:r>
    </w:p>
    <w:p>
      <w:r>
        <w:br/>
        <w:t>велич гамору</w:t>
      </w:r>
    </w:p>
    <w:p>
      <w:r>
        <w:br/>
        <w:t>дня</w:t>
      </w:r>
    </w:p>
    <w:p>
      <w:r>
        <w:br/>
        <w:t>замученого&lt;br /&gt;</w:t>
        <w:br/>
        <w:t>серед золота,</w:t>
      </w:r>
    </w:p>
    <w:p>
      <w:r>
        <w:br/>
        <w:t>занепалого&lt;br /&gt;</w:t>
        <w:br/>
        <w:t>випаровування&lt;br /&gt;</w:t>
        <w:br/>
        <w:t>червоної душі в сутемінь</w:t>
      </w:r>
    </w:p>
    <w:p>
      <w:r>
        <w:br/>
        <w:t>так&lt;br /&gt;</w:t>
        <w:br/>
        <w:t>темноокий майстер&lt;br /&gt;</w:t>
        <w:br/>
        <w:t>відчиняє&lt;br /&gt;</w:t>
        <w:br/>
        <w:t>солодкі ворота</w:t>
      </w:r>
    </w:p>
    <w:p>
      <w:r>
        <w:br/>
        <w:t>мого серця і</w:t>
      </w:r>
    </w:p>
    <w:p>
      <w:r>
        <w:br/>
        <w:t>виймає&lt;br /&gt;</w:t>
        <w:br/>
        <w:t>тро&lt;br /&gt;</w:t>
        <w:br/>
        <w:t>янду,</w:t>
      </w:r>
    </w:p>
    <w:p>
      <w:r>
        <w:br/>
        <w:t>прекрас&lt;br /&gt;</w:t>
        <w:br/>
        <w:t>ну&lt;br /&gt;</w:t>
        <w:br/>
        <w:t>вбивцю</w:t>
      </w:r>
    </w:p>
    <w:p>
      <w:r>
        <w:br/>
        <w:t>5.</w:t>
      </w:r>
    </w:p>
    <w:p>
      <w:r>
        <w:br/>
        <w:t>жалить&lt;br /&gt;</w:t>
        <w:br/>
        <w:t>золотий рій&lt;br /&gt;</w:t>
        <w:br/>
        <w:t>зі шпиля&lt;br /&gt;</w:t>
        <w:br/>
        <w:t>срібного</w:t>
      </w:r>
    </w:p>
    <w:p>
      <w:r>
        <w:br/>
        <w:t>славоспівом</w:t>
      </w:r>
    </w:p>
    <w:p>
      <w:r>
        <w:br/>
        <w:t>величезні дзвони троянд&lt;br /&gt;</w:t>
        <w:br/>
        <w:t>товстогубі і непристойні</w:t>
      </w:r>
    </w:p>
    <w:p>
      <w:r>
        <w:br/>
        <w:t>і високий</w:t>
      </w:r>
    </w:p>
    <w:p>
      <w:r>
        <w:br/>
        <w:t>вітер&lt;br /&gt;</w:t>
        <w:br/>
        <w:t>бреде&lt;br /&gt;</w:t>
        <w:br/>
        <w:t>мо&lt;br /&gt;</w:t>
        <w:br/>
        <w:t>рем</w:t>
      </w:r>
    </w:p>
    <w:p>
      <w:r>
        <w:br/>
        <w:t>яке</w:t>
      </w:r>
    </w:p>
    <w:p>
      <w:r>
        <w:br/>
        <w:t>заснул</w:t>
      </w:r>
    </w:p>
    <w:p>
      <w:r>
        <w:br/>
        <w:t>-О</w:t>
      </w:r>
    </w:p>
    <w:p>
      <w:r>
        <w:br/>
        <w:t>6.</w:t>
      </w:r>
    </w:p>
    <w:p>
      <w:r>
        <w:br/>
        <w:t>не&lt;br /&gt;</w:t>
        <w:br/>
        <w:t>бо&lt;br /&gt;</w:t>
        <w:br/>
        <w:t>мог&lt;br /&gt;</w:t>
        <w:br/>
        <w:t>ло сві ти ти&lt;br /&gt;</w:t>
        <w:br/>
        <w:t>ся&lt;br /&gt;</w:t>
        <w:br/>
        <w:t>смачний&lt;br /&gt;</w:t>
        <w:br/>
        <w:t>проворний</w:t>
      </w:r>
    </w:p>
    <w:p>
      <w:r>
        <w:br/>
        <w:t>рожевий лякливий</w:t>
      </w:r>
    </w:p>
    <w:p>
      <w:r>
        <w:br/>
        <w:t>лимон&lt;br /&gt;</w:t>
        <w:br/>
        <w:t>зелений хол одни&lt;br /&gt;</w:t>
        <w:br/>
        <w:t>йшо&lt;br /&gt;</w:t>
        <w:br/>
        <w:t>ко</w:t>
      </w:r>
    </w:p>
    <w:p>
      <w:r>
        <w:br/>
        <w:t>лад. під&lt;br /&gt;</w:t>
        <w:br/>
        <w:t>рух ли&lt;br /&gt;</w:t>
        <w:br/>
        <w:t>ви&lt;br /&gt;</w:t>
        <w:br/>
        <w:t>ми&lt;br /&gt;</w:t>
        <w:br/>
        <w:t>губ а ми</w:t>
      </w:r>
    </w:p>
    <w:p>
      <w:r>
        <w:br/>
        <w:t>фі</w:t>
      </w:r>
    </w:p>
    <w:p>
      <w:r>
        <w:br/>
        <w:t>а</w:t>
      </w:r>
    </w:p>
    <w:p>
      <w:r>
        <w:br/>
        <w:t>л</w:t>
      </w:r>
    </w:p>
    <w:p>
      <w:r>
        <w:br/>
        <w:t>оКо</w:t>
      </w:r>
    </w:p>
    <w:p>
      <w:r>
        <w:br/>
        <w:t>7.</w:t>
      </w:r>
    </w:p>
    <w:p>
      <w:r>
        <w:br/>
        <w:t>я споглядав як&lt;br /&gt;</w:t>
        <w:br/>
        <w:t>з прозорого плаття&lt;br /&gt;</w:t>
        <w:br/>
        <w:t>ночі зірки&lt;br /&gt;</w:t>
        <w:br/>
        <w:t>дрібнішають з-</w:t>
      </w:r>
    </w:p>
    <w:p>
      <w:r>
        <w:br/>
        <w:t>лу&lt;br /&gt;</w:t>
        <w:br/>
        <w:t>-щ-&lt;br /&gt;</w:t>
        <w:br/>
        <w:t>уют-&lt;br /&gt;</w:t>
        <w:br/>
        <w:t>ь&lt;br /&gt;</w:t>
        <w:br/>
        <w:t>-с-&lt;br /&gt;</w:t>
        <w:br/>
        <w:t>я осипаються</w:t>
      </w:r>
    </w:p>
    <w:p>
      <w:r>
        <w:br/>
        <w:t>і лиш&lt;br /&gt;</w:t>
        <w:br/>
        <w:t>темнаво&lt;br /&gt;</w:t>
        <w:br/>
        <w:t>зла&lt;br /&gt;</w:t>
        <w:br/>
        <w:t>зоря п</w:t>
      </w:r>
    </w:p>
    <w:p>
      <w:r>
        <w:br/>
        <w:t>-о&lt;br /&gt;</w:t>
        <w:br/>
        <w:t>хит-&lt;br /&gt;</w:t>
        <w:br/>
        <w:t>уєть&lt;br /&gt;</w:t>
        <w:br/>
        <w:t>-ся заманюючи&lt;br /&gt;</w:t>
        <w:br/>
        <w:t>світанок&lt;br /&gt;</w:t>
        <w:br/>
        <w:t>а тоді</w:t>
      </w:r>
    </w:p>
    <w:p>
      <w:r>
        <w:br/>
        <w:t>різко</w:t>
      </w:r>
    </w:p>
    <w:p>
      <w:r>
        <w:br/>
        <w:t>в безвість. і коли над моєю&lt;br /&gt;</w:t>
        <w:br/>
        <w:t>головою&lt;br /&gt;</w:t>
        <w:br/>
        <w:t>ця зірка&lt;br /&gt;</w:t>
        <w:br/>
        <w:t>Виб ух</w:t>
      </w:r>
    </w:p>
    <w:p>
      <w:r>
        <w:br/>
        <w:t>( ає</w:t>
      </w:r>
    </w:p>
    <w:p>
      <w:r>
        <w:br/>
        <w:t>її спертий крик</w:t>
      </w:r>
    </w:p>
    <w:p>
      <w:r>
        <w:br/>
        <w:t>так схожий на дзвінок будильника)</w:t>
      </w:r>
    </w:p>
    <w:p>
      <w:r>
        <w:br/>
        <w:t>8.</w:t>
      </w:r>
    </w:p>
    <w:p>
      <w:r>
        <w:br/>
        <w:t>поміж зелених</w:t>
      </w:r>
    </w:p>
    <w:p>
      <w:r>
        <w:br/>
        <w:t>гір</w:t>
      </w:r>
    </w:p>
    <w:p>
      <w:r>
        <w:br/>
        <w:t>раптові спі&lt;br /&gt;</w:t>
        <w:br/>
        <w:t>ви</w:t>
      </w:r>
    </w:p>
    <w:p>
      <w:r>
        <w:br/>
        <w:t>вогню потойбіч червоних річок&lt;br /&gt;</w:t>
        <w:br/>
        <w:t>чистокрилі і&lt;br /&gt;</w:t>
        <w:br/>
        <w:t>безконечні&lt;br /&gt;</w:t>
        <w:br/>
        <w:t>хвилі</w:t>
      </w:r>
    </w:p>
    <w:p>
      <w:r>
        <w:br/>
        <w:t>спалах</w:t>
      </w:r>
    </w:p>
    <w:p>
      <w:r>
        <w:br/>
        <w:t>буй&lt;br /&gt;</w:t>
        <w:br/>
        <w:t>ства&lt;br /&gt;</w:t>
        <w:br/>
        <w:t>вакханки.</w:t>
      </w:r>
    </w:p>
    <w:p>
      <w:r>
        <w:br/>
        <w:t>роздерта пелюстка&lt;br /&gt;</w:t>
        <w:br/>
        <w:t>гори,божевільне&lt;br /&gt;</w:t>
        <w:br/>
        <w:t>обличчя. мініатютна&lt;br /&gt;</w:t>
        <w:br/>
        <w:t>грація&lt;br /&gt;</w:t>
        <w:br/>
        <w:t>танцю</w:t>
      </w:r>
    </w:p>
    <w:p>
      <w:r>
        <w:br/>
        <w:t>9.</w:t>
      </w:r>
    </w:p>
    <w:p>
      <w:r>
        <w:br/>
        <w:t>пора прокидатися знімати із себе зорі уже&lt;br /&gt;</w:t>
        <w:br/>
        <w:t>світанок&lt;br /&gt;</w:t>
        <w:br/>
        <w:t>у вулицях неба світло гуляє сіючи вірші</w:t>
      </w:r>
    </w:p>
    <w:p>
      <w:r>
        <w:br/>
        <w:t>на землі свічі&lt;br /&gt;</w:t>
        <w:br/>
        <w:t>погашені місто&lt;br /&gt;</w:t>
        <w:br/>
        <w:t>встає&lt;br /&gt;</w:t>
        <w:br/>
        <w:t>з піснями на&lt;br /&gt;</w:t>
        <w:br/>
        <w:t>вустах зі смертю в очах</w:t>
      </w:r>
    </w:p>
    <w:p>
      <w:r>
        <w:br/>
        <w:t>це світанок&lt;br /&gt;</w:t>
        <w:br/>
        <w:t>це світ&lt;br /&gt;</w:t>
        <w:br/>
        <w:t>добиває залишки снів…</w:t>
      </w:r>
    </w:p>
    <w:p>
      <w:r>
        <w:br/>
        <w:t>я бачу вулиці де сильний&lt;br /&gt;</w:t>
        <w:br/>
        <w:t>чоловік добуває хліб&lt;br /&gt;</w:t>
        <w:br/>
        <w:t>бачу брутальні пики задоволених&lt;br /&gt;</w:t>
        <w:br/>
        <w:t>безнадійним жахом жорстокого щастя</w:t>
      </w:r>
    </w:p>
    <w:p>
      <w:r>
        <w:br/>
        <w:t>це день,</w:t>
      </w:r>
    </w:p>
    <w:p>
      <w:r>
        <w:br/>
        <w:t>у дзеркалі&lt;br /&gt;</w:t>
        <w:br/>
        <w:t>я бачу тлінного&lt;br /&gt;</w:t>
        <w:br/>
        <w:t>чоловіка&lt;br /&gt;</w:t>
        <w:br/>
        <w:t>мріє&lt;br /&gt;</w:t>
        <w:br/>
        <w:t>мріє&lt;br /&gt;</w:t>
        <w:br/>
        <w:t>мріє у дзеркалі</w:t>
      </w:r>
    </w:p>
    <w:p>
      <w:r>
        <w:br/>
        <w:t>це&lt;br /&gt;</w:t>
        <w:br/>
        <w:t>присмерк на землі</w:t>
      </w:r>
    </w:p>
    <w:p>
      <w:r>
        <w:br/>
        <w:t>свічки запалено&lt;br /&gt;</w:t>
        <w:br/>
        <w:t>потемніло.&lt;br /&gt;</w:t>
        <w:br/>
        <w:t>люди позачинялися у своїх будинках&lt;br /&gt;</w:t>
        <w:br/>
        <w:t>тлінні люди позачинялися у своїх ліжках&lt;br /&gt;</w:t>
        <w:br/>
        <w:t>місто&lt;br /&gt;</w:t>
        <w:br/>
        <w:t>засинає зі смертю на вустах з піною в очах&lt;br /&gt;</w:t>
        <w:br/>
        <w:t>пора спати&lt;br /&gt;</w:t>
        <w:br/>
        <w:t>вдягати зірки…</w:t>
      </w:r>
    </w:p>
    <w:p>
      <w:r>
        <w:br/>
        <w:t>у вулицях неба ніч гуляє сіючи вірші</w:t>
      </w:r>
    </w:p>
    <w:p>
      <w:r>
        <w:br/>
        <w:t>10.</w:t>
      </w:r>
    </w:p>
    <w:p>
      <w:r>
        <w:br/>
        <w:t>переходитиму вбрід</w:t>
      </w:r>
    </w:p>
    <w:p>
      <w:r>
        <w:br/>
        <w:t>цей струмок палаючих квітів</w:t>
      </w:r>
    </w:p>
    <w:p>
      <w:r>
        <w:br/>
        <w:t>Нестиму сонце в устах&lt;br /&gt;</w:t>
        <w:br/>
        <w:t>стрибатиму в свіже повітря</w:t>
      </w:r>
    </w:p>
    <w:p>
      <w:r>
        <w:br/>
        <w:t>Живий</w:t>
      </w:r>
    </w:p>
    <w:p>
      <w:r>
        <w:br/>
        <w:t>із зачиненими очима</w:t>
      </w:r>
    </w:p>
    <w:p>
      <w:r>
        <w:br/>
        <w:t>і присмерк вливатиметься</w:t>
      </w:r>
    </w:p>
    <w:p>
      <w:r>
        <w:br/>
        <w:t>в сонні вигини мого тіла</w:t>
      </w:r>
    </w:p>
    <w:p>
      <w:r>
        <w:br/>
        <w:t>І плавно проникатимуть цнотливі&lt;br /&gt;</w:t>
        <w:br/>
        <w:t>пальці русалок</w:t>
      </w:r>
    </w:p>
    <w:p>
      <w:r>
        <w:br/>
        <w:t>В досконалу таїну&lt;br /&gt;</w:t>
        <w:br/>
        <w:t>моєї плоті</w:t>
      </w:r>
    </w:p>
    <w:p>
      <w:r>
        <w:br/>
        <w:t>І я підніматимуся</w:t>
      </w:r>
    </w:p>
    <w:p>
      <w:r>
        <w:br/>
        <w:t>Після тисячі літ</w:t>
      </w:r>
    </w:p>
    <w:p>
      <w:r>
        <w:br/>
        <w:t>поцілунків&lt;br /&gt;</w:t>
        <w:br/>
        <w:t>квіток&lt;br /&gt;</w:t>
        <w:br/>
        <w:t>Застигне мій зуб в сріблі місяця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Impressions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