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Імандра</w:t>
      </w:r>
    </w:p>
    <w:p>
      <w:r>
        <w:br/>
        <w:t xml:space="preserve"> &lt;p&gt;Чорні армади гір лягли, закриваючи обрії заходу. День у день на вершинах снуються холодні тумани. Ні деревця гам, ні чагарника, ні трави... Лише мох вкриває оте віковічне, ніким не займане каміння. І вже нижче шумлять зеленими кронами ялинові ліси, а ще нижче, в долині, скільки оком сягнеш, розлилося широке та глибоке озеро Імандра. І, здається, нема йому кінця-краю.</w:t>
      </w:r>
    </w:p>
    <w:p>
      <w:r>
        <w:br/>
        <w:t>До цього озера в який ось уже раз приходить Тоймі, довго і пильно вдивляється в обрій, чи не маячать на воді білі вітрила йоли !.</w:t>
      </w:r>
    </w:p>
    <w:p>
      <w:r>
        <w:br/>
        <w:t>Там десь батько і брат Юго. Попливли в рейс, і невідомо, що з ними сталося. Тому очі в дівчини засмучені, тому душа її горить тривогою, передчуттям недоброї звістки...</w:t>
      </w:r>
    </w:p>
    <w:p>
      <w:r>
        <w:br/>
        <w:t>Минає час, а Тоймі все стоїть, усе зорить у далечінь.</w:t>
      </w:r>
    </w:p>
    <w:p>
      <w:r>
        <w:br/>
        <w:t>Спадає біла ніч, біла й холодна. До обрію схиляється сонце і немовби застигає на годину чи дві, потім знову почне підводитись угору. І від променів його рожевітимуть гірські тумани, народжуватиметься день новий, і не змінить його ніч, бо ночі зараз у цім краю прозорі, мов ранок.</w:t>
      </w:r>
    </w:p>
    <w:p>
      <w:r>
        <w:br/>
        <w:t>Не діждавшись батька, Тоймі пішла до кюле 2, що причаїлося поблизу озера. Тихе воно й безлюдне.</w:t>
      </w:r>
    </w:p>
    <w:p>
      <w:r>
        <w:br/>
        <w:t>Рублені хати з маленькими вікнами немило вражають око своєю чорнотою, і тільки один будинок багатія Еркі Густавсона вирізняється з-поміж інших хат.</w:t>
      </w:r>
    </w:p>
    <w:p>
      <w:r>
        <w:br/>
        <w:t>У Густавсоновому будинку — великі вікна, а на вікнах тюлеві фіранки й квіти. Подвір'я своє обгородив Густавсон колючим дротом.</w:t>
      </w:r>
    </w:p>
    <w:p>
      <w:r>
        <w:br/>
        <w:t>До нього звертаються місцеві рибалки, бо у Густавсона — йола й рибальська снасть.</w:t>
      </w:r>
    </w:p>
    <w:p>
      <w:r>
        <w:br/>
        <w:t>Не відмовляє рибалкам хазяїн,— адже він живе й багатіє з їхньої праці.</w:t>
      </w:r>
    </w:p>
    <w:p>
      <w:r>
        <w:br/>
        <w:t>...Зайшла Тоймі до хати.</w:t>
      </w:r>
    </w:p>
    <w:p>
      <w:r>
        <w:br/>
        <w:t>Поглядом, сповненим тривоги й відчаю, зустріла її мати Лемпі.</w:t>
      </w:r>
    </w:p>
    <w:p>
      <w:r>
        <w:br/>
        <w:t>— Нема?</w:t>
      </w:r>
    </w:p>
    <w:p>
      <w:r>
        <w:br/>
        <w:t>— Нема...</w:t>
      </w:r>
    </w:p>
    <w:p>
      <w:r>
        <w:br/>
        <w:t>Мати дивиться крізь шибки на Імандру, дивиться мовчки й довго. Важкі думи не дають старій Лемпі спокійно спати вже кілька ночей.</w:t>
      </w:r>
    </w:p>
    <w:p>
      <w:r>
        <w:br/>
        <w:t>* Йола — рибальське судно. Кюле — село.</w:t>
      </w:r>
    </w:p>
    <w:p>
      <w:r>
        <w:br/>
        <w:t>Ніколи так довго не залишалися на озері рибалки. Буря, що пронеслася над Імандрою, ятрить серце, і болить воно від туги за чоловіком і сином, що попливли в рейс виловлювати з глибоких вод озера дорогу й смачну рибу кумжу, харіус, миньйок...</w:t>
      </w:r>
    </w:p>
    <w:p>
      <w:r>
        <w:br/>
        <w:t>За Югом, за молодшим сином, особливо сильною була туга старої карелки.</w:t>
      </w:r>
    </w:p>
    <w:p>
      <w:r>
        <w:br/>
        <w:t>На полику спить старший син Сандер, спить міцно, підклавши під голову мускулясті руки.</w:t>
      </w:r>
    </w:p>
    <w:p>
      <w:r>
        <w:br/>
        <w:t>Ішов Сандер до Червоної Армії в старому піджаці, на якому позасихав риб'ячий жир та луска, у драних чоботях, неписьменний.</w:t>
      </w:r>
    </w:p>
    <w:p>
      <w:r>
        <w:br/>
        <w:t>Минало коротке літо, пролітала дощова осінь, наступала зимова пора, коли три місяці не сходить за горою сонце.</w:t>
      </w:r>
    </w:p>
    <w:p>
      <w:r>
        <w:br/>
        <w:t>Все ніч і ніч. Та, бува, з крижаного океану налетять потужні вітри. Що тоді робиться надворі! І вихрить, і кружить мов навіжена біла заметіль, очі засліплює, з ніг валяє, навертає гори снігу. Ось у таку негоду сиділа якось Лемпі в хаті сама, позирала на вікна, а думки її летіли бистріше вітру до Москви. Там у Червоній Армії служить її старший син.</w:t>
      </w:r>
    </w:p>
    <w:p>
      <w:r>
        <w:br/>
        <w:t>Сиділа Лемпі біля грубки, соснові дрова підкладала, коли хтось рипнув дверима. Увійшов до хати засніжений рибалка.</w:t>
      </w:r>
    </w:p>
    <w:p>
      <w:r>
        <w:br/>
        <w:t>— Здрастуй, Лемпі!</w:t>
      </w:r>
    </w:p>
    <w:p>
      <w:r>
        <w:br/>
        <w:t>— Здрастуй, Пекко! — Жінка поставила йому стільчик.— Сідай, грійся.</w:t>
      </w:r>
    </w:p>
    <w:p>
      <w:r>
        <w:br/>
        <w:t>— їздив на пошту. Привіз тобі листа.— 3 хутряної шапки дістав синенького конверта.</w:t>
      </w:r>
    </w:p>
    <w:p>
      <w:r>
        <w:br/>
        <w:t>— Неписьменна я. Прочитай мені, Пекко.</w:t>
      </w:r>
    </w:p>
    <w:p>
      <w:r>
        <w:br/>
        <w:t>— Можна.— І він розірвав конверт, витяг фотокартку.— Герой! — сказав Пекка, оглядаючи ставну постать червоно-армійця.</w:t>
      </w:r>
    </w:p>
    <w:p>
      <w:r>
        <w:br/>
        <w:t>— Сандер мій...</w:t>
      </w:r>
    </w:p>
    <w:p>
      <w:r>
        <w:br/>
        <w:t>У листі син писав, що восени демобілізується, повернеться в село і тоді по-новому заживе їхня сім'я. Він тепер знає, що треба робити в кюле. Не могла стара Лемпі всидіти вдома. Хай надворі хуртовина, хай скажений вітер засліплює очі, але вона піде до сусідки Майю похвалитися листом, покаже їй фотографію.</w:t>
      </w:r>
    </w:p>
    <w:p>
      <w:r>
        <w:br/>
        <w:t>— Спасибі тобі, Пекко. Велику радість ти приніс мені.</w:t>
      </w:r>
    </w:p>
    <w:p>
      <w:r>
        <w:br/>
        <w:t>— А старий же де?</w:t>
      </w:r>
    </w:p>
    <w:p>
      <w:r>
        <w:br/>
        <w:t>— У сільраді. Якась нарада в рибалок. Там і чоловік, там і Юго.</w:t>
      </w:r>
    </w:p>
    <w:p>
      <w:r>
        <w:br/>
        <w:t>Вийшов з хати Пекка. Вийшла з хати і Лемпі. Обдало їх одразу холодним вітром.</w:t>
      </w:r>
    </w:p>
    <w:p>
      <w:r>
        <w:br/>
        <w:t>Загрузаючи в сніг, Лемпі пішла до сусідки. Пекка звернув у провулок, і його дебела постать швидко зникла з очей.</w:t>
      </w:r>
    </w:p>
    <w:p>
      <w:r>
        <w:br/>
        <w:t>Три доби лютувала хуртовина, а на четвертий день ясні зорі засяяли в небі. Здіймалося над океаном північне сяйво, і одсвіти його лягали на білі й холодні сніги.</w:t>
      </w:r>
    </w:p>
    <w:p>
      <w:r>
        <w:br/>
        <w:t>...Біля хатини стояла Лемпі, дивилася на південь. Там Москва. Звідти мусить приїхати її старший син. І ось настав довгожданий день. Ще сонце не підвелося з-за гори, ще довгі тіні від крутих схилів лежали на озері Імандра, коли переступив поріг рідної хати Сандер.</w:t>
      </w:r>
    </w:p>
    <w:p>
      <w:r>
        <w:br/>
        <w:t>— Мамо!</w:t>
      </w:r>
    </w:p>
    <w:p>
      <w:r>
        <w:br/>
        <w:t>Обернулася на той голос, впізнала, кинулась йому назустріч, схвильована, зворушена вкрай.</w:t>
      </w:r>
    </w:p>
    <w:p>
      <w:r>
        <w:br/>
        <w:t>— Сину... Сину мій!..</w:t>
      </w:r>
    </w:p>
    <w:p>
      <w:r>
        <w:br/>
        <w:t>Поцілувавшись з матір'ю, він обвів очима рідну хату, спитав:</w:t>
      </w:r>
    </w:p>
    <w:p>
      <w:r>
        <w:br/>
        <w:t>— А де ж батько, де Юго, де Тоймі? Чому їх немає вдома?</w:t>
      </w:r>
    </w:p>
    <w:p>
      <w:r>
        <w:br/>
        <w:t>— Попливли в рейс. А Тоймі в наймах.— І помітила мати, як нахмурились синові брови.</w:t>
      </w:r>
    </w:p>
    <w:p>
      <w:r>
        <w:br/>
        <w:t>— І досі в Густавсона роблять?</w:t>
      </w:r>
    </w:p>
    <w:p>
      <w:r>
        <w:br/>
        <w:t>— А де ж їм робити, сину? У Густавсона.</w:t>
      </w:r>
    </w:p>
    <w:p>
      <w:r>
        <w:br/>
        <w:t>Нічого більше не сказав Сандер. Скинув шинель, повісив на кілочку будьонівку, сів край столу.</w:t>
      </w:r>
    </w:p>
    <w:p>
      <w:r>
        <w:br/>
        <w:t>— Ти, сину, мабуть, зголоднів? Я зараз тобі рибки насмажу та побіжу до Густавсонихи Енсо — може, дасть мені на відробіток м'яса. Вони вчора зарізали оленя, і, я знаю, для тебе не відмовлять.</w:t>
      </w:r>
    </w:p>
    <w:p>
      <w:r>
        <w:br/>
        <w:t>— Риба є, то й добре, а до Енсо, мамо, не ходіть.</w:t>
      </w:r>
    </w:p>
    <w:p>
      <w:r>
        <w:br/>
        <w:t>— Чому, сину? Вона так мене розпитує завжди про тебе. А як показала я їй карточку твою, то вона мені й каже: "Ой Лемпі, та невже ти гадаєш, що твій син захоче знову жити в убогій хатині? Він залишиться десь там, у великому місті. Не жди його, не повернеться він до кюле". Образила мене багачка, і я їй більше не говорила про тебе нічого.</w:t>
      </w:r>
    </w:p>
    <w:p>
      <w:r>
        <w:br/>
        <w:t>Сандер уважно вислухав матір, а потім сказав:</w:t>
      </w:r>
    </w:p>
    <w:p>
      <w:r>
        <w:br/>
        <w:t>— Я-то житиму в кюле, а побачимо, де житимуть Густавсо-ни.— І він підвівся.</w:t>
      </w:r>
    </w:p>
    <w:p>
      <w:r>
        <w:br/>
        <w:t>— Куди це ти, сину?</w:t>
      </w:r>
    </w:p>
    <w:p>
      <w:r>
        <w:br/>
        <w:t>— До озера. Піду умиюся.— Взяв білого рушника, мило, вийшов з хати.</w:t>
      </w:r>
    </w:p>
    <w:p>
      <w:r>
        <w:br/>
        <w:t>Через кілька днів у селі відбулися збори. І на тих зборах Сандера обрали головою сільради.</w:t>
      </w:r>
    </w:p>
    <w:p>
      <w:r>
        <w:br/>
        <w:t>З того дня й почалося для матері неспокійне життя.</w:t>
      </w:r>
    </w:p>
    <w:p>
      <w:r>
        <w:br/>
        <w:t>Сандер хоче утворити рибальський колектив. Проти Густавсона пішов. Боялася стара Лемпі за молоде синове життя. Адже не одна сусідка їй говорила:</w:t>
      </w:r>
    </w:p>
    <w:p>
      <w:r>
        <w:br/>
        <w:t>— Щаслива ти, Лемпі, розумного маєш сина...</w:t>
      </w:r>
    </w:p>
    <w:p>
      <w:r>
        <w:br/>
        <w:t>Матері це радість! І раділа Лемпі, але не знали сусідки, що серце її сповнене і любов'ю, й тривогою за Сандера.</w:t>
      </w:r>
    </w:p>
    <w:p>
      <w:r>
        <w:br/>
        <w:t>Не забуде Лемпі гострого погляду Густавсона. Якусь довідку з сільради хотів узяти, а Сандер йому відмовив. Зустрілася Лемпі з сільським багатієм, зупинив її.</w:t>
      </w:r>
    </w:p>
    <w:p>
      <w:r>
        <w:br/>
        <w:t>— Я не перший день і тебе, й твого чоловіка знаю, але Сандер твій не поважає мене. Зовсім не поважає. І надаремне.</w:t>
      </w:r>
    </w:p>
    <w:p>
      <w:r>
        <w:br/>
        <w:t>Нічого Лемпі йому не відповіла, але відчула в словах глуху, приховану погрозу. Розповіла про це Саидерові, а він сміється.</w:t>
      </w:r>
    </w:p>
    <w:p>
      <w:r>
        <w:br/>
        <w:t>— Господар, кажете, з йоли прожене? Нічого, мамо. Хай ось прибудуть з рейсу рибалки! Ми йолу і господарство його заберемо до колективу.— Та й пішов кудись з дому. А надвечір того ж таки дня повернулася додому Тоймі з вузликом своїх речей. Глянула на неї мати — зрозуміла все.</w:t>
      </w:r>
    </w:p>
    <w:p>
      <w:r>
        <w:br/>
        <w:t>— Прогнав?</w:t>
      </w:r>
    </w:p>
    <w:p>
      <w:r>
        <w:br/>
        <w:t>Тоймі, нічого не відповівши, сіла біля вікна, дивилась у далечінь озера, а в очах у неї було повно сліз. Тихо підійшла до неї мати.</w:t>
      </w:r>
    </w:p>
    <w:p>
      <w:r>
        <w:br/>
        <w:t>— Не горюй, Тоймі, не плач. На твої руки робота знайдеться. Пізно повернувся Сандер додому, ліг і одразу заснув. Та не</w:t>
      </w:r>
    </w:p>
    <w:p>
      <w:r>
        <w:br/>
        <w:t>могла заснути стара Лемпі. Вона підходила до маленького вікна, дивилась на озеро. "Що це там? Невже вітрило?" Лемпі вдивлялася пильніше.</w:t>
      </w:r>
    </w:p>
    <w:p>
      <w:r>
        <w:br/>
        <w:t>— Йолу... йолу на Імандрі видно. Прокинулась Тоймі, встав Сандер.</w:t>
      </w:r>
    </w:p>
    <w:p>
      <w:r>
        <w:br/>
        <w:t>— Ходім, сину, допоможеш батькові рибу зносити.</w:t>
      </w:r>
    </w:p>
    <w:p>
      <w:r>
        <w:br/>
        <w:t>Син, глянувши у вікно, мовчки почав одягатись. Мати й дочка вибігли з хати.</w:t>
      </w:r>
    </w:p>
    <w:p>
      <w:r>
        <w:br/>
        <w:t>По дорозі до них приєдналася Майю. Вона, як і Лемпі, теж ждала сина і останні ночі спала неспокійно.</w:t>
      </w:r>
    </w:p>
    <w:p>
      <w:r>
        <w:br/>
        <w:t>— Наша йола,— говорила вона, розглядаючи з-під долоні судно.— Наша! Переболіло моє серце за сином.</w:t>
      </w:r>
    </w:p>
    <w:p>
      <w:r>
        <w:br/>
        <w:t>— Ходімо швидше.</w:t>
      </w:r>
    </w:p>
    <w:p>
      <w:r>
        <w:br/>
        <w:t>Біле вітрило було ще далеко, і добру годину треба чекати, поки йола пристане до берега, та матері ладні цілий день сидіти отут, аби нарешті побачити своїх дітей.</w:t>
      </w:r>
    </w:p>
    <w:p>
      <w:r>
        <w:br/>
        <w:t>— Велика буря була. В таку бурю пропав у мене старший син,— говорила Майю і не спускала очей з рибальського судна.</w:t>
      </w:r>
    </w:p>
    <w:p>
      <w:r>
        <w:br/>
        <w:t>Згодом прийшов Сандер.</w:t>
      </w:r>
    </w:p>
    <w:p>
      <w:r>
        <w:br/>
        <w:t>Він теж дивився на білі вітрила. І дивно, вони нагадали йому дитячі літа з вічними злиднями. Ніколи не їв Сандер уволю хліба, а наступала зима — шнурочком міряла мати позичений окраєць і, роздаючи дітям, приказувала:</w:t>
      </w:r>
    </w:p>
    <w:p>
      <w:r>
        <w:br/>
        <w:t>— Знову тато до Густавсона ходив. Це ж відробляти за цей хліб треба весною. Потрошечку кусайте.</w:t>
      </w:r>
    </w:p>
    <w:p>
      <w:r>
        <w:br/>
        <w:t>Надходила весна, і батько вирушав у рейс.</w:t>
      </w:r>
    </w:p>
    <w:p>
      <w:r>
        <w:br/>
        <w:t>Не раз приходив до озера Сандер виглядати йолу. Просиджував годинами. Часом здійметься над обрієм біла хмаринка, така схожа на вітрило, і Сандерові хочеться танцювати з радощів.</w:t>
      </w:r>
    </w:p>
    <w:p>
      <w:r>
        <w:br/>
        <w:t>— Тато пливе, тато...</w:t>
      </w:r>
    </w:p>
    <w:p>
      <w:r>
        <w:br/>
        <w:t>Та хмаринка підіймалась вище, і потухала хлоп'яча радість. Ховалося сонце за горою. Змучений повертався Сандер додому.</w:t>
      </w:r>
    </w:p>
    <w:p>
      <w:r>
        <w:br/>
        <w:t>— Не видно, сину, йоли? — запитувала в нього мати.</w:t>
      </w:r>
    </w:p>
    <w:p>
      <w:r>
        <w:br/>
        <w:t>— Нема,— відповість було зажурено. І тоді мати обійме його, приголубить.</w:t>
      </w:r>
    </w:p>
    <w:p>
      <w:r>
        <w:br/>
        <w:t>— Нічого, повернуться. Лягай, сину, спати.</w:t>
      </w:r>
    </w:p>
    <w:p>
      <w:r>
        <w:br/>
        <w:t>Ляже Сандер, і сниться йому, що разом із батьком він теж пливе у рейс.</w:t>
      </w:r>
    </w:p>
    <w:p>
      <w:r>
        <w:br/>
        <w:t>Вітер гонить вітрило. В сітях б'ється впіймана риба, багато-багато риби...</w:t>
      </w:r>
    </w:p>
    <w:p>
      <w:r>
        <w:br/>
        <w:t>Якось попросив він батька взяти його, Сандера, з собою, і не забути довіку хлопчикові, як тато з сумом відповів:</w:t>
      </w:r>
    </w:p>
    <w:p>
      <w:r>
        <w:br/>
        <w:t>— Сину мій, ще будеш ти плавати, та й не один раз. Каторжна робота. Лихий у нас хазяїн!</w:t>
      </w:r>
    </w:p>
    <w:p>
      <w:r>
        <w:br/>
        <w:t>Птицями пролетіли роки. Підростав Сандер, сили набирався. І справді, не один раз плавав він у рейс на Густавсоновій йолі. І що ж? Гусгавсон живе, а рибалки животіють. От і в них у хаті. Робить батько, робить брат Юго, сестра Тоймі, а із злиднів і не вибивались. І не виб'ються, доки робитимуть на Густавсона.</w:t>
      </w:r>
    </w:p>
    <w:p>
      <w:r>
        <w:br/>
        <w:t>Це зрозумів Сандер у Червоній Армії, де багато чого побачив і багато чого навчився.</w:t>
      </w:r>
    </w:p>
    <w:p>
      <w:r>
        <w:br/>
        <w:t>Сандер любить свій північний суворий і багатий край з його численними озерами та бурхливими річками, з його величною красою хвойних і березових лісів, багатих на звіра й перелітну дичину; любить Сандер гори з високими шпилями, де вічно біліє сніг і майже завжди снуються холодні тумани...</w:t>
      </w:r>
    </w:p>
    <w:p>
      <w:r>
        <w:br/>
        <w:t>Та немає для нього милішого в світі за тихе і рідне кюле, де пройшло дитинство, де живуть його друзі й товариші.</w:t>
      </w:r>
    </w:p>
    <w:p>
      <w:r>
        <w:br/>
        <w:t>Мріє Сандер, і крилата мрія вимальовує в його уяві ось на цьому березі нові світлі будинки, в яких сяятиме електричне світло. "Ліс є, майстри є. Організуємось у колектив. Буде в нас школа, і клуб, і кіно. По-новому заживемо. Радянська влада підтримає нас. Радянська влада нам допоможе!"</w:t>
      </w:r>
    </w:p>
    <w:p>
      <w:r>
        <w:br/>
        <w:t>...Б'ється холодна хвиля об берег, шумить.</w:t>
      </w:r>
    </w:p>
    <w:p>
      <w:r>
        <w:br/>
        <w:t>Сидять жінки на холодному камені, в очах у них світиться радість.</w:t>
      </w:r>
    </w:p>
    <w:p>
      <w:r>
        <w:br/>
        <w:t>— Якби вітер більший...— говорить Майю.</w:t>
      </w:r>
    </w:p>
    <w:p>
      <w:r>
        <w:br/>
        <w:t>— Нічого, діждемось.</w:t>
      </w:r>
    </w:p>
    <w:p>
      <w:r>
        <w:br/>
        <w:t>На високих горах червоніють від сонця шпилі, червоніють крони ялинового лісу, що густо вкриває узгір'я.</w:t>
      </w:r>
    </w:p>
    <w:p>
      <w:r>
        <w:br/>
        <w:t>Всі стежили за білим вітрилом. Не чули, як підійшов до них Еркі Густавсон.</w:t>
      </w:r>
    </w:p>
    <w:p>
      <w:r>
        <w:br/>
        <w:t>— Синів чекаєте? — запитав він жінок, і його важкий погляд спинився на Сандерові.— А тобі чого тут треба?</w:t>
      </w:r>
    </w:p>
    <w:p>
      <w:r>
        <w:br/>
        <w:t>Сандер не відповів.</w:t>
      </w:r>
    </w:p>
    <w:p>
      <w:r>
        <w:br/>
        <w:t>— Загордів, юначе, знатися не хочеш. А я з начальством завжди як одна душа жив: і начальству добре, і мені добре.</w:t>
      </w:r>
    </w:p>
    <w:p>
      <w:r>
        <w:br/>
        <w:t>А то, бач, довідку я в тебе просив, і ти не дав. Що ж? Візьму ось та й прожену з роботи батька. Старий він, користь з нього невелика. І спритність уже не та, і здоров'я не те, а до мене щодня хлопці приходять, щоб заробіток дав.</w:t>
      </w:r>
    </w:p>
    <w:p>
      <w:r>
        <w:br/>
        <w:t>— Скоро не будуть приходити.</w:t>
      </w:r>
    </w:p>
    <w:p>
      <w:r>
        <w:br/>
        <w:t>— Що? Не будуть?.. Це ж хто їх не пустить? Може, ти? — і випростався низенький, огрядний Густавсон. Його маленькі очі лютою злістю проймали Сандера.— Прийдуть... Майже все кюле у мене в боргу. Прийдуть відробляти... Прийдуть... У мене записано, хто скільки винен. А батька твого прожену. Ось йола до берега пристане... І брата Юго прожену. Що ти мені зробиш?</w:t>
      </w:r>
    </w:p>
    <w:p>
      <w:r>
        <w:br/>
        <w:t>Лемпі підійшла до сина.</w:t>
      </w:r>
    </w:p>
    <w:p>
      <w:r>
        <w:br/>
        <w:t>— Йди додому, йди, Сандере! Батько сам упорається з Юго, не займай хазяїна.</w:t>
      </w:r>
    </w:p>
    <w:p>
      <w:r>
        <w:br/>
        <w:t>Сандер дивився на схвильовану матір. "Чому вона боїться цього опецькуватого чоловіка? Роботи не дасть? І не треба! Батькові й так пора відпочити, а Юго в рейс попливе на колективному судні".</w:t>
      </w:r>
    </w:p>
    <w:p>
      <w:r>
        <w:br/>
        <w:t>— Добре, мамо, сядьте! Не буду вас зараз хвилювати... А хазяїна боятися не треба! — Глянув на Густавсона, спокійно сказав: — Оте біле вітрило буде наше! — І, не поспішаючи, пішов до кюле.</w:t>
      </w:r>
    </w:p>
    <w:p>
      <w:r>
        <w:br/>
        <w:t>Еркі Густавсон нічого не відповів, тільки очима, сповненими страшної люті, дивився на широку Сандерову спину. "Фінським ножем би його..."</w:t>
      </w:r>
    </w:p>
    <w:p>
      <w:r>
        <w:br/>
        <w:t>— Ну, от бачиш, сама бачиш, який у тебе син,— накинувся він на Лемпі.— Я твоєму чоловікові стільки заробітків давав, а тепер твій Сандер буде зо мною отак поводитись... Не хочу, Лемпі. Твій чоловік на моїй йолі більше не плаватиме. Годі! — 1 він, стримуючи в собі гнів, повернув до будівлі, де в кадубах лежала засолена риба.</w:t>
      </w:r>
    </w:p>
    <w:p>
      <w:r>
        <w:br/>
        <w:t>— Лютий Густавсон, коли б синові твоєму чого не заподіяв! — сказала Майю співчутливо.</w:t>
      </w:r>
    </w:p>
    <w:p>
      <w:r>
        <w:br/>
        <w:t>— Я Сандерові говорила вже — не слухає.</w:t>
      </w:r>
    </w:p>
    <w:p>
      <w:r>
        <w:br/>
        <w:t>Північний вітер гнав біле вітрило вздовж Імандри. Стежили за ним жіночі очі, і в тих очах світилася радість, глибока й ніжна. Зараз вони побачать своїх рідних, що через них стільки неспокійних передумано думок, недоспано ночей. Стара Майю чомусь встає з каменя:</w:t>
      </w:r>
    </w:p>
    <w:p>
      <w:r>
        <w:br/>
        <w:t>— Ходімо ближче.— І йде мало не до самої води.</w:t>
      </w:r>
    </w:p>
    <w:p>
      <w:r>
        <w:br/>
        <w:t>А біле вітрило вже видно добре. Видно на йолі людей, але чому не завертають вони до берега? Пора б уже. Пора!..</w:t>
      </w:r>
    </w:p>
    <w:p>
      <w:r>
        <w:br/>
        <w:t>В якійсь тривозі завмирають серця матерів.</w:t>
      </w:r>
    </w:p>
    <w:p>
      <w:r>
        <w:br/>
        <w:t>— Недобачаю я,— говорить Лемпі.— Подивися, Тоймі, чи Густавсонова то йола?</w:t>
      </w:r>
    </w:p>
    <w:p>
      <w:r>
        <w:br/>
        <w:t>Тоймі дивиться довго.</w:t>
      </w:r>
    </w:p>
    <w:p>
      <w:r>
        <w:br/>
        <w:t>Дивляться й матері, мовчки, напружено.</w:t>
      </w:r>
    </w:p>
    <w:p>
      <w:r>
        <w:br/>
        <w:t>— Чого ж ти мовчиш? Густавсонова?..</w:t>
      </w:r>
    </w:p>
    <w:p>
      <w:r>
        <w:br/>
        <w:t>— Чужа,— відповідає Тоймі, але їй не вірять старі жінки.</w:t>
      </w:r>
    </w:p>
    <w:p>
      <w:r>
        <w:br/>
        <w:t>— їм, певно, вітер заважає. Вони повернуть йолу ось тут, пристануть зараз... Недодивилася ти, Тоймі... Мої очі краще бачать... Наша йола... Чужі судна тут не плавають. Ось зараз повертатимуть,— говорила Майю, але й сама відчувала, як невпевнено звучить її голос, і тягнеться жіноча рука до йоли, немов зупинити хоче її далекий рейс.</w:t>
      </w:r>
    </w:p>
    <w:p>
      <w:r>
        <w:br/>
        <w:t>Стоїть біля свого рибного сховища Густавсон. Він теж стежить за йолою, потім скидає кашкета й махає ним у повітрі, а йола, не повертаючи, пливе вздовж Імандри далі.</w:t>
      </w:r>
    </w:p>
    <w:p>
      <w:r>
        <w:br/>
        <w:t>Майю скидає з голови хустку.</w:t>
      </w:r>
    </w:p>
    <w:p>
      <w:r>
        <w:br/>
        <w:t>— Ейно, сину мій!</w:t>
      </w:r>
    </w:p>
    <w:p>
      <w:r>
        <w:br/>
        <w:t>Далеко йола. Не долетить туди материн крик, сповнений бо-лючо.го розчарування. Білі вітрила напнуто.</w:t>
      </w:r>
    </w:p>
    <w:p>
      <w:r>
        <w:br/>
        <w:t>Гонить їх вітром далі, і опускається, мов нежива, рука з хусткою,</w:t>
      </w:r>
    </w:p>
    <w:p>
      <w:r>
        <w:br/>
        <w:t>— Чужа йола.</w:t>
      </w:r>
    </w:p>
    <w:p>
      <w:r>
        <w:br/>
        <w:t>Надіває кашкета Густавсон, злісно замикає двері і йде геть.</w:t>
      </w:r>
    </w:p>
    <w:p>
      <w:r>
        <w:br/>
        <w:t>Дивиться Майю услід рибальському судну. Дивиться довго, потім сідає на камені й плаче... Стара Лемпі з донькою, не займаючи її, ідуть від озера. Надворі біла ніч. Світить сонце, шумлять під берегом хвилі...</w:t>
      </w:r>
    </w:p>
    <w:p>
      <w:r>
        <w:br/>
        <w:t>Густавсонова йола причалила до берега в негоду. Стало чорним озеро. Білі гребені хвиль люто билися об каміння.</w:t>
      </w:r>
    </w:p>
    <w:p>
      <w:r>
        <w:br/>
        <w:t>Розвантажували йолу під дощем. Сам Густавсон у блискучому плащі стежив за роботою, гримав на деяких рибалок:</w:t>
      </w:r>
    </w:p>
    <w:p>
      <w:r>
        <w:br/>
        <w:t>— Гроші вам тільки дарма виплачую... Моторніше, мотор-ціше працювати треба.</w:t>
      </w:r>
    </w:p>
    <w:p>
      <w:r>
        <w:br/>
        <w:t>Холодний дощ б'є в обличчя рибалок.</w:t>
      </w:r>
    </w:p>
    <w:p>
      <w:r>
        <w:br/>
        <w:t>Один за одним ідуть вони до сховища, несучи на плечах важкі коші з рибою.</w:t>
      </w:r>
    </w:p>
    <w:p>
      <w:r>
        <w:br/>
        <w:t>Молоді Юго та Ейно працюють не гірше від інших рибалок.</w:t>
      </w:r>
    </w:p>
    <w:p>
      <w:r>
        <w:br/>
        <w:t>Не шкодуючи своєї сили, вони підіймають великі вантажі, і старий Кенралі застерігає сина:</w:t>
      </w:r>
    </w:p>
    <w:p>
      <w:r>
        <w:br/>
        <w:t>— Юго, гляди не підірвись. Силу швидко можна збавити, а набути...</w:t>
      </w:r>
    </w:p>
    <w:p>
      <w:r>
        <w:br/>
        <w:t>— Чого там, хай робить. Сам старий, уже нездужаєш, то нехай хоч син за тебе попрацює. За віщо ж я тобі гроші плататиму?</w:t>
      </w:r>
    </w:p>
    <w:p>
      <w:r>
        <w:br/>
        <w:t>Здивував хазяїн старого Кенралі, досвідченого рибалку, який ходив по рибу не один рейс.</w:t>
      </w:r>
    </w:p>
    <w:p>
      <w:r>
        <w:br/>
        <w:t>Хто може сказати, що Кенралі нездатний робити, незважаючи на свої літа? Хто знає, чи повернулася б йола після недавньої бурі, якби старого рибалки на ній не було? Його досвід, його вміння й витримка врятували рибальське судно і людей.</w:t>
      </w:r>
    </w:p>
    <w:p>
      <w:r>
        <w:br/>
        <w:t>Ніколи ще так не розмовляв із ним господар.</w:t>
      </w:r>
    </w:p>
    <w:p>
      <w:r>
        <w:br/>
        <w:t>— Чого стоїш? Чого дивишся на мене? Бери коша та носи рибу!</w:t>
      </w:r>
    </w:p>
    <w:p>
      <w:r>
        <w:br/>
        <w:t>— Коша я візьму, але мене дивує...</w:t>
      </w:r>
    </w:p>
    <w:p>
      <w:r>
        <w:br/>
        <w:t>— Що дивує? Га? Ледар старий! Задарма гроші тобі виплачую. Ну! Не хочеш працювати — йди к чортовій матері, йди до свого сина колектив організовувати!</w:t>
      </w:r>
    </w:p>
    <w:p>
      <w:r>
        <w:br/>
        <w:t>Кенралі, змочений дощем, стояв насупроти хазяїна.</w:t>
      </w:r>
    </w:p>
    <w:p>
      <w:r>
        <w:br/>
        <w:t>— Густавсоие, ти мене знаєш не один рік, і я тебе здавна знаю, але кричати на себе не дозволю!</w:t>
      </w:r>
    </w:p>
    <w:p>
      <w:r>
        <w:br/>
        <w:t>— Може, накажете кланятися вам, бо тепер син у вас начальство, голова сільради? Аякже, поклонюся, ще й шапочку скину... До чорта! Я тут хазяїн... Моя йола, моя снасть. І Юго забирай. Цей теж піде до Червоної Армії, повернеться, як Сандер. Синочки в тебе, щоб їм...</w:t>
      </w:r>
    </w:p>
    <w:p>
      <w:r>
        <w:br/>
        <w:t>— Ти, хазяїне, синів моїх не ображай. За Сандера я тобі в'язи скручу. Прогнати з роботи хочеш, так скажи прямо, а сина не займай. Юго, де ти там? Кидай коша, ходім.</w:t>
      </w:r>
    </w:p>
    <w:p>
      <w:r>
        <w:br/>
        <w:t>— Ідіть, без вас тут упораємось.</w:t>
      </w:r>
    </w:p>
    <w:p>
      <w:r>
        <w:br/>
        <w:t>— А ти, хазяїне, на ранок гроші приготуй.</w:t>
      </w:r>
    </w:p>
    <w:p>
      <w:r>
        <w:br/>
        <w:t>— Гроші віддам, а ви забирайтеся звідси. Таких рибалок мені не потрібно. Ну, товаришочки,— звернувся він до інших,— а ви ж чого поставали? Беріть рибу, не зважайте на цього старого ледаря. Чули? Вони з сином збираються колектив організувати, підбурюють чесних рибалок.</w:t>
      </w:r>
    </w:p>
    <w:p>
      <w:r>
        <w:br/>
        <w:t>— Тепер організуємо... Будь певен, Густавсоне... Дощ...</w:t>
      </w:r>
    </w:p>
    <w:p>
      <w:r>
        <w:br/>
        <w:t>Вітер...</w:t>
      </w:r>
    </w:p>
    <w:p>
      <w:r>
        <w:br/>
        <w:t>Стоять рибалки. Пішов старий Кенралі. Пішов і Юго з ним. Крикнув тоді Ейно:</w:t>
      </w:r>
    </w:p>
    <w:p>
      <w:r>
        <w:br/>
        <w:t>— Що ж ми мовчимо, товариші? Хазяїн прогнав Кенралі, рятівника нашого, кращого рибалку. Ось мій кошик... Хай зносить рибу сам хазяїн... Я з йоли йду!</w:t>
      </w:r>
    </w:p>
    <w:p>
      <w:r>
        <w:br/>
        <w:t>Двигтіли під ногами дошки, сходили рибалки на берег.</w:t>
      </w:r>
    </w:p>
    <w:p>
      <w:r>
        <w:br/>
        <w:t>— Та куди ж ви? Та що це ви надумали? Ну, прогнав я Кенралі, так у мене з ним особиста справа. Вам же я нічого не говорив, а ви залишаєте роботу. Хай Ейно йде. Хай іде, бо товариша його прогнав, а ви? Куди вам іти? Я могорич поставлю, добрий могорич.</w:t>
      </w:r>
    </w:p>
    <w:p>
      <w:r>
        <w:br/>
        <w:t>Ніхто не зупинився, і хазяїн пообіцяв:</w:t>
      </w:r>
    </w:p>
    <w:p>
      <w:r>
        <w:br/>
        <w:t>— Ну, добре, я поверну його зараз. Нехай уже старий чорт працює.— І він закричав до Кенралі, щоб той спинився та йшов знову на йолу, але рибалка був уже далеченько.</w:t>
      </w:r>
    </w:p>
    <w:p>
      <w:r>
        <w:br/>
        <w:t>До ранку Густавсон ходив берегом, все чекав рибалок. Прийшло вранці кілька чоловік, мовчки стали до роботи. Дорікав їм хазяїн:</w:t>
      </w:r>
    </w:p>
    <w:p>
      <w:r>
        <w:br/>
        <w:t>— Адже ти, Пекко, маєш великий борг, і ти залишив йолу? Ну, прийдеш знову по хліб або гроші — не дам! Не вмієш ти шанувати свого господаря. Чи я коли відмовляв тобі, адже ні?</w:t>
      </w:r>
    </w:p>
    <w:p>
      <w:r>
        <w:br/>
        <w:t>Пекка мовчав.</w:t>
      </w:r>
    </w:p>
    <w:p>
      <w:r>
        <w:br/>
        <w:t>— От бачиш. У мене тут усе записано, коли й скільки чого взяв. Я люблю чесність. Я тобі допоміг — ти мені відроби. Чи не так я кажу? Або ти, Лінго. Недавно брала твоя дружина мішок картоплі і гроші брала, і я давав. Я не відмовляв, а ви отого старого дурня Кенралі пожаліли, послухали Ейно. Сором бере мене за вас. Ти кожному добро роби, а він тобі капостить. По-божому це?</w:t>
      </w:r>
    </w:p>
    <w:p>
      <w:r>
        <w:br/>
        <w:t>Нічого не відповідали йому рибалки. Мовчки носили вони на сильних плечах важкі коші з рибою й одвертали свої очі від гострого хазяйського погляду.</w:t>
      </w:r>
    </w:p>
    <w:p>
      <w:r>
        <w:br/>
        <w:t>— Закінчите роботу, могорич поставлю. Дружно житимете, то й вам, і мені добре, а почнете слухати Сандера — не доведе він вас до пуття, і я роботи не дам. Посидять голодними ваші діти. Прийдете по картоплю до мене чи проситимете грошей позичити — не дам! Нікому не дам. Так і знайте.</w:t>
      </w:r>
    </w:p>
    <w:p>
      <w:r>
        <w:br/>
        <w:t>До обіду розвантажували.</w:t>
      </w:r>
    </w:p>
    <w:p>
      <w:r>
        <w:br/>
        <w:t>Могорич Еркі Густавсон поставив. Відмовився пити тільки Пекка. Але йому хазяїн грошей не дав, бо Пекка ще в один рейс має попливти, тоді тільки відробить борг.</w:t>
      </w:r>
    </w:p>
    <w:p>
      <w:r>
        <w:br/>
        <w:t>— Чув я — збори якісь скликає Сандер. Підеш, розкажеш, що там вирішуватимуть, половину боргу тобі збавлю.</w:t>
      </w:r>
    </w:p>
    <w:p>
      <w:r>
        <w:br/>
        <w:t>— Подумаю.— І Пекка, не прощаючись, вийшов, залишивши рибалок пити могорич. Частував їх хазяїн міцним напоєм, говорив:</w:t>
      </w:r>
    </w:p>
    <w:p>
      <w:r>
        <w:br/>
        <w:t>— Не слухайте Сандера. Не йдіть до колективу. Колектив — петля для вас буде. Маєш хату, маєш якесь добро — не твоє тоді воно, і господар уже не ти на своєму господарстві, а колектив. От, приміром, я, він, третій, десятий прийде до тебе і різатиме твого оленя, а ти спинити не зможеш, бо не твій олень, а колективний. Або дичину приніс з полювання — не твоя дичина. Все відбере колектив.</w:t>
      </w:r>
    </w:p>
    <w:p>
      <w:r>
        <w:br/>
        <w:t>Туманіли голови, плутались п'яні язики рибалок. Ворожим і чужим здавався їм колектив, що його організовував Сандер Кенралі.</w:t>
      </w:r>
    </w:p>
    <w:p>
      <w:r>
        <w:br/>
        <w:t>— Говорив я з деякими людьми, що працюють тепер на сплаві лісу. Хто вони? Найкращі господарі, а запитай їх про колектив, яку правду вони розкажуть. Позабирали їхню землю, а працювати на тій землі нікому. Я за тебе а чи ти за мене підеш на роботу? Незасіяна лежить земля. Розвалюються колективи. Останню сорочку з кожного з вас здіймуть.</w:t>
      </w:r>
    </w:p>
    <w:p>
      <w:r>
        <w:br/>
        <w:t>— Не піду! Хоч убийте, скажу, а до колективу не підуі</w:t>
      </w:r>
    </w:p>
    <w:p>
      <w:r>
        <w:br/>
        <w:t>— Сам не підеш, Лінго, і других відмовляй,— навчав Еркі Густавсон і підливав у склянку рибалці хмільного напою.</w:t>
      </w:r>
    </w:p>
    <w:p>
      <w:r>
        <w:br/>
        <w:t>Ходить Густавсон по великих просторих кімнатах, ходить схвильований, не помічаючи дружини Енсо. Чекає він на Пекку. Пішов той на збори до сільради, де мають вирішувати питання про колектив, та ось і досі нема.</w:t>
      </w:r>
    </w:p>
    <w:p>
      <w:r>
        <w:br/>
        <w:t>Еркі Густавсон у халаті, в пантофлях з оленячої шкіри. Не чутно навіть, як ступає його йога. Еисо стежить за чоловіком, і його тривога передається їй. Вона теж не може спати.</w:t>
      </w:r>
    </w:p>
    <w:p>
      <w:r>
        <w:br/>
        <w:t>Еркі спиняється, перебирає руденьке волосся бороди, і косі повіки мружаться. Густавсон іде в другу кімнату.</w:t>
      </w:r>
    </w:p>
    <w:p>
      <w:r>
        <w:br/>
        <w:t>— Нащо ти будиш сина? Хай спить! Не займай його і сам ляж, відпочинь. Прийде Пекка — я розбуджу тебе. Я не спатиму. Вже пізній час. Ляж, Еркі!</w:t>
      </w:r>
    </w:p>
    <w:p>
      <w:r>
        <w:br/>
        <w:t>— Енсо, не заважай мені.— І знову Густавсон ходить по кімнаті, мружить повіки, і від того під очима в нього лягають тоненькі й густі зморшки.</w:t>
      </w:r>
    </w:p>
    <w:p>
      <w:r>
        <w:br/>
        <w:t>Пекка мусить прийти й розповісти йому про збори. Мусить, бо винен два пуди борошна, мішок картоплі і п'ятдесят карбованців грішми.</w:t>
      </w:r>
    </w:p>
    <w:p>
      <w:r>
        <w:br/>
        <w:t>Великий у Пекки борг — повинен розказати про все. А може, прийде Лінго? Він хоч і сп'янів, а теж обіцявся піти на збори. Цілу ніч отак ходитиме Густавсон, а діждеться когось із них.</w:t>
      </w:r>
    </w:p>
    <w:p>
      <w:r>
        <w:br/>
        <w:t>Енсо тихенько вийшла у другу кімнату, сіла край вікна.</w:t>
      </w:r>
    </w:p>
    <w:p>
      <w:r>
        <w:br/>
        <w:t>Надворі біла ніч. Крізь шибки видно гірські шпилі, забарвлені відсвітами сонця. Цілу ніч його червоне сяйво холодним відбитком горітиме на кронах лісу, на верхів'ях гір.</w:t>
      </w:r>
    </w:p>
    <w:p>
      <w:r>
        <w:br/>
        <w:t>Скоро буде ранок.</w:t>
      </w:r>
    </w:p>
    <w:p>
      <w:r>
        <w:br/>
        <w:t>Скоро сонце почне підійматися з обрію, настане новий, такий тривожний, неспокійний день. Крадучись по гірських схилах і чагарниках з низькорослої берези, в напрямі Густавсонової садиби швидко йшла людина.</w:t>
      </w:r>
    </w:p>
    <w:p>
      <w:r>
        <w:br/>
        <w:t>Еркі пильно стежив за нею. На добру звістку надій було мало. Та замість Пекки прийшов до свого хазяїна рибалка Лінго.</w:t>
      </w:r>
    </w:p>
    <w:p>
      <w:r>
        <w:br/>
        <w:t>— Завтра переписуватимуть ваше майно. І Пекка з ними, хазяїне, і він проти вас говорив... за колектив. Усі рибалки за колектив, хазяїне!</w:t>
      </w:r>
    </w:p>
    <w:p>
      <w:r>
        <w:br/>
        <w:t>— І ти?</w:t>
      </w:r>
    </w:p>
    <w:p>
      <w:r>
        <w:br/>
        <w:t>— Що ж я? У мене великий борг. У мене дружина... Самі знаєте... Треба два рейси вам відробляти.</w:t>
      </w:r>
    </w:p>
    <w:p>
      <w:r>
        <w:br/>
        <w:t>— Один рейс, та й усе. Я чоловік добрий... Я почекаю... Лінго помітив у хазяїнових очах тривогу й розгубленість.</w:t>
      </w:r>
    </w:p>
    <w:p>
      <w:r>
        <w:br/>
        <w:t>— А ти, Лінго, не чув, коли вони за мною прийдуть? Не говорили, ні?</w:t>
      </w:r>
    </w:p>
    <w:p>
      <w:r>
        <w:br/>
        <w:t>— Не чув, хазяїне, про це не говорили.</w:t>
      </w:r>
    </w:p>
    <w:p>
      <w:r>
        <w:br/>
        <w:t>— Я тобі ось іще червінця дам. Я знаю, в тебе дружина хвора, то зайва копійка пригодиться. Порядній людині даю. Бери, відробляти не будеш, і в рейс не треба їхати, скасовую твій борг. Ніхто, бач, не прийшов до мене, а ти один... Ти не забув господаря свого, а я хіба звір? Чи мені людей не жаль, а чи серце в мене з каменю? Ховай гроші! Енсо! — гукнув він дружину.— Дай нам вина. Не горілки, а вина, справжнього, вистояного.</w:t>
      </w:r>
    </w:p>
    <w:p>
      <w:r>
        <w:br/>
        <w:t>Ніколи й нікого з рибалок так не частував Еркі Густавсон.</w:t>
      </w:r>
    </w:p>
    <w:p>
      <w:r>
        <w:br/>
        <w:t>— Пий, Лінго, пий іще. Я добрим людям завжди відповідаю добром. У рейс поїдеш, то вже найкраще тобі заплачу, а ти дивись там, слухай, про що говоритимуть,— мені потім розкажеш. На тебе покладаюсь. Ти не забув... Ти цінуєш, а всі... всі відвернулися... Для всіх я ворогом став, га? Ну який я ворог їм? Завжди давав підробітки. Завжди виручав з біди. В кого дитина хвора, в кого яке горе — ішли, просили, і я допомагав... А зараз проти мене?</w:t>
      </w:r>
    </w:p>
    <w:p>
      <w:r>
        <w:br/>
        <w:t>— Тепер тільки бачу, хазяїне, пе знали ми вас... Золоте серце, добре серце у вас... Ну чого ж плакати, хазяїне?</w:t>
      </w:r>
    </w:p>
    <w:p>
      <w:r>
        <w:br/>
        <w:t>П'яний Лінго, наче товариша, обіймав Еркі Густавсона, а той скаржився:</w:t>
      </w:r>
    </w:p>
    <w:p>
      <w:r>
        <w:br/>
        <w:t>— Не було Сандера — тихо, мирно й хороше було в кюле, а повернувся він, і отаке пішло — каламуть одна. Ти, Лінго, бачиш, який я... з дорогою душею радий рибалкам допомогти. Винні там мені... хай пропадає. У мене є й без того, аби мирно, аби знов у згоді жити. Ти, Лінго, пий! Ех, Лінго, багато було в мене рибалок. А тепер нікого нема, хто б міг за хазяїна заступитись.</w:t>
      </w:r>
    </w:p>
    <w:p>
      <w:r>
        <w:br/>
        <w:t>— А я? Я... Лінго...</w:t>
      </w:r>
    </w:p>
    <w:p>
      <w:r>
        <w:br/>
        <w:t>Нахилився до нього Еркі Густавсон, зашепотів таємниче:</w:t>
      </w:r>
    </w:p>
    <w:p>
      <w:r>
        <w:br/>
        <w:t>— Я б тобі багато червінців дав. А хіба важка справа... На полювання ходить, простежив у лісі...</w:t>
      </w:r>
    </w:p>
    <w:p>
      <w:r>
        <w:br/>
        <w:t>— Це щоб я Сандера...— Лінга поставив на стіл недопиту склянку з вином, підвівся на ноги.</w:t>
      </w:r>
    </w:p>
    <w:p>
      <w:r>
        <w:br/>
        <w:t>— Сядь, Лінго, сядь! Ну який же ти нерозумний! Та хіба ж я сказав тобі щось лихе? Я крові не люблю. Я боюся навіть дивитися, як оленів ріжуть. Наче я душогуб який.</w:t>
      </w:r>
    </w:p>
    <w:p>
      <w:r>
        <w:br/>
        <w:t>Зрозумів Еркі Густавсон, що дав маху, що Лінго може розповісти де не треба, і за наслідки змови боявся.</w:t>
      </w:r>
    </w:p>
    <w:p>
      <w:r>
        <w:br/>
        <w:t>— Куди збираєшся, сідай! — обійняв він рибалку.— Енсо, принеси ще вина. Сьогодні в мене свято. З сьогоднішнього дня я з рибалками — як брат рідний. Бачу, далі так жити не можна. Інші часи настали. То хіба ж мені залишатися таким, як раніше? Не хочу я, щоб проти мене рибалки ремствували. Я хочу в згоді з ними жити, щоб і мені було добре, і їм. Принеси, Енсо, вина, а ти, Лінго, сідай, ще вип'ємо... І в колектив підемо разом. У мене йола і снасті рибальські! У мене крамарі в місті, знайомства великі, разом будемо багатіти.</w:t>
      </w:r>
    </w:p>
    <w:p>
      <w:r>
        <w:br/>
        <w:t>— Що ж це ти? Не хочеш чарки вина з хазяїном випити?</w:t>
      </w:r>
    </w:p>
    <w:p>
      <w:r>
        <w:br/>
        <w:t>— Ні, Густавсоне, коли ти мене проти Сандера на таке діло намовляєш... Не вип'ю!</w:t>
      </w:r>
    </w:p>
    <w:p>
      <w:r>
        <w:br/>
        <w:t>— От голова! Ти ще казна-що про мене наговориш. Хіба ж я тебе намовляв проти Сандера? Що ти, Ліпго? Ну, він там видумує якийсь колектив — і хай собі. Нащо мені його життя? Його життя — як вода в Імандрі або камінь отой. Лежить, і хай лежить. А ти мені такі слова! Недобре, Лінго.</w:t>
      </w:r>
    </w:p>
    <w:p>
      <w:r>
        <w:br/>
        <w:t>— Піду...</w:t>
      </w:r>
    </w:p>
    <w:p>
      <w:r>
        <w:br/>
        <w:t>— Ідеш? Ну йди, іди! Бач, я до тебе — як брат. І червінця дав, і боргу відробляти не треба, а ти отаке говоритимеш десь, наче мені й справді хтось заважає.</w:t>
      </w:r>
    </w:p>
    <w:p>
      <w:r>
        <w:br/>
        <w:t>Лінго мовчки поклав на стіл червінця, вийшов з хати, а Гус-тавсон довго дививсь, як рибалка натикався на каміння, падав, підводився і, спотикаючись, ішов далі.</w:t>
      </w:r>
    </w:p>
    <w:p>
      <w:r>
        <w:br/>
        <w:t>— Голову б розбив собі, сучий син, дурно вина стільки випив!</w:t>
      </w:r>
    </w:p>
    <w:p>
      <w:r>
        <w:br/>
        <w:t>І знову залишився сам. Знову ходив по кімнаті. Тепер іще більше думок, болючих і неспокійних, хвилювало його.</w:t>
      </w:r>
    </w:p>
    <w:p>
      <w:r>
        <w:br/>
        <w:t>Не вгамувати того болю нічим. Даремно Густавсон пив вино. Заспокоїтися він уже не міг.</w:t>
      </w:r>
    </w:p>
    <w:p>
      <w:r>
        <w:br/>
        <w:t>Невже заберуть усе, і він, колишній господар, буде тільки дивитися, як рибалки попливуть у рейс, але жодна рибина з йоли не потрапить до його сховища?</w:t>
      </w:r>
    </w:p>
    <w:p>
      <w:r>
        <w:br/>
        <w:t>Та й сховище заберуть... усе заберуть. Вранці вони прийдуть... Так сказав Лінго. Що ж, хай приходять!</w:t>
      </w:r>
    </w:p>
    <w:p>
      <w:r>
        <w:br/>
        <w:t>Не спав Густавсон. Коротенькими кроками міряв велику, простору кімнату, пропахлу вином і сосновою деревиною.</w:t>
      </w:r>
    </w:p>
    <w:p>
      <w:r>
        <w:br/>
        <w:t>Вже ранок надворі, а Еркі Густавсон все ще не лягає спати, все ходить, все думає:</w:t>
      </w:r>
    </w:p>
    <w:p>
      <w:r>
        <w:br/>
        <w:t>"Заберуть йолу, заберуть оленів. Треба сказати пастухові, щоб загнав оленяче стадо далеко в тундру". Боїться Густавсон із багатія зробитися старцем. А своєї йоли він не віддасть колективові.</w:t>
      </w:r>
    </w:p>
    <w:p>
      <w:r>
        <w:br/>
        <w:t>Цілу ніч думав, аж голова болить. Очі в Густавсона зробилися блискучі, сухі; обличчя зблідло, холодний піт укрив невисоке чоло, посічене зморшками.</w:t>
      </w:r>
    </w:p>
    <w:p>
      <w:r>
        <w:br/>
        <w:t>Намочив водою рушника, міцно перев'язав ним голову, почув схвильовану Енсо:</w:t>
      </w:r>
    </w:p>
    <w:p>
      <w:r>
        <w:br/>
        <w:t>— Прийшли... Вони вже на подвір'ї. Густавсон сів на ослінчик, тихо сказав:</w:t>
      </w:r>
    </w:p>
    <w:p>
      <w:r>
        <w:br/>
        <w:t>— Бачу... Я зараз вийду до них...</w:t>
      </w:r>
    </w:p>
    <w:p>
      <w:r>
        <w:br/>
        <w:t>Надворі стояли Пекка, Сандер Кенралі, його батько та інші рибалки, У Сандера в руках книга й олівець.</w:t>
      </w:r>
    </w:p>
    <w:p>
      <w:r>
        <w:br/>
        <w:t>Вийшов з хати Еркі Густавсон, а за ним з'явилися дружина і мовчазний син Даглес.</w:t>
      </w:r>
    </w:p>
    <w:p>
      <w:r>
        <w:br/>
        <w:t>Зупинився Густавсон проти Пекки і, гостро дивлячись йому в очі, сказав:</w:t>
      </w:r>
    </w:p>
    <w:p>
      <w:r>
        <w:br/>
        <w:t>— Я так і знав, що ти прийдеш...</w:t>
      </w:r>
    </w:p>
    <w:p>
      <w:r>
        <w:br/>
        <w:t>— Не помилився, хазяїне. Додержав свого слова: як бачиш, прийшов.</w:t>
      </w:r>
    </w:p>
    <w:p>
      <w:r>
        <w:br/>
        <w:t>Нічого більше не сказав йому господар.</w:t>
      </w:r>
    </w:p>
    <w:p>
      <w:r>
        <w:br/>
        <w:t>— Громадянине Густавсон! — звернувся до нього Сандер.— Ви не сплатили індивідуального оподаткування.</w:t>
      </w:r>
    </w:p>
    <w:p>
      <w:r>
        <w:br/>
        <w:t>— Не сплатив і сплачувати не буду! Що ви мені зробите? Майно переписувати? Моє майно? Хто дав право?</w:t>
      </w:r>
    </w:p>
    <w:p>
      <w:r>
        <w:br/>
        <w:t>— Радянська влада і рибальський колектив,— відповів спокійно Сандер і, глянувши на товаришів, так само спокійно запитав:</w:t>
      </w:r>
    </w:p>
    <w:p>
      <w:r>
        <w:br/>
        <w:t>— Почнемо?</w:t>
      </w:r>
    </w:p>
    <w:p>
      <w:r>
        <w:br/>
        <w:t>— Не дам, не пущу! — закричала Енсо, кинулася до Сандера виривати книгу.— Хазяїне, чого ж ти дивишся? Чого мовчиш?</w:t>
      </w:r>
    </w:p>
    <w:p>
      <w:r>
        <w:br/>
        <w:t>Розлючена, підбігла потім до Пекки.</w:t>
      </w:r>
    </w:p>
    <w:p>
      <w:r>
        <w:br/>
        <w:t>— Ти, голодранець!.. Ти прийшов нас грабувати? — кричала Енсо.— Ти поверни спочатку борг моєму хазяїнові. А ти, Лео... ти теж прийшов? Я твоїй дружині подарувала піми, коли вона хворіла на цингу.</w:t>
      </w:r>
    </w:p>
    <w:p>
      <w:r>
        <w:br/>
        <w:t>— І за ті піми я заплатив рибою вдесятеро дорожче. Не дешево даруєте ви, Енсо, свої речі, не дешево.</w:t>
      </w:r>
    </w:p>
    <w:p>
      <w:r>
        <w:br/>
        <w:t>— Та що ж це таке, Еркі? Візьми рушницю, вижени їх з двору.</w:t>
      </w:r>
    </w:p>
    <w:p>
      <w:r>
        <w:br/>
        <w:t>— Той час уже минув, Енсо, і ніколи не повернеться. Не вижене твій хазяїн нас з двору,— озвався старий Кенралі.— А тобі, Густавсоне, доведеться скоритися. Іншої ради для тебе нема. Ми всім селом записалися до колективу.</w:t>
      </w:r>
    </w:p>
    <w:p>
      <w:r>
        <w:br/>
        <w:t>— А хіба я проти колективу? Хіба не можна було б працювати нам разом? У мене рибальське судно й снасті.</w:t>
      </w:r>
    </w:p>
    <w:p>
      <w:r>
        <w:br/>
        <w:t>— То вже не твоє судно і не твої снасті,— сказав Кенралі.— Артіль рибалок тепер ними володітиме. Пиши, Сандере... "Дерев'яний будинок..."</w:t>
      </w:r>
    </w:p>
    <w:p>
      <w:r>
        <w:br/>
        <w:t>Енсо притихла. Енсо не розуміла нічого. Господар її мовчить, немовби це вже не його добро, а справді їхнє.</w:t>
      </w:r>
    </w:p>
    <w:p>
      <w:r>
        <w:br/>
        <w:t>— Еркі... Що ж ти дозволяєш їм, чуєш? — і зазирала в його примружені очі, ждала, що хазяїн захистить своє майно, не дасть на поталу рибалкам.</w:t>
      </w:r>
    </w:p>
    <w:p>
      <w:r>
        <w:br/>
        <w:t>Пішли до хліва, а слідом за ними Даглес. За спиною в Даг-лесових руках — гранітний камінь.</w:t>
      </w:r>
    </w:p>
    <w:p>
      <w:r>
        <w:br/>
        <w:t>Він чекав нагоди, щоб ближче підійти до Сандера і сильним ударом звалити його з ніг.</w:t>
      </w:r>
    </w:p>
    <w:p>
      <w:r>
        <w:br/>
        <w:t>— Пиши: "Оленів..."</w:t>
      </w:r>
    </w:p>
    <w:p>
      <w:r>
        <w:br/>
        <w:t>— Хазяїне! — гукнув старий Кенралі.— Скажи, велике в тебе стадо?</w:t>
      </w:r>
    </w:p>
    <w:p>
      <w:r>
        <w:br/>
        <w:t>— Стій! — закричав Пекка, піймавши Даглесову руку. Камінь упав додолу, а рибалка з усього розмаху вдарив Даглеса в обличчя. Потім знову налетіли один на одного і обоє впали на землю.</w:t>
      </w:r>
    </w:p>
    <w:p>
      <w:r>
        <w:br/>
        <w:t>— Ряту-у-у-уйте! Сина мого вбивають! — закричала Енсо. Побіг до хати Густавсон, а рибалки заходилися розчіплювати</w:t>
      </w:r>
    </w:p>
    <w:p>
      <w:r>
        <w:br/>
        <w:t>цупкі Даглесові руки, що люто вчепилися в горло Пекки.</w:t>
      </w:r>
    </w:p>
    <w:p>
      <w:r>
        <w:br/>
        <w:t>Вибіг з рушницею Еркі Густавсон. Зблід увесь, тремтить...</w:t>
      </w:r>
    </w:p>
    <w:p>
      <w:r>
        <w:br/>
        <w:t>— Геть з двору! Геть, а то стрілятиму, як собак,— і пальці його дрижали біля зведеного курка. Може б, і забив Пекку Густавсон, та відчув, як його спини торкнулося холодне дуло нагана.</w:t>
      </w:r>
    </w:p>
    <w:p>
      <w:r>
        <w:br/>
        <w:t>— Це ми передбачали,— сказав Сандер.— Покинь рушницю! Старий Кенралі підійшов до Густавсоиа і забрав з його рук</w:t>
      </w:r>
    </w:p>
    <w:p>
      <w:r>
        <w:br/>
        <w:t>зброю.</w:t>
      </w:r>
    </w:p>
    <w:p>
      <w:r>
        <w:br/>
        <w:t>— Заспокоїшся — поверну назад. А тепер будемо продовжувати. Скажи, хазяїне, скільки маєш оленів...</w:t>
      </w:r>
    </w:p>
    <w:p>
      <w:r>
        <w:br/>
        <w:t>— Не скажу!</w:t>
      </w:r>
    </w:p>
    <w:p>
      <w:r>
        <w:br/>
        <w:t>На крик Енсо збіглися з сусідніх хат жінки й діти. Енсо лаяла рибалок, загрожувала поїхати до столиці і там знайти на них управу.</w:t>
      </w:r>
    </w:p>
    <w:p>
      <w:r>
        <w:br/>
        <w:t>Довідавшись, у чому справа, жінки шкодували, що Пекка мало провчив Даглеса. Давно пора віддубасити його, бо залицяється він не тільки до дівчат, а зачіпає й молодиць, коли чоловіки їхні попливуть у рейс.</w:t>
      </w:r>
    </w:p>
    <w:p>
      <w:r>
        <w:br/>
        <w:t>Все переписали на подвір'ї Густавсоновому і, виходячи з двору, попередили хазяїна:</w:t>
      </w:r>
    </w:p>
    <w:p>
      <w:r>
        <w:br/>
        <w:t>— Що записано в книгу, те вже не твоє. А коли щось продаси або знищиш — під суд віддамо!</w:t>
      </w:r>
    </w:p>
    <w:p>
      <w:r>
        <w:br/>
        <w:t>Засміявся Еркі Густавсон злим, одчайдушним сміхом, і то була його остання відповідь рибалкам. А коли увійшов до хати, то вже тут дав волю своєму обуренню.</w:t>
      </w:r>
    </w:p>
    <w:p>
      <w:r>
        <w:br/>
        <w:t>— Ти, Енсо, квартирантка тепер. Ти не до своєї, а до колективної, до їхньої хати зайшла. І олені вже не твої, і йола, і снасті рибальські — все їхнє, все у нас заберуть.</w:t>
      </w:r>
    </w:p>
    <w:p>
      <w:r>
        <w:br/>
        <w:t>Еркі Густавсона душив нервовий, нестримний сміх, а Енсо здивовано дивилася на нього й боялася, чи, бува, не збожеволів її чоловік.</w:t>
      </w:r>
    </w:p>
    <w:p>
      <w:r>
        <w:br/>
        <w:t>Ховалося сонце за Хібінські гори, спадав над Імандрою білий північний вечір. Заплакана Енсо сиділа біля Густавсонбвого ліжка і, коли прокинувся він, тоскно заголосила. Той плач, сповнений скарги й болю, неприємно вразив чоловіка.</w:t>
      </w:r>
    </w:p>
    <w:p>
      <w:r>
        <w:br/>
        <w:t>— Не віддавай їм, хазяїне, добра свого... Не віддавай. Я худобі підсиплю отрути — поздихає вся, а ти іншим добром попорядкуй.</w:t>
      </w:r>
    </w:p>
    <w:p>
      <w:r>
        <w:br/>
        <w:t>— Шкода тварин.</w:t>
      </w:r>
    </w:p>
    <w:p>
      <w:r>
        <w:br/>
        <w:t>— Не твої вони тепер. Не шкодуй! Домашніх оленів я сама, а стадо наше... Невже триста голів колектив забере? Важенки 1 у нас хороші, хори 2 гарні, невже віддаси? Сам мені говорив, на сплаві лісу колишні господарі працюють, розпитай у них, як вони свою худобу винищували.</w:t>
      </w:r>
    </w:p>
    <w:p>
      <w:r>
        <w:br/>
        <w:t>— Ні, Енсо, ні в кого питатися не буду. Сам усе зроблю. Сам! — Підійшов до вікна Густавсон, подивився на невеличке кюле.</w:t>
      </w:r>
    </w:p>
    <w:p>
      <w:r>
        <w:br/>
        <w:t>— Ми вам покажемо колектив... Ми вас нагодуємо оленячим м'ясом,— і сварився кулаком до низеньких, почорнілих від часу рибальських хат. Тієї погрози ніхто з сторонніх не чув.</w:t>
      </w:r>
    </w:p>
    <w:p>
      <w:r>
        <w:br/>
        <w:t>Пригадався день, коли біля озера зустрівся з Сандером, і зараз його дошкульні слова печуть Густавсонове серце: "Оте біле вітрило буде наше". А що, хіба не так? Прийшов він з Червоної Армії і став сильнішим за нього, Густавсона. Простий рибалка, наймит став сильнішим за хазяїна! Ненавидить його і боїться Густавсон. Так-так, боїться! Сандер не кричить, як от він, не загрожує, а його слова б'ють, наче молот. Спокійні, прості слова, їх не кидає Сандер на вітер, а що скаже — те й робить.</w:t>
      </w:r>
    </w:p>
    <w:p>
      <w:r>
        <w:br/>
        <w:t>Хіба повірив йому Густавсон тоді біля озера? А от прийшов Сандер з рибалками на його подвір'я, і Густавсон відчув, що він уже тут не хазяїн. Не схилить перед ним своєї голови Сандер, як схиляв колись його батько. Закипає в серці кров. Вогнем пече голову думка, що з'явилася недавно, і від неї немає спокою. "А що, Густавсоне, так буде, як сказав Сандер. Ні йоли тобі, ні оленячого стада — нічого. Все заберуть до колективу. Нові хазяїни прийшли — колективні хазяїни!"</w:t>
      </w:r>
    </w:p>
    <w:p>
      <w:r>
        <w:br/>
        <w:t>Раптом Густавсон спиняється біля вікна. Очі горять. Голос стає хрипким від скаженої люті.</w:t>
      </w:r>
    </w:p>
    <w:p>
      <w:r>
        <w:br/>
        <w:t>Підійшла до нього дружина.</w:t>
      </w:r>
    </w:p>
    <w:p>
      <w:r>
        <w:br/>
        <w:t>— Колись у Мурманську я дістала сильний камінь, отруйний. Довго лежав без діла, а тепер у пригоді нам стане. Я не пошкодую. Не наше воно, то нехай уже і їм не дістанеться!</w:t>
      </w:r>
    </w:p>
    <w:p>
      <w:r>
        <w:br/>
        <w:t>Стара Енсо знайшла у льоху вкритий порохом і павутинням паперовий ворочок, внесла його до хати.</w:t>
      </w:r>
    </w:p>
    <w:p>
      <w:r>
        <w:br/>
        <w:t>Всі троє чекали ночі. Мертве, якесь безлюдне стало кюле. Еркі Густавсон, озираючи порожні вулиці, сказав:</w:t>
      </w:r>
    </w:p>
    <w:p>
      <w:r>
        <w:br/>
        <w:t>— Сину, пора!..</w:t>
      </w:r>
    </w:p>
    <w:p>
      <w:r>
        <w:br/>
        <w:t>На подвір'ї ходили олені. За огорожею лежала корова, свині.</w:t>
      </w:r>
    </w:p>
    <w:p>
      <w:r>
        <w:br/>
        <w:t>Все виздихає від отрути, і хай пропаде, бо дужче болітиме серце Енсо, коли побачить вона, як виганятимуть з її двору худобу.</w:t>
      </w:r>
    </w:p>
    <w:p>
      <w:r>
        <w:br/>
        <w:t>Не поживляться рибалки молоком з її корів. Хай краще ті одубіють до ранку!</w:t>
      </w:r>
    </w:p>
    <w:p>
      <w:r>
        <w:br/>
        <w:t>*1 Важенки — самиці.</w:t>
      </w:r>
    </w:p>
    <w:p>
      <w:r>
        <w:br/>
        <w:t>2 Хори-— самці.</w:t>
      </w:r>
    </w:p>
    <w:p>
      <w:r>
        <w:br/>
        <w:t>Бачив Густавсон, як труїла дружину їжу для худоби, але не говорив ні слова.</w:t>
      </w:r>
    </w:p>
    <w:p>
      <w:r>
        <w:br/>
        <w:t>У комірці нащось узяв сулію, сховав під плащ і разом з Даг-лесом вийшов з двору.</w:t>
      </w:r>
    </w:p>
    <w:p>
      <w:r>
        <w:br/>
        <w:t>Не зупинила їх Енсо, не спитала, куди йдуть вони опівночі й коли повернуться. Дивилася довго услід, поки не сховала їх гора, всіяна великим і малим камінням.</w:t>
      </w:r>
    </w:p>
    <w:p>
      <w:r>
        <w:br/>
        <w:t>Біла ніч. Легенький вітер шумить у кронах дрібношаруватої ялини. На високих верхів'ях гір відсвічує тверда порода пісковику й граніту.</w:t>
      </w:r>
    </w:p>
    <w:p>
      <w:r>
        <w:br/>
        <w:t>Тихо над горами пливуть невеличкі хмари. Падає від них на воду Імандри тінь, така ж рожева й холодна, як промінь північного сонця.</w:t>
      </w:r>
    </w:p>
    <w:p>
      <w:r>
        <w:br/>
        <w:t>Завертає Густавсон відразу до лісу, обійти горами хоче кюле, щоб не зустрітись, бува, з ким дорогою. Трісне під ногами трухлявий сук, або звалиться камінь і, б'ючись об інше каміння, покотиться вниз. Густавсон спиняється, жде. Та навколо ніде ні душі.</w:t>
      </w:r>
    </w:p>
    <w:p>
      <w:r>
        <w:br/>
        <w:t>Тільки журно шумить ялиновий ліс. Ідуть мовчки. Старий ледве встигає за сином. Вже видно озеро, видно йолу і рибне сховище. Але чому Даглес, що йде спереду, спинився? Когось побачив?</w:t>
      </w:r>
    </w:p>
    <w:p>
      <w:r>
        <w:br/>
        <w:t>Еркі Густавсон зупиняється й собі, напружено стежить за сином і ставить сулію на землю.</w:t>
      </w:r>
    </w:p>
    <w:p>
      <w:r>
        <w:br/>
        <w:t>— Тату, бачите? — стиха говорить Даглес.— Вони перехитрували нас.</w:t>
      </w:r>
    </w:p>
    <w:p>
      <w:r>
        <w:br/>
        <w:t>Батько підійшов ближче, і його розкосі очі угледіли поблизу сховища людину.</w:t>
      </w:r>
    </w:p>
    <w:p>
      <w:r>
        <w:br/>
        <w:t>— Вартують... Ах ви ж гади! Йолу забрати? Боїтеся, щоб не втік і не забрав її з собою?</w:t>
      </w:r>
    </w:p>
    <w:p>
      <w:r>
        <w:br/>
        <w:t>Людина сиділа непорушно біля каменя.</w:t>
      </w:r>
    </w:p>
    <w:p>
      <w:r>
        <w:br/>
        <w:t>— Спить... невже спить?</w:t>
      </w:r>
    </w:p>
    <w:p>
      <w:r>
        <w:br/>
        <w:t>— Пекка... Авжеж, він,— придивляючись, говорив Даглес.— Це добре... Ми його, тату, прикінчимо... Тепер однаково не залишатися нам у кюле.</w:t>
      </w:r>
    </w:p>
    <w:p>
      <w:r>
        <w:br/>
        <w:t>— Тільки тихенько, сину, щоб не встиг і крикнути. Ти молодший, спритніший... Іди!</w:t>
      </w:r>
    </w:p>
    <w:p>
      <w:r>
        <w:br/>
        <w:t>Вартовий не ворушився. Тепер не було вже сумніву — він спав. Мов хижаки, батько й син підкралися до наміченої жертви.</w:t>
      </w:r>
    </w:p>
    <w:p>
      <w:r>
        <w:br/>
        <w:t>— Ти бий, щоб оглушити, щоб крові не було,— навчав Густавсон сина,— а потім ми його в озеро вкинемо.</w:t>
      </w:r>
    </w:p>
    <w:p>
      <w:r>
        <w:br/>
        <w:t>Даглес мовчки слухав батькову пораду і бистрим поглядом вибирав каміння.</w:t>
      </w:r>
    </w:p>
    <w:p>
      <w:r>
        <w:br/>
        <w:t>— То важкий, покинь, візьми менший.</w:t>
      </w:r>
    </w:p>
    <w:p>
      <w:r>
        <w:br/>
        <w:t>Тихенько підкрадалися до Пекки. Тепер його добре видно. Рибальський шолом йому зсунувся набік. Одна рука зачепилася за ремінець рушниці, друга безвільно звисла.</w:t>
      </w:r>
    </w:p>
    <w:p>
      <w:r>
        <w:br/>
        <w:t>За якусь хвилину Пекка непритомним звалився біля гранітного каменя.</w:t>
      </w:r>
    </w:p>
    <w:p>
      <w:r>
        <w:br/>
        <w:t>— На чорта нам його кидати в озеро? Хай тут лежить,— сказав син.— Він скоро здохне.</w:t>
      </w:r>
    </w:p>
    <w:p>
      <w:r>
        <w:br/>
        <w:t>Швидко пішли до будівель тралбази.</w:t>
      </w:r>
    </w:p>
    <w:p>
      <w:r>
        <w:br/>
        <w:t>Одімкнули замок. Зайшли всередину. Рядами стояли чани, доверху наповнені рибою. Хай же не дістанеться це добро нікому. Підходить хазяїн до першого чана, обливає його гасом з сулії.</w:t>
      </w:r>
    </w:p>
    <w:p>
      <w:r>
        <w:br/>
        <w:t>— Наїстеся тепер моєї риби... Ми її отак покропимо, ще, іще...</w:t>
      </w:r>
    </w:p>
    <w:p>
      <w:r>
        <w:br/>
        <w:t>Його погляд зупиняється раптом на рибальській снасті.</w:t>
      </w:r>
    </w:p>
    <w:p>
      <w:r>
        <w:br/>
        <w:t>— Що з нею робити?</w:t>
      </w:r>
    </w:p>
    <w:p>
      <w:r>
        <w:br/>
        <w:t>Густавсон дістає з-за пояса фінський ніж і починає шматувати мережу, але почуває: не встигне упоратися до ранку... а ранок близько, і справ ще багато. Еркі Густавсон залишає снасть. У кутку рибного сховища дістає невелике барило.</w:t>
      </w:r>
    </w:p>
    <w:p>
      <w:r>
        <w:br/>
        <w:t>— Неси на йолу.</w:t>
      </w:r>
    </w:p>
    <w:p>
      <w:r>
        <w:br/>
        <w:t>Навкруги порожньо. Навкруги мовчазні кам'яні схили, узгір'я, ліс.</w:t>
      </w:r>
    </w:p>
    <w:p>
      <w:r>
        <w:br/>
        <w:t>Біля каменя непорушно лежить Пекка.</w:t>
      </w:r>
    </w:p>
    <w:p>
      <w:r>
        <w:br/>
        <w:t>— Ми їм дамо... Ми їм покажемо колектив... Я ось зараз канати одв'язуватиму. А ти ж дивись, запасного човна не забудь.</w:t>
      </w:r>
    </w:p>
    <w:p>
      <w:r>
        <w:br/>
        <w:t>Син робив усе, що наказував батько.</w:t>
      </w:r>
    </w:p>
    <w:p>
      <w:r>
        <w:br/>
        <w:t>Напнули біле вітрило. Йола загойдалася на хвилях Імандри й потроху почала відчалювати від берега. Було тихо в кюле. Було порожньо на схилах. Ніхто не йшов на зміну вартовому.</w:t>
      </w:r>
    </w:p>
    <w:p>
      <w:r>
        <w:br/>
        <w:t>— А Пекку ти забив.</w:t>
      </w:r>
    </w:p>
    <w:p>
      <w:r>
        <w:br/>
        <w:t>— Однаково мені... Упоратися б з йолою.</w:t>
      </w:r>
    </w:p>
    <w:p>
      <w:r>
        <w:br/>
        <w:t>— Ти, Даглесе, втікай швидше. Знайди стада свої й накажи пастухові, щоб загнав оленів далеко в тундру. Не послухає — на тебе покладаюся. Сам зроби. Ось тобі на дорогу. Візьми, сину! Однаково пропадуть. Ні до чого нам тепер ці гроші. Бери! Пощастить повернутися з тундри — до міста рушай... Там гроші здадуться.</w:t>
      </w:r>
    </w:p>
    <w:p>
      <w:r>
        <w:br/>
        <w:t>Даглес ховав по кишенях пачки грошей, що їх заробили батькові тяжкою працею сільські рибалки. Гострим носом розсікала йола тиху воду озера.</w:t>
      </w:r>
    </w:p>
    <w:p>
      <w:r>
        <w:br/>
        <w:t>Далеко один берег, далеко другий. Тут кинули якір. Вийняв Еркі Густавсон затичку з барила, побризкав бензином дерев'яні частини йоли, потім намочив жмут прядива й почав шукати сірників.</w:t>
      </w:r>
    </w:p>
    <w:p>
      <w:r>
        <w:br/>
        <w:t>— Ти захопив? Ні? Невже я забув?</w:t>
      </w:r>
    </w:p>
    <w:p>
      <w:r>
        <w:br/>
        <w:t>Швидко шаруділи пальці по кишенях, але сірників не було.</w:t>
      </w:r>
    </w:p>
    <w:p>
      <w:r>
        <w:br/>
        <w:t>— Я ж брав... Пам'ятаю... брав...</w:t>
      </w:r>
    </w:p>
    <w:p>
      <w:r>
        <w:br/>
        <w:t>— Може, випали з кишені. У тебе там дірка.</w:t>
      </w:r>
    </w:p>
    <w:p>
      <w:r>
        <w:br/>
        <w:t>Батько обшарює поли плаща і в куточку знаходить коробку.</w:t>
      </w:r>
    </w:p>
    <w:p>
      <w:r>
        <w:br/>
        <w:t>— Човна приготував?</w:t>
      </w:r>
    </w:p>
    <w:p>
      <w:r>
        <w:br/>
        <w:t>— Приготував.</w:t>
      </w:r>
    </w:p>
    <w:p>
      <w:r>
        <w:br/>
        <w:t>Засвітив сірника. Загорілося відразу прядиво, кинув палаючий жмут на змочені частини йоли, і вона швидко спалахнула вогнем.</w:t>
      </w:r>
    </w:p>
    <w:p>
      <w:r>
        <w:br/>
        <w:t>— Тепер жени човна мерщій на той бік.</w:t>
      </w:r>
    </w:p>
    <w:p>
      <w:r>
        <w:br/>
        <w:t>Вогонь розпалювався дужче. Над йолою здіймався чорний та густий дим.</w:t>
      </w:r>
    </w:p>
    <w:p>
      <w:r>
        <w:br/>
        <w:t>— Греби, сину! Налягай на весла,— говорив схвильовано Густавсон, оглядаючи йолу.— Хай тепер вони візьмуть її, хай наловлять риби. Бач, як палає.</w:t>
      </w:r>
    </w:p>
    <w:p>
      <w:r>
        <w:br/>
        <w:t>В кюле помітили вогонь. Люди бігли до озера. Багато людей.</w:t>
      </w:r>
    </w:p>
    <w:p>
      <w:r>
        <w:br/>
        <w:t>— Швидше греби, Даглесе, рятуй своє життя...</w:t>
      </w:r>
    </w:p>
    <w:p>
      <w:r>
        <w:br/>
        <w:t>Пружні м'язи ритмічно й сильно загортають веслами воду. ...А йола горить. Далеко над йолою стелиться чорний дим. Уже дерев'яна щогла починає хилитися набік, і разом з нею схиляється борт рибальського судна. Зараз заллє його водою... Кам'яного берега торкається човен.</w:t>
      </w:r>
    </w:p>
    <w:p>
      <w:r>
        <w:br/>
        <w:t>— Ну, тату! Пішов я.</w:t>
      </w:r>
    </w:p>
    <w:p>
      <w:r>
        <w:br/>
        <w:t>— Щасти тобі! У ліс повертай відразу, в лісі не знайдуть. Візьми ж рушницю, може, звір який...</w:t>
      </w:r>
    </w:p>
    <w:p>
      <w:r>
        <w:br/>
        <w:t>Не оглядаючись, побіг Даглес через каміння в гори, де густі ялини сховали його відразу.</w:t>
      </w:r>
    </w:p>
    <w:p>
      <w:r>
        <w:br/>
        <w:t>Еркі Густавсон стояв на березі. Він бачив по той бік Імандри, як біля каменя, де залишили Пекку, збиралися люди. Бачив човен, що ним пливли рибалки впоперек Імандри.</w:t>
      </w:r>
    </w:p>
    <w:p>
      <w:r>
        <w:br/>
        <w:t>"По мене... Уб'ють за Пекку...— Ця думка виникла раптово, породивши тривогу й жах за своє життя.— Хіба втекти? Старий, літа вже не ті... далеко не сховаюся, все одно знайдуть".</w:t>
      </w:r>
    </w:p>
    <w:p>
      <w:r>
        <w:br/>
        <w:t>Примружені маленькі очі не можуть відірватись від човна, що погойдується на хвилях. Ті люди несуть з собою погрозу, а може, й смерть.</w:t>
      </w:r>
    </w:p>
    <w:p>
      <w:r>
        <w:br/>
        <w:t>Еркі стежив за йолою. Рибальське судно почало вже хилитися набік. Через борт ринула вода, і від того дим погустішав. Тільки горіла ще невелика щогла. Вітер не міг загасити того вогню. Гасила його вода, бо опускалося на дно Імандри затоплене судно.</w:t>
      </w:r>
    </w:p>
    <w:p>
      <w:r>
        <w:br/>
        <w:t>А човен уже недалеко.</w:t>
      </w:r>
    </w:p>
    <w:p>
      <w:r>
        <w:br/>
        <w:t>Еркі помітив на ньому старого Кенралі, Сандера й Лінго, що тримав у руках рушницю.</w:t>
      </w:r>
    </w:p>
    <w:p>
      <w:r>
        <w:br/>
        <w:t>— Не дамся так... не дамся! — промовив сам до себе Густавсон. Він дуже шкодував, що свою рушницю віддав Даглесові. Ой, як би вона йому зараз пригодилася.</w:t>
      </w:r>
    </w:p>
    <w:p>
      <w:r>
        <w:br/>
        <w:t>Густавсон біжить у гори, щоб звідти краще було оборонятися камінням.</w:t>
      </w:r>
    </w:p>
    <w:p>
      <w:r>
        <w:br/>
        <w:t>— Стій! — гукає до нього Лінго.— Стій, стрілятиму!</w:t>
      </w:r>
    </w:p>
    <w:p>
      <w:r>
        <w:br/>
        <w:t>Та не слухає його застережливих криків Еркі Густавсон. Йому б скоріше на оту кручу вибратися, а там хай попробують узяти його відразу. Гримить постріл, і Густавсон, хитнувшись, котиться вниз. Затримує його каміння. Не підводиться хазяїн з землі.</w:t>
      </w:r>
    </w:p>
    <w:p>
      <w:r>
        <w:br/>
        <w:t>А над ним уже стоять рибалки.</w:t>
      </w:r>
    </w:p>
    <w:p>
      <w:r>
        <w:br/>
        <w:t>Три пари очей дивляться на нього. Невблаганна лють світиться в тих поглядах.</w:t>
      </w:r>
    </w:p>
    <w:p>
      <w:r>
        <w:br/>
        <w:t>"Доб'ють... зараз мене доб'ють",— промайнуло в голові.</w:t>
      </w:r>
    </w:p>
    <w:p>
      <w:r>
        <w:br/>
        <w:t>— Чого лежиш? Уставай! Я в повітря вистрілив. Ну? Густавсон підводиться, стає навколішки, благає:</w:t>
      </w:r>
    </w:p>
    <w:p>
      <w:r>
        <w:br/>
        <w:t>— Не везіть мене до рибалок... Краще тут, на цьому березі, кінчайте.</w:t>
      </w:r>
    </w:p>
    <w:p>
      <w:r>
        <w:br/>
        <w:t>— Ми твою підлу натуру знаємо,— сказав старий Кенралі.— Ану, Сандере, підійми його!</w:t>
      </w:r>
    </w:p>
    <w:p>
      <w:r>
        <w:br/>
        <w:t>Еркі Густавсон мовчки підводиться сам і йде до човна.</w:t>
      </w:r>
    </w:p>
    <w:p>
      <w:r>
        <w:br/>
        <w:t>— Зв'язати б його, а то ще, чого доброго, з човна кинеться.</w:t>
      </w:r>
    </w:p>
    <w:p>
      <w:r>
        <w:br/>
        <w:t>— Він води боїться. Я його знаю. Сідай, Густавсоне, а ти, Лінго, мені рушницю дай.</w:t>
      </w:r>
    </w:p>
    <w:p>
      <w:r>
        <w:br/>
        <w:t>Попливли.</w:t>
      </w:r>
    </w:p>
    <w:p>
      <w:r>
        <w:br/>
        <w:t>Сандер коло вітрила. Лінго біля стерна, старий Кенралі з рушницею проти хазяїна.</w:t>
      </w:r>
    </w:p>
    <w:p>
      <w:r>
        <w:br/>
        <w:t>На березі чекали на них рибалки. Тут були діти, жінки, чоловіки.</w:t>
      </w:r>
    </w:p>
    <w:p>
      <w:r>
        <w:br/>
        <w:t>Ще здаля було видно, як погрожували з берега мускулясті руки рибалок. Густавсон почав тремтіти. Він не промовив ні слова, тільки широко відкриті очі його не відривались від лютої, нестримної юрби, що чекала на нього.</w:t>
      </w:r>
    </w:p>
    <w:p>
      <w:r>
        <w:br/>
        <w:t>Човен вдарився носом об берег. Закричали рибалки:</w:t>
      </w:r>
    </w:p>
    <w:p>
      <w:r>
        <w:br/>
        <w:t>— Давай його сюди! Ми йому покажемо.</w:t>
      </w:r>
    </w:p>
    <w:p>
      <w:r>
        <w:br/>
        <w:t>— Втопити його в Імандрі!</w:t>
      </w:r>
    </w:p>
    <w:p>
      <w:r>
        <w:br/>
        <w:t>— Це вони Пекку мало не прибили на смерть?</w:t>
      </w:r>
    </w:p>
    <w:p>
      <w:r>
        <w:br/>
        <w:t>— Авжеж, їхня робота.</w:t>
      </w:r>
    </w:p>
    <w:p>
      <w:r>
        <w:br/>
        <w:t>— А Даглеса не спіймали?</w:t>
      </w:r>
    </w:p>
    <w:p>
      <w:r>
        <w:br/>
        <w:t>— Утік Даглес.</w:t>
      </w:r>
    </w:p>
    <w:p>
      <w:r>
        <w:br/>
        <w:t>— Не втече,— сказав Юго і, звернувшись до друга, спитав:— А що, Ейно, зловимо Даглеса?</w:t>
      </w:r>
    </w:p>
    <w:p>
      <w:r>
        <w:br/>
        <w:t>— Попробуємо зловити.</w:t>
      </w:r>
    </w:p>
    <w:p>
      <w:r>
        <w:br/>
        <w:t>Два юнаки, не гаючи часу, тут же й вирушили на розшуки. А Густавсона обступили рибалки. Він зіщулився перед ними, готовий приймати удари, ховав свою голову, і від того виростав у нього на плечах горб. Не одна рука стискувала камінь.</w:t>
      </w:r>
    </w:p>
    <w:p>
      <w:r>
        <w:br/>
        <w:t>— Ти Пекку хотів забити? Кажи — ти? Сам скажи!</w:t>
      </w:r>
    </w:p>
    <w:p>
      <w:r>
        <w:br/>
        <w:t>— Бий його!</w:t>
      </w:r>
    </w:p>
    <w:p>
      <w:r>
        <w:br/>
        <w:t>— І йолу спалив. І рибу залив гасом, хоч в Імандру тепер повикидай.</w:t>
      </w:r>
    </w:p>
    <w:p>
      <w:r>
        <w:br/>
        <w:t>— Та і його разом би з рибою кинути на дно Імандри.</w:t>
      </w:r>
    </w:p>
    <w:p>
      <w:r>
        <w:br/>
        <w:t>— Товариші, зупиніться! Не можна, чуєте? — кричав Сандер Кенралі.</w:t>
      </w:r>
    </w:p>
    <w:p>
      <w:r>
        <w:br/>
        <w:t>Не слухали. Збилися всі докупи. Товкли, хто як міг, Еркі Густавсона.</w:t>
      </w:r>
    </w:p>
    <w:p>
      <w:r>
        <w:br/>
        <w:t>Старий Кенралі вистрілив. Постріл зупинив усіх. Цим скористався Сандер.</w:t>
      </w:r>
    </w:p>
    <w:p>
      <w:r>
        <w:br/>
        <w:t>— Хай ніхто не сміє його бити! Його судитиме радянський суд. За свої злочинні діла він одержить заслужену кару.</w:t>
      </w:r>
    </w:p>
    <w:p>
      <w:r>
        <w:br/>
        <w:t>— Жди того суду.</w:t>
      </w:r>
    </w:p>
    <w:p>
      <w:r>
        <w:br/>
        <w:t>— Такого й без суду можна...</w:t>
      </w:r>
    </w:p>
    <w:p>
      <w:r>
        <w:br/>
        <w:t>— Вони Пекку мало не забили.</w:t>
      </w:r>
    </w:p>
    <w:p>
      <w:r>
        <w:br/>
        <w:t>Еркі Густавсон дивився на всіх примруженими очима, і в них світився жах.</w:t>
      </w:r>
    </w:p>
    <w:p>
      <w:r>
        <w:br/>
        <w:t>— Пусти, Сандере, я йому дам і за збавлену рибу, і за спалену йолу.</w:t>
      </w:r>
    </w:p>
    <w:p>
      <w:r>
        <w:br/>
        <w:t>Густавсона повели, але ніхто його не бив, бо такий був наказ Сандера.</w:t>
      </w:r>
    </w:p>
    <w:p>
      <w:r>
        <w:br/>
        <w:t>На дорогу вийшла Енсо. Побачивши, що чоловіка ведуть одного, без сина, вона, як вовчиця, кинулася до юрби.</w:t>
      </w:r>
    </w:p>
    <w:p>
      <w:r>
        <w:br/>
        <w:t>— Що ви зробили з моїм сином? Де мій Даглес?.. Верніть мені сина... Даглеса мого...</w:t>
      </w:r>
    </w:p>
    <w:p>
      <w:r>
        <w:br/>
        <w:t>— Перестань, дурна! Чого кричиш?.. Утік Даглес... Затихла Енсо. Дивилася в очі своєму чоловікові, і від того їй</w:t>
      </w:r>
    </w:p>
    <w:p>
      <w:r>
        <w:br/>
        <w:t>чомусь робилося страшно.</w:t>
      </w:r>
    </w:p>
    <w:p>
      <w:r>
        <w:br/>
        <w:t>— Ти, Енсо, упоралась як слід?</w:t>
      </w:r>
    </w:p>
    <w:p>
      <w:r>
        <w:br/>
        <w:t>Енсо хитнула головою. Мовчазна, пішла слідом за чоловіком.</w:t>
      </w:r>
    </w:p>
    <w:p>
      <w:r>
        <w:br/>
        <w:t>Подвір'я Густавсонове мертве.</w:t>
      </w:r>
    </w:p>
    <w:p>
      <w:r>
        <w:br/>
        <w:t>Непорушна лежить на землі потруєна худоба.</w:t>
      </w:r>
    </w:p>
    <w:p>
      <w:r>
        <w:br/>
        <w:t>Застигла юрба. Широко дивляться людські очі на безжалісну розправу, і в очах здивування перетворюється в бунтівливу і нестримну злість, на бажання забити їх, оцих недолюдків жорстоких, як забивають небезпечного й лютого звіра або скажену собаку.</w:t>
      </w:r>
    </w:p>
    <w:p>
      <w:r>
        <w:br/>
        <w:t>— Смерть їм, гадам! Камінням їх!.. Хай помучаться, як мучилась оця худоба.</w:t>
      </w:r>
    </w:p>
    <w:p>
      <w:r>
        <w:br/>
        <w:t>— Не дозволю чинити самосуду! — закричав Сандер.— Не можна!</w:t>
      </w:r>
    </w:p>
    <w:p>
      <w:r>
        <w:br/>
        <w:t>Під вартою їх обох повели рибалки до району.</w:t>
      </w:r>
    </w:p>
    <w:p>
      <w:r>
        <w:br/>
        <w:t>З тундри повернулися Юнго й Ейно. Даглеса так і не знайшли. Може, втік до міста, як радив йому батько, а може, про* пав десь у тундрі, бо тундра дика, безлюдна, німа...</w:t>
      </w:r>
    </w:p>
    <w:p>
      <w:r>
        <w:br/>
        <w:t>...Глухо на схилах гірських шумів кронами ялиновий ліс. Ходив по тих схилах старий Кенралі, зірким оком досвідченого майстра придивлявся до дерев, і там, де він лишав свою мітку, спинялися лісоруби.</w:t>
      </w:r>
    </w:p>
    <w:p>
      <w:r>
        <w:br/>
        <w:t>Відточені леза сокир з усього розмаху вгризалися в стрункі й високі стовбури ялин, шматуючи живу тканину деревини.</w:t>
      </w:r>
    </w:p>
    <w:p>
      <w:r>
        <w:br/>
        <w:t>Летіли тріски. З свіжих надрубів сочився пахучий терпентиновий сік, чистий і прозорий, як роса.</w:t>
      </w:r>
    </w:p>
    <w:p>
      <w:r>
        <w:br/>
        <w:t>І хіба можна забути той день, коли люди, одягнені в найкраще своє вбрання, зійшлися до Імандри. Вони оглядали рибальське судно, тисли шорстку робочу руку майстрові Кенралі. Саме йому випала честь вести в перший рейс новий корабель, значно кращий за Густавсонову йолу.</w:t>
      </w:r>
    </w:p>
    <w:p>
      <w:r>
        <w:br/>
        <w:t>Шкодував старий рибалка, що не побачив цієї загальної радості Сандер. Він поїхав до міста діставати динамо, бо хоче син, щоб у кожного рибалки в хатині сяяла лампочка Ілліча.</w:t>
      </w:r>
    </w:p>
    <w:p>
      <w:r>
        <w:br/>
        <w:t>Знав батько і всі рибалки знали вдачу голови сільради. Коли вже брався він за якусь роботу,— не відступав од неї, поки не добивався свого. Так навчила його діяти партія комуністів.</w:t>
      </w:r>
    </w:p>
    <w:p>
      <w:r>
        <w:br/>
        <w:t>Минали хвилини. Час уже було вирушати, і Кенралі став на капітанський місток. Всі люди почули його команду:</w:t>
      </w:r>
    </w:p>
    <w:p>
      <w:r>
        <w:br/>
        <w:t>— Віддай кінці!</w:t>
      </w:r>
    </w:p>
    <w:p>
      <w:r>
        <w:br/>
        <w:t>Все виконувалось швидко й точно. Підняли вітрила. Попутний вітер односив корабель від берега, а на березі стояли люди, стояли довго, проводжаючи очима рідних рибалок.</w:t>
      </w:r>
    </w:p>
    <w:p>
      <w:r>
        <w:br/>
        <w:t>Все меншим ставав корабель, а згодом, з'єднавшись з голубим обрієм, він немовби потонув у ньому, і тільки білі вітрила ще довго маячили, нагадуючи весінню хмаринку.</w:t>
      </w:r>
    </w:p>
    <w:p>
      <w:r>
        <w:br/>
        <w:t>1931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Імандра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