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Ігумен і князь</w:t>
      </w:r>
    </w:p>
    <w:p>
      <w:r>
        <w:br/>
        <w:t xml:space="preserve"> &lt;p&gt;Тридцятип'ятилітній Тодосій у довгій чернечій одежі, що не різнила його від інших ченців київських печер, ходив по келії до краю роздратований.</w:t>
      </w:r>
    </w:p>
    <w:p>
      <w:r>
        <w:br/>
        <w:t>Ні поклони, ні молитви, ні збільшені вериги не втамовували гніву суворого Тодосія.</w:t>
      </w:r>
    </w:p>
    <w:p>
      <w:r>
        <w:br/>
        <w:t>"Господи, владико життя, моїх помислів, моєї любові й мого гніву! Серце моє горить вогнем на нечестивого князя! Гнів мій на славу Тобі!"</w:t>
      </w:r>
    </w:p>
    <w:p>
      <w:r>
        <w:br/>
        <w:t>Вериги глухо стукали об долівку келії-мазанки, а бог непорушно дивився своїми великими візантійськими очима на ігумена Київського монастиря, і глухе було його серце до молитов та стуку вериг.</w:t>
      </w:r>
    </w:p>
    <w:p>
      <w:r>
        <w:br/>
        <w:t>Глухе було його серце, як глуха осінь над Дніпром. Дикі кручі лили каламутні сльози у води сірої ріки, над Подолом кружляло гайвороння, й гайворонням метушилася чернеча братія на брудному, багнистому подвір'ї монастиря.</w:t>
      </w:r>
    </w:p>
    <w:p>
      <w:r>
        <w:br/>
        <w:t>Час од часу ігумен Тодосій позирав у каламутну шибку келії на подвір'я й нотував у пам'яті своїй кари ледачим ченцям, що негаразд ретельно виконували свої обов'язки.</w:t>
      </w:r>
    </w:p>
    <w:p>
      <w:r>
        <w:br/>
        <w:t>"Братові Сільвестрові двісти поклонів за розбите цебро... Братові Павлові збільшити вериги за розсипане борошно..."</w:t>
      </w:r>
    </w:p>
    <w:p>
      <w:r>
        <w:br/>
        <w:t>З задніпровських просторів насувалася ніч, і вовки-сіроманці виходили з лісових пущ, вили у темряву тисячолітньої осені, ловлячи в подихах вітру теплі запахи тварин та людського житла. Інколи їх гострі вуха ловили уривки пісень та музики з боку княжого терема, і вони насторожено стихали, щоб за хвилину з новою силою пронизати повітря своїм голодним жалем.</w:t>
      </w:r>
    </w:p>
    <w:p>
      <w:r>
        <w:br/>
        <w:t>Святослав, нечестивий князь, вигнав свого брата Ізяслава з— Києва і посів князівство і землі. Надто гостро відчули зміну київські ченці. Пошана, якою оточував монастирі та братію боголюбивий-Ізяслав-князь, змінилася на зневагу та утиски. Святослав знав, що чернече священство підтримувало його старшого брата, і неласка князівська упала на голову ігумена Тодосія надто тоді, як сам Тодосій дав до того привід своїм посланням:</w:t>
      </w:r>
    </w:p>
    <w:p>
      <w:r>
        <w:br/>
        <w:t>"Голос крові твого брата кличе на тебе бога, як кров Авеля на Каїна. Зав'яжуться вузлами твої шляхи, й не знатимеш, кудою йти. І брами замкнуться перед тобою, й не знатимеш, що діяти. Кров брата твого на тобі!.."</w:t>
      </w:r>
    </w:p>
    <w:p>
      <w:r>
        <w:br/>
        <w:t>Мудрий ігумен не зважив, що його чернечий авторитет, не підпертий мечем князя Ізяслава, не міг правити за дужий спосіб політики.</w:t>
      </w:r>
    </w:p>
    <w:p>
      <w:r>
        <w:br/>
        <w:t>Святослав не мав заміру сваритися з духовенством, але послання ігумена обурило його. Гордий цар покликав до себе смиренного ченця, але гнів ігумена взяв верх над смиренням та покорою, і він відповів князеві, що владі земній коритися не буде, бо настановлений богом пасти вірних, а тому й кориться тільки владі небесній. Отже, коли охота князеві говорити з ним, ігуменом і пастирем, то хай приходить до нього.</w:t>
      </w:r>
    </w:p>
    <w:p>
      <w:r>
        <w:br/>
        <w:t>Того ж дня, як одержав таку відповідь Святослав-князь, до келії Тодосія, ігумена Київського монастиря, під'їхало з двадцять князівських дружинників. У келії на якийсь час засперечалися вериги з мечами, і мечі довели, що вони авторитетніші за чернече начиння... Тодосія у подраній одежі посадили на воза й повезли уночі пущами до міста Васильова, де колись ігумен, син вельможних батьків, бігав малими ногами...</w:t>
      </w:r>
    </w:p>
    <w:p>
      <w:r>
        <w:br/>
        <w:t>— Князь наказав тобі, отче, не повертатися до Києва, аж поки не буде князевої ласки...</w:t>
      </w:r>
    </w:p>
    <w:p>
      <w:r>
        <w:br/>
        <w:t>З такими словами залишили дружинники Святослава ігумена Тодосія на монастирському брудному подвір'ї у Васильові.</w:t>
      </w:r>
    </w:p>
    <w:p>
      <w:r>
        <w:br/>
        <w:t>Так порахувалася влада земна з владою небесною, що зазіхала забрати до своїх рук князівства і землі, упокоривши князя і обернувши його на свою зброю. Лицарський шолом не схилився перед чернечим каптуром.</w:t>
      </w:r>
    </w:p>
    <w:p>
      <w:r>
        <w:br/>
        <w:t>В убогій дерев'яній церкві Васильова молився ігумен Тодосій за здоров'я князя Ізяслава та дарування його немічному мечеві перемоги над ворогами. Меч-бо Ізяслава був мечем влади небесної, бо князь корився ігуменові.</w:t>
      </w:r>
    </w:p>
    <w:p>
      <w:r>
        <w:br/>
        <w:t>Вранці і увечері вериги суворого Тодосія, збільшені удвоє, стугоніли на дерев'яній підлозі церковного вівтаря, а довгими ночами пізньої осені ігумен думав про земне. Думки його охоплювали минуле й гостро стриміли у майбутнє, в те майбутнє, коли вірив він: земні князі остаточно скоряться князям небесним, бо хіба ж небо не вище від землі і бог не дужчий за всіх князів земних?</w:t>
      </w:r>
    </w:p>
    <w:p>
      <w:r>
        <w:br/>
        <w:t>В одну з таких безсонних ночей, коли дзвінка брондза думок тридцятип'ятирічного мужа оберталася на невиразний і зрадливий туман юнацьких запальних мрій, до келії Тодосія постукав запізнілий подорожній. То був монастирський служка, вірний Йона, що втік з київських печер до свого ігумена.</w:t>
      </w:r>
    </w:p>
    <w:p>
      <w:r>
        <w:br/>
        <w:t>Юнак несміливо переступив поріг келії і схилився на коліна, приймаючи благословення ігумена. Смиренно він став коло одвірка, побожно схиливши голову, і мовив:</w:t>
      </w:r>
    </w:p>
    <w:p>
      <w:r>
        <w:br/>
        <w:t>— Отче, тівун Яцемир ненавидить нечестивого князя Святослава за те, що той одібрав йому жінку. Яцемир — мій родич по матері... Він намовляє мене...</w:t>
      </w:r>
    </w:p>
    <w:p>
      <w:r>
        <w:br/>
        <w:t>На цих словах служка запнувся і нижче схилив голову, але Тодосій зрозумів його без слів. Він молитовно звів очі д'горі і врочисто мовив:</w:t>
      </w:r>
    </w:p>
    <w:p>
      <w:r>
        <w:br/>
        <w:t>— Гнів божий на нечестивих і братовбивцях! Іди, отроче, і хай Господь наш милосердий укріпить твою десницю і сповнить твоє серце мужністю!</w:t>
      </w:r>
    </w:p>
    <w:p>
      <w:r>
        <w:br/>
        <w:t>По цьому ігумен взяв за плечі служку і вивів його зі своєї келії в темну осінню ніч.</w:t>
      </w:r>
    </w:p>
    <w:p>
      <w:r>
        <w:br/>
        <w:t>Вперше за довгі тижні заслання Тодосій міцно заснув, як людина, певна наступних днів і певна себе. Спокій зійшов на турботну душу ченця, бо не напутив він отрока на злі діла, і отрок нічого йому не сказав...</w:t>
      </w:r>
    </w:p>
    <w:p>
      <w:r>
        <w:br/>
        <w:t>...Пишні шати на князеві та його прибічниках. Візантійські шовки та парча відбивають сонце, і сонце покірно падає на жовтий та червоний сап'ян обув'я та на коштовну зброю коней.</w:t>
      </w:r>
    </w:p>
    <w:p>
      <w:r>
        <w:br/>
        <w:t>Служка Йона дізнався, що сьогодні князь Святослав поїде полювати у пущі на Стугну. Тівун князів Яцемир розповів про це своєму небожеві.</w:t>
      </w:r>
    </w:p>
    <w:p>
      <w:r>
        <w:br/>
        <w:t>Підступний Яцемир довго готував Йону, аж поки богобоязнені вуха цього юнака почули справжні наміри і сподівання свого дядька. Князь зневажає церкву і священиків, він справжній поганин і ворог Христа. Забити такого нечестивця — то славне діло, і це славне діло можна доконати в найближчий день, і то саме на полюванні. І справа то небезпечна, адже ж Яцемир буде з князем, і коли кара божа упаде на нечестивця, він не кине на поталу свого улюбленого небожа, а як все буде гаразд, він із своїх достатків збудує монастиря ц настановить Йону на ігумена... А до княжого стану його пропустить сторожа, бо знає його як небожа найближчого тівуна... От і короткий меч, що ним мусить вдарити юнак у спину князя, неодмінно в спину, щоб той не мав змоги боронитися...</w:t>
      </w:r>
    </w:p>
    <w:p>
      <w:r>
        <w:br/>
        <w:t>Цілий день юнак простував слідами князівської ватаги, що йшла в напрямку Васильова, а коли князівські пси піднімали звіра, він залазив на дерево, боячись попасти на очі псарям...</w:t>
      </w:r>
    </w:p>
    <w:p>
      <w:r>
        <w:br/>
        <w:t>Нарешті надвечір задимилися багаття княжого стану, а як спала ніч, вогонь зазолотив верхів'я столітніх сосон та ялин, виказуючи місце княжого стану. То там горіло багаття й готувалася страва на всю дружину. Вози з припасом стояли колом, а коні паслися на припоні, пильновані озброєними дружинниками.</w:t>
      </w:r>
    </w:p>
    <w:p>
      <w:r>
        <w:br/>
        <w:t>Йона виліз на височенну сосну й чекав. Меч йому од незвички муляв під одежею, але він терпів біль, напоєний шаленством помсти. Слова ігумена дзвеніли йому у вухах, і він, як сновида, забув і про власну безпеку, і про потреби свого тіла, і навіть про молитви, які він звик проказувати щогодини своєму суворому богові. Його опанувала мета, і тій меті прислугувалися всі здібності його виснаженого, чернечого тіла. Зір був загострений, як у яструба; слух ловив щонайменші шелести; звіряча спритність прокинулася в його істоті, знівеченій потворним візантійським аскетизмом. Юнак тремтів, як напнутий могутньою рукою лук, готовий щомиті випустити вбивчу стрілу. Він чекав на ту слушну мить, коли князь і дружина уп'ються,— тоді легше дістатися до багаття й доконати боговгодне діло.</w:t>
      </w:r>
    </w:p>
    <w:p>
      <w:r>
        <w:br/>
        <w:t>Яцемир мав умовити князя зняти свій бойовий панцир і підпоїти Святослава медом, щоб у разі чого він не міг чинити опору. Йона це знав і мав намір підійти до дужого князя ззаду. Адже ж він чернець, а не воїн і не може стати до двобою з князем, що ціле життя своє не розлучався з мечем. До того ж, що там лицарські звичаї, коли мова йде про боже діло? Рука господня чинить так, як то зручніше, не турбуючись за земні чистоти. Нечестивець ляже трупом од зрадницького удару в спину, а не на полі слави.</w:t>
      </w:r>
    </w:p>
    <w:p>
      <w:r>
        <w:br/>
        <w:t>Йона чекав довго, а зваживши, що час починати діло, зліз з дерева і поповз через хащі до багаття.</w:t>
      </w:r>
    </w:p>
    <w:p>
      <w:r>
        <w:br/>
        <w:t>З табору неслися співи підпилих дружинників, гарчання псів та іржання коней. Обережно Йона підійшов до вартового, що, напівлежачи, догризав кабанячу кістку, й привітався. Дружинник впізнав юнака і охоче згодився супроводити його до Яцемира, якому нібито чернець мав переказати якісь вісті. Пси кинулися були на незнайому людину, та вартовий розігнав їх ломакою,— і вони принишкли.</w:t>
      </w:r>
    </w:p>
    <w:p>
      <w:r>
        <w:br/>
        <w:t>— Ото коло багаття князь і Яцемир. Підійди і вклонися князеві та повіншуй його добрим полюванням,— навчав дружинник юнака.</w:t>
      </w:r>
    </w:p>
    <w:p>
      <w:r>
        <w:br/>
        <w:t>Засунувши руку під чернечу рясу, Йона спробував, чи гаразд меч виймається з піхов. Потому він перехрестився і, сповнений незламної рішучості, рушив до багаття. Спина князева вигідно чорніла на огняному тлі, і ця чорна пляма увібрала всі прагнення ченця.</w:t>
      </w:r>
    </w:p>
    <w:p>
      <w:r>
        <w:br/>
        <w:t>Саме тоді, як князь перехилив турячого рога з пінним медом, Йона наблизився так, що міг би кінчиком меча дістати до гаптованої сорочки Святослава, а зробивши крок, незле доконати діло кари божої. Та чернець стрибнув так, ніби цілі гони були між ним і метою. Меч пронизав спину князя і приколов нечестиве його тіло до землі.</w:t>
      </w:r>
    </w:p>
    <w:p>
      <w:r>
        <w:br/>
        <w:t>Навколо щось ухнуло і затихло. За мить вчинився галас людей, і собаки жалісно завили, почувши смерть людини-господаря.</w:t>
      </w:r>
    </w:p>
    <w:p>
      <w:r>
        <w:br/>
        <w:t>Йона скам'яніло тримав держално меча в руці, і з великих очей його лилося проміння жаху на важке тіло, що зсунулося набік так, що кінчик меча виковирнув шматок землі... Холодна осіння земля ударила в обличчя ченця, і він випустив держално. Труп упав на бік і востаннє здригнувся.</w:t>
      </w:r>
    </w:p>
    <w:p>
      <w:r>
        <w:br/>
        <w:t>Йона випростався над багаттям і підніс руку, щоб перехреститись, але важкий удар палиці по голові загасив його свідомість, і далі він не чув і не бачив, що коїлось навколо.</w:t>
      </w:r>
    </w:p>
    <w:p>
      <w:r>
        <w:br/>
        <w:t>— Негайно одрубати голову і кинути псам! — задзвенів голос князя Святослава. Він схилився над тілом свого поплічника Яцемира і власними руками вийняв зрадницького меча.</w:t>
      </w:r>
    </w:p>
    <w:p>
      <w:r>
        <w:br/>
        <w:t>Яцемир був мертвий. При світлі багаття князь вдивлявся в його обличчя, та, крім закам'янілої муки, нічого не бачив.</w:t>
      </w:r>
    </w:p>
    <w:p>
      <w:r>
        <w:br/>
        <w:t>— Стійте! — гукнув князь на слуги.— Не рубайте голови тому ченцеві!</w:t>
      </w:r>
    </w:p>
    <w:p>
      <w:r>
        <w:br/>
        <w:t>Мусив князь знати, за віщо поклав головою Яцемир, а про це може сказати тільки вбивця. Але послуги доповіли, що чернець сконав од удару по голові.</w:t>
      </w:r>
    </w:p>
    <w:p>
      <w:r>
        <w:br/>
        <w:t>Скорбота і гнів змішалися на обличчі князя. Слуги тремтіли, стоячи колом навколо свого князя, і воїни тримали руки на держалнах мечів, готові першого ж наказу рубати голову, кому завгодно. Та князь мовчав, все нижче схиляючись над трупом. Він, що звик трощити черепи власними руками, був украй вражений смертю серед бенкету.</w:t>
      </w:r>
    </w:p>
    <w:p>
      <w:r>
        <w:br/>
        <w:t>— Не печалуйсь, князю, над другом і дослухай мене,— почув Святослав голос свого найстаршого дружинника й найдовіренішого радника, семидесятилітнього діда Жамайла. Князь не розлучався з ним ні вдень, ні вночі, ні в боях, ні в бенкетах. Ще замолоду його було приставлено до Святослава навчати військової справи юного князя, а коли князь змужнів, дід залишився при ньому найближчою людиною.</w:t>
      </w:r>
    </w:p>
    <w:p>
      <w:r>
        <w:br/>
        <w:t>Жамайло взяв князя за руку, поштиво схилившися на знак покори своєму державцеві, але в ознаках покори і поштивих словах чулося, що Жамайлова воля була над князеву. Він одвів Святослава вбік, посадив його на ведмежу шкуру й почав голосом тихим і проникливим казати:</w:t>
      </w:r>
    </w:p>
    <w:p>
      <w:r>
        <w:br/>
        <w:t>— Князю, убивця — небіж Яцемирів. Він убив дядька, що годину тому намовив тебе зняти панцира...</w:t>
      </w:r>
    </w:p>
    <w:p>
      <w:r>
        <w:br/>
        <w:t>— На що ти, старий, натякаєш? — погрозливо запитав князь.</w:t>
      </w:r>
    </w:p>
    <w:p>
      <w:r>
        <w:br/>
        <w:t>— Я ні на що не натякаю, князю, а тільки говорю те, що й ти знаєш. А ти, князю, знаєш і те, що ніколи ні в яких обставинах Яцемир не вмовляв тебе скинути панцира, та ще й так настирливо. Навпаки, Яцемир завжди твердив, що зброя мусить завжди бути при лицареві...</w:t>
      </w:r>
    </w:p>
    <w:p>
      <w:r>
        <w:br/>
        <w:t>— Ти щось плутаєш, старче,— відказав князь тихо.</w:t>
      </w:r>
    </w:p>
    <w:p>
      <w:r>
        <w:br/>
        <w:t>— Я не плутаю, князю, а те кажу, що було, і нічого від себе не додав юнак, небіж Яцемирів, ще вчора розмовляв зі своїм дядьком на твоєму подвір'ї... Вони надто довго розмовляли... Яцемир любив хлопця і піклувався ним, як власною дитиною. Юнак незгірше ставився до дядька... Я це знаю, князю, бо піклуюся твоєю безпекою. Я дещо, князю, зрозумів, та, на жаль, пізно, коли тіло твого тівуна лежить холодне...</w:t>
      </w:r>
    </w:p>
    <w:p>
      <w:r>
        <w:br/>
        <w:t>— Що ж ти зрозумів, старий? — запитав могутній князь свого воїна, як запитують діти бабусю за цікаві їм речі.</w:t>
      </w:r>
    </w:p>
    <w:p>
      <w:r>
        <w:br/>
        <w:t>— Я зрозумів, князю, що удара готовано тобі.</w:t>
      </w:r>
    </w:p>
    <w:p>
      <w:r>
        <w:br/>
        <w:t>Святослав схопився на рівні ноги й грізно подивився на старого, що покірливо схилив голову перед своїм князем ще нижче.</w:t>
      </w:r>
    </w:p>
    <w:p>
      <w:r>
        <w:br/>
        <w:t>— То, діду, теревені, дурні теревені!</w:t>
      </w:r>
    </w:p>
    <w:p>
      <w:r>
        <w:br/>
        <w:t>Князь наблизився до трупа Яцемирового і, одкинувши плаща, яким укрили його слуги, пильно почав вдивлятися в непорушне обличчя. І що довше він вдивлявся, то більше в його уяві спливало давно забутих подій, слів і картин, викреслювалася на сірому тлі давно минулого підступна душа тівуна Яцемира... На обличчя князеве спала похмура тінь, і він, важко ступаючи, підійшов до Жамайла і мовив:</w:t>
      </w:r>
    </w:p>
    <w:p>
      <w:r>
        <w:br/>
        <w:t>— Може, діду, й так.</w:t>
      </w:r>
    </w:p>
    <w:p>
      <w:r>
        <w:br/>
        <w:t>Старий на слова князя тихо, ледве помітно вклонився.</w:t>
      </w:r>
    </w:p>
    <w:p>
      <w:r>
        <w:br/>
        <w:t>— Але що ж робити?</w:t>
      </w:r>
    </w:p>
    <w:p>
      <w:r>
        <w:br/>
        <w:t>Жамайло на одну лише мить підвів голову на рівень голови князя і знову схилив її.</w:t>
      </w:r>
    </w:p>
    <w:p>
      <w:r>
        <w:br/>
        <w:t>— Так що ж робити? — з притиском повторив своє задитання Святослав і, не діждавшись відповіді, грізно мовив:</w:t>
      </w:r>
    </w:p>
    <w:p>
      <w:r>
        <w:br/>
        <w:t>— Я вивішаю їх, старий, чуєш? Я вивішаю їх до одного!</w:t>
      </w:r>
    </w:p>
    <w:p>
      <w:r>
        <w:br/>
        <w:t>Горді слова князя не справили враження на Жамайла.</w:t>
      </w:r>
    </w:p>
    <w:p>
      <w:r>
        <w:br/>
        <w:t>Дід знав, що буде зроблено так, як він скаже, а не так, як схоче князь.</w:t>
      </w:r>
    </w:p>
    <w:p>
      <w:r>
        <w:br/>
        <w:t>— Ти, князю, справедливий, як небо, і слова справедливого гніву чую я нині з твоїх уст, але, вивішавши ченців, ти не зменшиш злоби на себе, а умножиш її. Справедливість, князю,— золото. Воно ціни неоціненої, а м'яке, як олово; а мудрість, князю,— то сталь, вона тверда і гнучка, тому володіє всіма скарбами землі...</w:t>
      </w:r>
    </w:p>
    <w:p>
      <w:r>
        <w:br/>
        <w:t>Святослав дивився в землю і слухав свого радника. Палкий гнів його ущух, і серце остудив холод мудрості.</w:t>
      </w:r>
    </w:p>
    <w:p>
      <w:r>
        <w:br/>
        <w:t>— Правити людьми треба не справедливістю, а мудрістю...</w:t>
      </w:r>
    </w:p>
    <w:p>
      <w:r>
        <w:br/>
        <w:t>Старий замовк і схилився на коліна, немов віддаючи себе на ласку князя. Святослав обняв старого і поставив на ноги.</w:t>
      </w:r>
    </w:p>
    <w:p>
      <w:r>
        <w:br/>
        <w:t>— Так що ж діяти, старче? — тихо спитав він.</w:t>
      </w:r>
    </w:p>
    <w:p>
      <w:r>
        <w:br/>
        <w:t>Жамайло знав, що тепер князь прийме все, що він йому не скаже. Помовчавши, він підвів свою сиву голову.</w:t>
      </w:r>
    </w:p>
    <w:p>
      <w:r>
        <w:br/>
        <w:t>— Їдь, князю, на ранок до Васильова до ігумена Тодосія та даруй йому провини його. Він відчує твою силу, князю, і більше не посміє перечити тобі та ганьбити діла твої. Хай повертається до Києва і будує храм, який він давно збирався будувати. Не жалуй, князю, скарбів, дай і людей, і гроші на будівлю, і злоба ченців обернеться на ласку і покору тобі.</w:t>
      </w:r>
    </w:p>
    <w:p>
      <w:r>
        <w:br/>
        <w:t>Князь нижче і нижче схиляв голову, що означало згоду його чинити по словах діда.</w:t>
      </w:r>
    </w:p>
    <w:p>
      <w:r>
        <w:br/>
        <w:t>— Будь, князю, мудрий і не знищуй зброї, що дасть тобі безліч перемог над народами і землями... Ченці, князю,— то зброя, могутня зброя, але треба вміти володіти нею...</w:t>
      </w:r>
    </w:p>
    <w:p>
      <w:r>
        <w:br/>
        <w:t>Жамайло замовк, а князь у задумі промовив:</w:t>
      </w:r>
    </w:p>
    <w:p>
      <w:r>
        <w:br/>
        <w:t>— Так, діду, так!</w:t>
      </w:r>
    </w:p>
    <w:p>
      <w:r>
        <w:br/>
        <w:t>Другого дня у присадкуватій халупі монастирського дворища у Васильові земна і небесна влади тричі цілувалися на знак згоди, миру і єдності.</w:t>
      </w:r>
    </w:p>
    <w:p>
      <w:r>
        <w:br/>
        <w:t>Врочисто було відсвятковано киянами та братією печерською повернення князя Святослава та ігумена Тодосія до Києва. Ченці й міщани з духовенством вийшли назустріч, і ігумен відправив врочистого молебня.</w:t>
      </w:r>
    </w:p>
    <w:p>
      <w:r>
        <w:br/>
        <w:t>А увечері відбулася у княжому теремі вечеря без гуслярів і скоморохів, без вина і дівчат, перша чернеча вечеря у теремі Святослава. Суворий-бо печерський аскет не потерпів би ні пияцтва, ні музики, ні співів. Князь затаєно, злостиво порався коло кабанячого окосту, а ігумен запивав водою сухарі...</w:t>
      </w:r>
    </w:p>
    <w:p>
      <w:r>
        <w:br/>
        <w:t>Почали вечерю довгими й нудними молитвами, молитвами ж і закінчили.</w:t>
      </w:r>
    </w:p>
    <w:p>
      <w:r>
        <w:br/>
        <w:t>Аж тоді, коли ігумен Тодосій був далеко од княжого терема, до світлиці вкотили бочку з медом, покликано гуслярів та скоморохів, з у присінцях теремових чекали на свою чергу дівчата... Почалася справжня вечеря лицарів.</w:t>
      </w:r>
    </w:p>
    <w:p>
      <w:r>
        <w:br/>
        <w:t>А ченця Йону на другий день вже терзали вовки на лісовій галявині й дивувалися, що він жилавий і несмачний, як святий з візантійської ікони...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Ігумен і князь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