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Іграшковий Поїзд</w:t>
      </w:r>
    </w:p>
    <w:p>
      <w:r>
        <w:br/>
        <w:t xml:space="preserve"> &lt;p&gt;Усі хлопчакові іграшки підсміювалися з Поїзда. Звідки він такий узявся? Рейочки пролягають тільки з одного кутка кімнати в другий, а він, захлинаючись, усім доводить, що колись обов'язково вистрибне у вікно і поїде через долини, гори аж до моря. Хто таке коли-небудь бачив?!</w:t>
      </w:r>
    </w:p>
    <w:p>
      <w:r>
        <w:br/>
        <w:t>— Ось побачите! — рішуче заявив Поїзд.— Я уже раз проїздив тією дорогою, чому б іще раз не спробувати?</w:t>
      </w:r>
    </w:p>
    <w:p>
      <w:r>
        <w:br/>
        <w:t>— Тому, що ти всього-на-всього іграшковий поїзд! — сміялися з нього Лялька й Блазень.— Вгамуйся і їздь дорогою, яка тобі відведена! — радили вони.</w:t>
      </w:r>
    </w:p>
    <w:p>
      <w:r>
        <w:br/>
        <w:t>Але малий упертюх нікого не хотів слухати. Уві сні він бачив лісові хащі, засніжені вершини гір, синє море... Його гнітили стіни кімнати, а понад усе те, що ніхто не вірить його словам про море.</w:t>
      </w:r>
    </w:p>
    <w:p>
      <w:r>
        <w:br/>
        <w:t>— Може, море тобі наснилося? — кліпала довгими віями Лялька, до думки якої прислухалися всі іграшки.— Але такі сни приносять лише шкоду. Що було б, якби, скажімо, одного дня я забрала собі в голову, що можу полетіти! Гай-гай! Ти, мабуть, думаєш, що в мене виросли б крила? — Вона засміялася зі своєї вигадки. А тоді мало не впала з полиці, коли Поїзд поважно сказав:</w:t>
      </w:r>
    </w:p>
    <w:p>
      <w:r>
        <w:br/>
        <w:t>— Може б, і виросли! Подивися на лимон. Хіба не був він колись меншою від нігтя насіниною? І хіба не хотів вирости? А згодом забажав мати золоті плоди й будь ласка — має їх. І я шлях до моря подолаю, будь-що подолаю! — прошепотів Поїзд замріяно, а іграшки дружно засміялися і не переставали сміятися до глибокої ночі.</w:t>
      </w:r>
    </w:p>
    <w:p>
      <w:r>
        <w:br/>
        <w:t>— Гляньте на цього сміливця! Він збирається вистрибнути у вікно! — хихотів ганчірковий Блазень.— Придивіться до кімнатного поїзда, в якого виростуть крила! — Він перекидався через голову, кривлявся. Усі іграшки захоплено дивилися на Блазня: хіба він не розумник, хіба не дотепник?</w:t>
      </w:r>
    </w:p>
    <w:p>
      <w:r>
        <w:br/>
        <w:t>Поїзд присоромлено похнюпився. Його рейочки тяглися з одного кутка кімнати в другий і посередині був міст, а за ним — тунель. Перед самим тунелем стояв Семафор з кольорової бляхи. За мить до в'їзду поїзда в тунель Семафор давав зелене світло. Зараз і він аж трусився від сміху.</w:t>
      </w:r>
    </w:p>
    <w:p>
      <w:r>
        <w:br/>
        <w:t>— Що цей малюк патякає? Хто коли-небудь бачив чи чув, аби іграшковий поїзд подолав шлях до моря? Котрий відчайдух і коли пробував його проїхати?</w:t>
      </w:r>
    </w:p>
    <w:p>
      <w:r>
        <w:br/>
        <w:t>— Я спробую! Спробую і таки проїду і Я мушу, мушу це зробити! — уже засинаючи, мрійливо прошепотів Поїзд.</w:t>
      </w:r>
    </w:p>
    <w:p>
      <w:r>
        <w:br/>
        <w:t>На голови іграшок, мов солодкий дощ, опустилася ніч. Одне за одним заплющували очі Блазень, Семафор, Лялька, на кругловидому обличчі якої до самого ранку тремтіли тіні від її вій...</w:t>
      </w:r>
    </w:p>
    <w:p>
      <w:r>
        <w:br/>
        <w:t>А коли перший сонячний промінець зазирнув у кімнату, хлопчак схопився з ліжка і, за звичкою, став роздивлятися свої іграшки. Спали всі до одної, тільки рейочки були порожні й вітерець погойдував тюлеву завіску на вікні.</w:t>
      </w:r>
    </w:p>
    <w:p>
      <w:r>
        <w:br/>
        <w:t>— Я бачив його! — довірливо прошепотів Сонячний промінець.— Коли поливальні машини вимили вулиці, Поїзд вистрибнув у вікно і по колії свого старшого брата спустився в долину. Якщо не віриш, запитай у горобців, вони не спали...</w:t>
      </w:r>
    </w:p>
    <w:p>
      <w:r>
        <w:br/>
        <w:t>Хлопчакові спершу подумалося, що це сон, але ж віконниці насправді були широко відчинені, а рейочки — порожні. Іграшки здивовано терли очі й жодна більше не сміялася. Сумно дивлячись у вікно, Лялька згадала про крила, які неодмінно виростуть у того, хто забажає цього над усе. По якійсь хвилині вона відчула, що на її плечах щось росте.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Іграшковий Поїзд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