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Іфігенія в Авліді</w:t>
      </w:r>
    </w:p>
    <w:p>
      <w:r>
        <w:br/>
        <w:t xml:space="preserve"> Переклад А. Содомори</w:t>
      </w:r>
    </w:p>
    <w:p>
      <w:r>
        <w:br/>
        <w:t>ДІЙОВІ ОСОБИ&lt;br /&gt;</w:t>
        <w:br/>
        <w:t>АГАМЕМНОН&lt;br /&gt;</w:t>
        <w:br/>
        <w:t>СЛУГА&lt;br /&gt;</w:t>
        <w:br/>
        <w:t>ХОР ХАЛКІДСЬКИХ ЖІНОК&lt;br /&gt;</w:t>
        <w:br/>
        <w:t>МЕНЕЛАЙ&lt;br /&gt;</w:t>
        <w:br/>
        <w:t>ВІСНИК&lt;br /&gt;</w:t>
        <w:br/>
        <w:t>КЛІТЕМНЕСТРА&lt;br /&gt;</w:t>
        <w:br/>
        <w:t>ІФІГЕНІЯ&lt;br /&gt;</w:t>
        <w:br/>
        <w:t>АХІЛЛ&lt;br /&gt;</w:t>
        <w:br/>
        <w:t>Дія відбувається у таборі ахейців під Авлідою.</w:t>
      </w:r>
    </w:p>
    <w:p>
      <w:r>
        <w:br/>
        <w:t>ПРОЛОГ&lt;br /&gt;</w:t>
        <w:br/>
        <w:t>АГАМЕМНОН&lt;br /&gt;</w:t>
        <w:br/>
        <w:t>Ану вигляни, старче, на голос мій&lt;br /&gt;</w:t>
        <w:br/>
        <w:t>Із намету!&lt;br /&gt;</w:t>
        <w:br/>
        <w:t>СЛУГА&lt;br /&gt;</w:t>
        <w:br/>
        <w:t>Іду-&lt;br /&gt;</w:t>
        <w:br/>
        <w:t>Щось нове, Агамемноне-владарю?..&lt;br /&gt;</w:t>
        <w:br/>
        <w:t>АГАМЕМНОН&lt;br /&gt;</w:t>
        <w:br/>
        <w:t>Та почуєш.&lt;br /&gt;</w:t>
        <w:br/>
        <w:t>СЛУГА&lt;br /&gt;</w:t>
        <w:br/>
        <w:t>Кажи…&lt;br /&gt;</w:t>
        <w:br/>
        <w:t>Вже ж і так моя старість не знає сну,&lt;br /&gt;</w:t>
        <w:br/>
        <w:t>Не дає, сторожка, навіть ока зімкнуть.&lt;br /&gt;</w:t>
        <w:br/>
        <w:t>АГАМЕМНОН&lt;br /&gt;</w:t>
        <w:br/>
        <w:t>Це що за світило в небі пливе?&lt;br /&gt;</w:t>
        <w:br/>
        <w:t>СЛУГА&lt;br /&gt;</w:t>
        <w:br/>
        <w:t>То Сіріус. До семизір'я Плеяд&lt;br /&gt;</w:t>
        <w:br/>
        <w:t>Підкотився. На півдорозі тепер.&lt;br /&gt;</w:t>
        <w:br/>
        <w:t>АГАМЕМНОН&lt;br /&gt;</w:t>
        <w:br/>
        <w:t>10] Ні звуку довкіл. Не скрикне птах,&lt;br /&gt;</w:t>
        <w:br/>
        <w:t>Ані море хлюпнеться. Мовчить Евріп…&lt;br /&gt;</w:t>
        <w:br/>
        <w:t>Яка божественна тиша!..&lt;br /&gt;</w:t>
        <w:br/>
        <w:t>СЛУГА&lt;br /&gt;</w:t>
        <w:br/>
        <w:t>Чому ж, Агамемноне, владарю мій,&lt;br /&gt;</w:t>
        <w:br/>
        <w:t>Ти покинув намет?&lt;br /&gt;</w:t>
        <w:br/>
        <w:t>Адже спокій панує в Авліді скрізь,&lt;br /&gt;</w:t>
        <w:br/>
        <w:t>Он сторожа на стінах німа стоїть…&lt;br /&gt;</w:t>
        <w:br/>
        <w:t>Увійдімо в намет… [287]&lt;br /&gt;</w:t>
        <w:br/>
        <w:t>АГАМЕМНОН&lt;br /&gt;</w:t>
        <w:br/>
        <w:t>Щасливий же ти,&lt;br /&gt;</w:t>
        <w:br/>
        <w:t>Як і кожен, кому не грозить ніщо,&lt;br /&gt;</w:t>
        <w:br/>
        <w:t>Хто безвісно, без слави живе собі!..&lt;br /&gt;</w:t>
        <w:br/>
        <w:t>20] Хто ж у славі — й заздрить не варт йому.&lt;br /&gt;</w:t>
        <w:br/>
        <w:t>СЛУГА&lt;br /&gt;</w:t>
        <w:br/>
        <w:t>Але ж слава — окраса життя всього.&lt;br /&gt;</w:t>
        <w:br/>
        <w:t>АГАМЕМНОН&lt;br /&gt;</w:t>
        <w:br/>
        <w:t>Воно так, та вже надто хистка вона.&lt;br /&gt;</w:t>
        <w:br/>
        <w:t>Вабить здалеку нас,&lt;br /&gt;</w:t>
        <w:br/>
        <w:t>А сягнемо — й діймає турботами:&lt;br /&gt;</w:t>
        <w:br/>
        <w:t>То боги, чимсь ображені, геть тобі все&lt;br /&gt;</w:t>
        <w:br/>
        <w:t>Перевернуть життя, то злоба людська, —&lt;br /&gt;</w:t>
        <w:br/>
        <w:t>Бо ж не вгодиш усім, —&lt;br /&gt;</w:t>
        <w:br/>
        <w:t>Раз по раз боляче жалить.&lt;br /&gt;</w:t>
        <w:br/>
        <w:t>СЛУГА&lt;br /&gt;</w:t>
        <w:br/>
        <w:t>І це так от міркує державний муж?..&lt;br /&gt;</w:t>
        <w:br/>
        <w:t>30] Чи лише для блаженства безхмарного&lt;br /&gt;</w:t>
        <w:br/>
        <w:t>Атрей ростив свого сина?&lt;br /&gt;</w:t>
        <w:br/>
        <w:t>Ти смертний — отже втішатись умій&lt;br /&gt;</w:t>
        <w:br/>
        <w:t>І страждати: мало хотіння твого —&lt;br /&gt;</w:t>
        <w:br/>
        <w:t>Це вже воля богів, це жереб наш.&lt;br /&gt;</w:t>
        <w:br/>
        <w:t>Але ти при світильнику цілу ніч&lt;br /&gt;</w:t>
        <w:br/>
        <w:t>Хиливсь над листом —&lt;br /&gt;</w:t>
        <w:br/>
        <w:t>Він і досі, бачу, в руці твоїй —&lt;br /&gt;</w:t>
        <w:br/>
        <w:t>То напишеш, то раптом зітреш усе,&lt;br /&gt;</w:t>
        <w:br/>
        <w:t>То складеш, тоді знов розпечатуєш,&lt;br /&gt;</w:t>
        <w:br/>
        <w:t>40] То на землю кинеш таблички ті,&lt;br /&gt;</w:t>
        <w:br/>
        <w:t>Й заливаєшся слізьми. Поглянути —&lt;br /&gt;</w:t>
        <w:br/>
        <w:t>Божевільний, та й годі. Скажи ж мені,&lt;br /&gt;</w:t>
        <w:br/>
        <w:t>Що з тобою? Скажи!..&lt;br /&gt;</w:t>
        <w:br/>
        <w:t>Що гнітить, що тривожить, володарю?&lt;br /&gt;</w:t>
        <w:br/>
        <w:t>Поділися зі мною! Людині близькій,&lt;br /&gt;</w:t>
        <w:br/>
        <w:t>Що добра тобі зичить, звіришся ти.&lt;br /&gt;</w:t>
        <w:br/>
        <w:t>Ще ж дружині твоїй Тіндарей колись&lt;br /&gt;</w:t>
        <w:br/>
        <w:t>Мене в придане дав —&lt;br /&gt;</w:t>
        <w:br/>
        <w:t>Щоб слуга в неї був найвірніший.&lt;br /&gt;</w:t>
        <w:br/>
        <w:t>АГАМЕМНОН&lt;br /&gt;</w:t>
        <w:br/>
        <w:t>50] У Леди — світла Феба народилася&lt;br /&gt;</w:t>
        <w:br/>
        <w:t>І Клітемнестра, що тепер жона моя,&lt;br /&gt;</w:t>
        <w:br/>
        <w:t>А ще — Єлена. Ось до неї юрбами&lt;br /&gt;</w:t>
        <w:br/>
        <w:t>Юнацтво — цвіт Еллади — набивалося.&lt;br /&gt;</w:t>
        <w:br/>
        <w:t>І вже грозився іншим кров пролити той,&lt;br /&gt;</w:t>
        <w:br/>
        <w:t>Хто діви не домігся. Що робити тут,&lt;br /&gt;</w:t>
        <w:br/>
        <w:t>Сам Тіндарей задумавсь: видавать дочку,&lt;br /&gt;</w:t>
        <w:br/>
        <w:t>А чи не видавати, щоб щасливої [288]&lt;br /&gt;</w:t>
        <w:br/>
        <w:t>Не обминути долі. Та й надумав він,&lt;br /&gt;</w:t>
        <w:br/>
        <w:t>Щоб женихи, подавши один одному&lt;br /&gt;</w:t>
        <w:br/>
        <w:t>60] Правиці, й жертву склавши, й узливаннями&lt;br /&gt;</w:t>
        <w:br/>
        <w:t>Скропивши попіл жертви, присягнулися&lt;br /&gt;</w:t>
        <w:br/>
        <w:t>Стояти всім за того, кому випаде&lt;br /&gt;</w:t>
        <w:br/>
        <w:t>З Єленою побратись: якби викрав хтось&lt;br /&gt;</w:t>
        <w:br/>
        <w:t>Жону, над правом мужа насміявшися, —&lt;br /&gt;</w:t>
        <w:br/>
        <w:t>Піти на нього збройно, в прах повергнути&lt;br /&gt;</w:t>
        <w:br/>
        <w:t>Його оселю — варварську чи еллінську.&lt;br /&gt;</w:t>
        <w:br/>
        <w:t>Присягою так хитро вгамувавши їх,&lt;br /&gt;</w:t>
        <w:br/>
        <w:t>Велить, щоб донька одного з них вибрала,&lt;br /&gt;</w:t>
        <w:br/>
        <w:t>Кіпріди подих серцем переймаючи.&lt;br /&gt;</w:t>
        <w:br/>
        <w:t>70] Вона ж — хай би язик їй онімів тоді! —&lt;br /&gt;</w:t>
        <w:br/>
        <w:t>Обрала Менелая. Потім, знаємо,&lt;br /&gt;</w:t>
        <w:br/>
        <w:t>Суддя богинь, той красень, весь у золоті,&lt;br /&gt;</w:t>
        <w:br/>
        <w:t>В шовках (розкішний одяг люблять варвари),&lt;br /&gt;</w:t>
        <w:br/>
        <w:t>В Лакедемон подався; там, закоханий —&lt;br /&gt;</w:t>
        <w:br/>
        <w:t>Закохану Єлену з дому викравши,&lt;br /&gt;</w:t>
        <w:br/>
        <w:t>Судном помчав до їди, скориставшися&lt;br /&gt;</w:t>
        <w:br/>
        <w:t>Від'їздом Менелая. Той же поспіхом&lt;br /&gt;</w:t>
        <w:br/>
        <w:t>Вернувшись, клятву, дану Тіндареєві,&lt;br /&gt;</w:t>
        <w:br/>
        <w:t>Згадав — жадає допомоги, скривджений.&lt;br /&gt;</w:t>
        <w:br/>
        <w:t>80] Отож з Еллади до походу скликані&lt;br /&gt;</w:t>
        <w:br/>
        <w:t>В Авліді всі зібрались, над затокою&lt;br /&gt;</w:t>
        <w:br/>
        <w:t>Тісною: кораблі тут, і щити довкіл,&lt;br /&gt;</w:t>
        <w:br/>
        <w:t>Запруджено все кіньми й колісницями.&lt;br /&gt;</w:t>
        <w:br/>
        <w:t>Мене — бо ж рідний брат я Менелаєві —&lt;br /&gt;</w:t>
        <w:br/>
        <w:t>Вождем обрали тут же. Та якби я міг&lt;br /&gt;</w:t>
        <w:br/>
        <w:t>Ту почесть одступити комусь іншому!&lt;br /&gt;</w:t>
        <w:br/>
        <w:t>От військо вже готове, сидимо ж усі&lt;br /&gt;</w:t>
        <w:br/>
        <w:t>В Авліді, неспроможні звідси рушити.&lt;br /&gt;</w:t>
        <w:br/>
        <w:t>Калханта запитали — була відповідь,&lt;br /&gt;</w:t>
        <w:br/>
        <w:t>90] Щоб доню найлюбішу, Іфігенію,&lt;br /&gt;</w:t>
        <w:br/>
        <w:t>Місцевій Артеміді я пожертвував.&lt;br /&gt;</w:t>
        <w:br/>
        <w:t>Зроблю це — рушать судна й Трою збуримо;&lt;br /&gt;</w:t>
        <w:br/>
        <w:t>Відмовлюся — нічого не доможемось.&lt;br /&gt;</w:t>
        <w:br/>
        <w:t>Почувши це, я повелів Талфібію&lt;br /&gt;</w:t>
        <w:br/>
        <w:t>Оголосить, що військо розпускається,&lt;br /&gt;</w:t>
        <w:br/>
        <w:t>Та багатьма словами брат схилив мене&lt;br /&gt;</w:t>
        <w:br/>
        <w:t>До злочину жахного. Тож листом ось цим&lt;br /&gt;</w:t>
        <w:br/>
        <w:t>Дружині наказав я, щоб дочку сюди&lt;br /&gt;</w:t>
        <w:br/>
        <w:t>Прислала: сам Ахілл, мовляв, руки її&lt;br /&gt;</w:t>
        <w:br/>
        <w:t>100] Жадає і на Трою з нами вирушить&lt;br /&gt;</w:t>
        <w:br/>
        <w:t>Лишень при тій умові, як жону од нас&lt;br /&gt;</w:t>
        <w:br/>
        <w:t>До Фтії собі візьме — Іфігенію.&lt;br /&gt;</w:t>
        <w:br/>
        <w:t>Таке-то набрехав я, так жону свою&lt;br /&gt;</w:t>
        <w:br/>
        <w:t>Уявним шлюбом доньки обвести берусь.&lt;br /&gt;</w:t>
        <w:br/>
        <w:t>Калхант із Менелаєм знають правду всю&lt;br /&gt;</w:t>
        <w:br/>
        <w:t>Та Одіссей ще. Те, що проти честі я&lt;br /&gt;</w:t>
        <w:br/>
        <w:t>Вчинив був, — чесно тут переписав усе, [289]&lt;br /&gt;</w:t>
        <w:br/>
        <w:t>На цих табличках: бачив ти, як потемки&lt;br /&gt;</w:t>
        <w:br/>
        <w:t>Я розкладав їх часто й запечатував.&lt;br /&gt;</w:t>
        <w:br/>
        <w:t>110] Тож не барися! В Аргос із посланням цим&lt;br /&gt;</w:t>
        <w:br/>
        <w:t>Мерщій рушай! А що там, під печаткою,&lt;br /&gt;</w:t>
        <w:br/>
        <w:t>Написано, — словами розповім тобі,&lt;br /&gt;</w:t>
        <w:br/>
        <w:t>Прихильному дружині, всій сім'ї моїй.&lt;br /&gt;</w:t>
        <w:br/>
        <w:t>СЛУГА&lt;br /&gt;</w:t>
        <w:br/>
        <w:t>Розкажи, поясни, щоб слова мої&lt;br /&gt;</w:t>
        <w:br/>
        <w:t>Із писанням твоїм не розходились.&lt;br /&gt;</w:t>
        <w:br/>
        <w:t>АГАМЕМНОН&lt;br /&gt;</w:t>
        <w:br/>
        <w:t>"Навздогін ще й цього посилаю листа,&lt;br /&gt;</w:t>
        <w:br/>
        <w:t>Дочко Леди — своєї дитини&lt;br /&gt;</w:t>
        <w:br/>
        <w:t>На Евбейську затоку вузьку не шли,&lt;br /&gt;</w:t>
        <w:br/>
        <w:t>До Авліди, де плеса спокійного&lt;br /&gt;</w:t>
        <w:br/>
        <w:t>120] Не турбує прибій.&lt;br /&gt;</w:t>
        <w:br/>
        <w:t>А вже перегодом — на другий рік&lt;br /&gt;</w:t>
        <w:br/>
        <w:t>Ми справимо доньці весілля…"&lt;br /&gt;</w:t>
        <w:br/>
        <w:t>СЛУГА&lt;br /&gt;</w:t>
        <w:br/>
        <w:t>А як із Ахіллом?.. Обдуриш його —&lt;br /&gt;</w:t>
        <w:br/>
        <w:t>Чи на тебе гнівом на спалахне&lt;br /&gt;</w:t>
        <w:br/>
        <w:t>Й на дружину твою?&lt;br /&gt;</w:t>
        <w:br/>
        <w:t>Це жахливо було б. Як гадаєш ти?&lt;br /&gt;</w:t>
        <w:br/>
        <w:t>АГАМЕМНОН&lt;br /&gt;</w:t>
        <w:br/>
        <w:t>Ахілла я так, для ваги, назвав:&lt;br /&gt;</w:t>
        <w:br/>
        <w:t>Не знає про шлюб, ні про задум наш,&lt;br /&gt;</w:t>
        <w:br/>
        <w:t>Ні про те, що я доню свою обіцяв&lt;br /&gt;</w:t>
        <w:br/>
        <w:t>130] На ложе подружнє в весільну ніч&lt;br /&gt;</w:t>
        <w:br/>
        <w:t>Йому віддати в обійми.&lt;br /&gt;</w:t>
        <w:br/>
        <w:t>СЛУГА&lt;br /&gt;</w:t>
        <w:br/>
        <w:t>Небезпечна, володарю, гра твоя,&lt;br /&gt;</w:t>
        <w:br/>
        <w:t>На словах-бо ти сину богині даєш&lt;br /&gt;</w:t>
        <w:br/>
        <w:t>Свою доню, на ділі — данайцям під ніж!&lt;br /&gt;</w:t>
        <w:br/>
        <w:t>АГАМЕМНОН&lt;br /&gt;</w:t>
        <w:br/>
        <w:t>О горе! Я справді глузду рішивсь!&lt;br /&gt;</w:t>
        <w:br/>
        <w:t>Накликаю на себе ж біду страшну!&lt;br /&gt;</w:t>
        <w:br/>
        <w:t>Налягай же на ноги! Іди! Біжи!&lt;br /&gt;</w:t>
        <w:br/>
        <w:t>Не зважай на свій вік!&lt;br /&gt;</w:t>
        <w:br/>
        <w:t>СЛУГА&lt;br /&gt;</w:t>
        <w:br/>
        <w:t>Поспішатиму.&lt;br /&gt;</w:t>
        <w:br/>
        <w:t>АГАМЕМНОН&lt;br /&gt;</w:t>
        <w:br/>
        <w:t>Не сідай, де струмок, де зваблива тінь,&lt;br /&gt;</w:t>
        <w:br/>
        <w:t>140] Не розслаблюйся, старче, солодким сном. [290]&lt;br /&gt;</w:t>
        <w:br/>
        <w:t>СЛУГА&lt;br /&gt;</w:t>
        <w:br/>
        <w:t>Не хвилюйся дарма!&lt;br /&gt;</w:t>
        <w:br/>
        <w:t>АГАМЕМНОН&lt;br /&gt;</w:t>
        <w:br/>
        <w:t>А як тільки сягнеш перехрестя доріг,&lt;br /&gt;</w:t>
        <w:br/>
        <w:t>Озирнися — ану ж на котрійсь із них&lt;br /&gt;</w:t>
        <w:br/>
        <w:t>Прогуркоче в пилу колісниця стрімка,&lt;br /&gt;</w:t>
        <w:br/>
        <w:t>Що до суден данайців дитину мою —&lt;br /&gt;</w:t>
        <w:br/>
        <w:t>Іфігенію мчить…&lt;br /&gt;</w:t>
        <w:br/>
        <w:t>Перестрінеш — усіх повертай назад&lt;br /&gt;</w:t>
        <w:br/>
        <w:t>І, віжки вхопивши, коней баских&lt;br /&gt;</w:t>
        <w:br/>
        <w:t>Ти додому жени — до кіклопових стін!&lt;br /&gt;</w:t>
        <w:br/>
        <w:t>СЛУГА&lt;br /&gt;</w:t>
        <w:br/>
        <w:t>150] Що велиш — те зроблю.&lt;br /&gt;</w:t>
        <w:br/>
        <w:t>АГАМЕМНОН&lt;br /&gt;</w:t>
        <w:br/>
        <w:t>Тож виходь уже!&lt;br /&gt;</w:t>
        <w:br/>
        <w:t>СЛУГА&lt;br /&gt;</w:t>
        <w:br/>
        <w:t>Та як домогтись, щоб словам моїм&lt;br /&gt;</w:t>
        <w:br/>
        <w:t>Повірили — доня й жона твоя?&lt;br /&gt;</w:t>
        <w:br/>
        <w:t>АГАМЕМНОН&lt;br /&gt;</w:t>
        <w:br/>
        <w:t>На посланні — печатка. Ти мусиш її&lt;br /&gt;</w:t>
        <w:br/>
        <w:t>Берегти. Ну, іди вже. Зорею, глянь,&lt;br /&gt;</w:t>
        <w:br/>
        <w:t>Зайнялося крайнебо. Ось-ось уже&lt;br /&gt;</w:t>
        <w:br/>
        <w:t>Четверню свою викотить Геліос…&lt;br /&gt;</w:t>
        <w:br/>
        <w:t>Розділи мій тягар!&lt;br /&gt;</w:t>
        <w:br/>
        <w:t>Ще ж ніхто ні щасливим ціле життя,&lt;br /&gt;</w:t>
        <w:br/>
        <w:t>Ні безжурним не був:&lt;br /&gt;</w:t>
        <w:br/>
        <w:t>160] Усякого біль свій діймає.&lt;br /&gt;</w:t>
        <w:br/>
        <w:t>(Входить у намет).</w:t>
      </w:r>
    </w:p>
    <w:p>
      <w:r>
        <w:br/>
        <w:t>ПАРОД&lt;br /&gt;</w:t>
        <w:br/>
        <w:t>На сцену виходить хор із п'ятнадцяти халкідських жінок.&lt;br /&gt;</w:t>
        <w:br/>
        <w:t>Строфа&lt;br /&gt;</w:t>
        <w:br/>
        <w:t>Ось на берег авлідський я,&lt;br /&gt;</w:t>
        <w:br/>
        <w:t>Побіч моря, ступила крок,&lt;br /&gt;</w:t>
        <w:br/>
        <w:t>Через хвилі Евріпові&lt;br /&gt;</w:t>
        <w:br/>
        <w:t>Промайнула, лишивши&lt;br /&gt;</w:t>
        <w:br/>
        <w:t>Батьківське місто — Халкіду свою,&lt;br /&gt;</w:t>
        <w:br/>
        <w:t>Звідки в море біжать струмки&lt;br /&gt;</w:t>
        <w:br/>
        <w:t>Славної Аретуси, —&lt;br /&gt;</w:t>
        <w:br/>
        <w:t>Збройних ахейців побачити хочу&lt;br /&gt;</w:t>
        <w:br/>
        <w:t>Й сили морські — юнаків войовничих, [291]&lt;br /&gt;</w:t>
        <w:br/>
        <w:t>170] Що їх — од мужів ми почули —&lt;br /&gt;</w:t>
        <w:br/>
        <w:t>Менелай світловолосий&lt;br /&gt;</w:t>
        <w:br/>
        <w:t>І знатний вождь Агамемнон&lt;br /&gt;</w:t>
        <w:br/>
        <w:t>У похід підняли,&lt;br /&gt;</w:t>
        <w:br/>
        <w:t>Щоб додому красуню Єлену вернуть,&lt;br /&gt;</w:t>
        <w:br/>
        <w:t>Що її заманив з того краю,&lt;br /&gt;</w:t>
        <w:br/>
        <w:t>Це пливе очеретом багатий Еврот,&lt;br /&gt;</w:t>
        <w:br/>
        <w:t>Пастух Паріс — Афродіта його&lt;br /&gt;</w:t>
        <w:br/>
        <w:t>Даром цим одарила&lt;br /&gt;</w:t>
        <w:br/>
        <w:t>Біля світлих джерел, як вела&lt;br /&gt;</w:t>
        <w:br/>
        <w:t>180] 3 Герою та з Палладою&lt;br /&gt;</w:t>
        <w:br/>
        <w:t>Спір за першість у вроді.&lt;br /&gt;</w:t>
        <w:br/>
        <w:t>Антистрофа&lt;br /&gt;</w:t>
        <w:br/>
        <w:t>Через гай поспішала я,&lt;br /&gt;</w:t>
        <w:br/>
        <w:t>Де жертовний снується дим&lt;br /&gt;</w:t>
        <w:br/>
        <w:t>Артеміді, й густий розпливсь&lt;br /&gt;</w:t>
        <w:br/>
        <w:t>По обличчю рум'янець,&lt;br /&gt;</w:t>
        <w:br/>
        <w:t>Тільки-но вздріла намети й щити,&lt;br /&gt;</w:t>
        <w:br/>
        <w:t>Зброєносних данайців стан,&lt;br /&gt;</w:t>
        <w:br/>
        <w:t>Юрми коней, і там же&lt;br /&gt;</w:t>
        <w:br/>
        <w:t>Двох побратимів — Аяксів — побачила:&lt;br /&gt;</w:t>
        <w:br/>
        <w:t>190] Син Оїлея один з них, а другий —&lt;br /&gt;</w:t>
        <w:br/>
        <w:t>Теламона — блиск Саламіну.&lt;br /&gt;</w:t>
        <w:br/>
        <w:t>Побіч них — Протесілай був:&lt;br /&gt;</w:t>
        <w:br/>
        <w:t>За грою в кості втішались,&lt;br /&gt;</w:t>
        <w:br/>
        <w:t>Коротаючи день&lt;br /&gt;</w:t>
        <w:br/>
        <w:t>З Паламедом, Нептуна онуком. А ще —&lt;br /&gt;</w:t>
        <w:br/>
        <w:t>Діомед метав диск там охоче,&lt;br /&gt;</w:t>
        <w:br/>
        <w:t>Й Меріон у гурті був, Аресів син,&lt;br /&gt;</w:t>
        <w:br/>
        <w:t>Що завжди його подивлятиме люд.&lt;br /&gt;</w:t>
        <w:br/>
        <w:t>Був нащадок Лаерта&lt;br /&gt;</w:t>
        <w:br/>
        <w:t>200] 3 острівних верховин і Нірей —&lt;br /&gt;</w:t>
        <w:br/>
        <w:t>Перший красень з-поміж усіх&lt;br /&gt;</w:t>
        <w:br/>
        <w:t>Пишнокудрих ахейців.</w:t>
      </w:r>
    </w:p>
    <w:p>
      <w:r>
        <w:br/>
        <w:t>ЕПОД&lt;br /&gt;</w:t>
        <w:br/>
        <w:t>Вихроногого бачила там,&lt;br /&gt;</w:t>
        <w:br/>
        <w:t>На березі моря, Ахілла,&lt;br /&gt;</w:t>
        <w:br/>
        <w:t>Кому Фетіда життя дала,&lt;br /&gt;</w:t>
        <w:br/>
        <w:t>Хірон же — виплекав, мудрий.&lt;br /&gt;</w:t>
        <w:br/>
        <w:t>Побережжям при повній зброї мчав&lt;br /&gt;</w:t>
        <w:br/>
        <w:t>З колісницею навперегони:&lt;br /&gt;</w:t>
        <w:br/>
        <w:t>Коней прудкістю ніг своїх&lt;br /&gt;</w:t>
        <w:br/>
        <w:t>210] Перевершити взявся.&lt;br /&gt;</w:t>
        <w:br/>
        <w:t>Тож намарне візниця —&lt;br /&gt;</w:t>
        <w:br/>
        <w:t>Син Ферета, евмел, підганяв [292]&lt;br /&gt;</w:t>
        <w:br/>
        <w:t>Криком-гиком баских рисаків,&lt;br /&gt;</w:t>
        <w:br/>
        <w:t>Марно раз по раз бичем-гостряком&lt;br /&gt;</w:t>
        <w:br/>
        <w:t>Злотом загнузданих він колов,&lt;br /&gt;</w:t>
        <w:br/>
        <w:t>Марне в них роздмухував пал…&lt;br /&gt;</w:t>
        <w:br/>
        <w:t>Бачила я корінних:&lt;br /&gt;</w:t>
        <w:br/>
        <w:t>Мов сріблом цяткована шерсть;&lt;br /&gt;</w:t>
        <w:br/>
        <w:t>Побіч — два підпряжні,&lt;br /&gt;</w:t>
        <w:br/>
        <w:t>220] Що по черзі в галоп ідуть на поворотах,&lt;br /&gt;</w:t>
        <w:br/>
        <w:t>Масті рудої, лиш ноги — у яблуках.&lt;br /&gt;</w:t>
        <w:br/>
        <w:t>З ними нарівні збройний Пелід,&lt;br /&gt;</w:t>
        <w:br/>
        <w:t>Поряд із віссю, з розгонистим колесом&lt;br /&gt;</w:t>
        <w:br/>
        <w:t>Мчав усе стрімкіше.&lt;br /&gt;</w:t>
        <w:br/>
        <w:t>Строфа І&lt;br /&gt;</w:t>
        <w:br/>
        <w:t>В морі — безліч суден бойових.&lt;br /&gt;</w:t>
        <w:br/>
        <w:t>Словом годі передать,&lt;br /&gt;</w:t>
        <w:br/>
        <w:t>Як мій зір спогляданням утішавсь:&lt;br /&gt;</w:t>
        <w:br/>
        <w:t>Наче мед серце осолоджував!&lt;br /&gt;</w:t>
        <w:br/>
        <w:t>Ген на правому крилі&lt;br /&gt;</w:t>
        <w:br/>
        <w:t>230] Мірмідонів рать морська&lt;br /&gt;</w:t>
        <w:br/>
        <w:t>Шикувалась — Фтії міць:&lt;br /&gt;</w:t>
        <w:br/>
        <w:t>Бойових п'ятнадцять суден.&lt;br /&gt;</w:t>
        <w:br/>
        <w:t>На кормі — моревладних нереїд&lt;br /&gt;</w:t>
        <w:br/>
        <w:t>Срібні постаті: Ахілл&lt;br /&gt;</w:t>
        <w:br/>
        <w:t>Судна вів під знаком тим.&lt;br /&gt;</w:t>
        <w:br/>
        <w:t>Антистрофа І&lt;br /&gt;</w:t>
        <w:br/>
        <w:t>Побіч — у такій же кількості&lt;br /&gt;</w:t>
        <w:br/>
        <w:t>Ряд аргівських кораблів.&lt;br /&gt;</w:t>
        <w:br/>
        <w:t>їх вели: син Талая Мекістей&lt;br /&gt;</w:t>
        <w:br/>
        <w:t>І Стенел — парость Капанеєва.&lt;br /&gt;</w:t>
        <w:br/>
        <w:t>240] Шістдесят — із Аттіки&lt;br /&gt;</w:t>
        <w:br/>
        <w:t>Син Тесея розмістив.&lt;br /&gt;</w:t>
        <w:br/>
        <w:t>Знак же в нього був такий:&lt;br /&gt;</w:t>
        <w:br/>
        <w:t>Четвернею мчить Паллада&lt;br /&gt;</w:t>
        <w:br/>
        <w:t>Осяйна. Мореплавцям образ цей&lt;br /&gt;</w:t>
        <w:br/>
        <w:t>Наймиліший: серед хвиль&lt;br /&gt;</w:t>
        <w:br/>
        <w:t>Од біди хоронить їх.&lt;br /&gt;</w:t>
        <w:br/>
        <w:t>Строфа II&lt;br /&gt;</w:t>
        <w:br/>
        <w:t>З ними вряд — кораблі з Беотії&lt;br /&gt;</w:t>
        <w:br/>
        <w:t>Стали: п'ятдесят усіх було,&lt;br /&gt;</w:t>
        <w:br/>
        <w:t>їх же знак оздоблював такий:&lt;br /&gt;</w:t>
        <w:br/>
        <w:t>250] На кормі блищав&lt;br /&gt;</w:t>
        <w:br/>
        <w:t>Кадм із змієм золотим.&lt;br /&gt;</w:t>
        <w:br/>
        <w:t>Першим тут — земнородний&lt;br /&gt;</w:t>
        <w:br/>
        <w:t>Був Леїт: йому у бій [293]&lt;br /&gt;</w:t>
        <w:br/>
        <w:t>Судна випало вести.&lt;br /&gt;</w:t>
        <w:br/>
        <w:t>Стільки ж сил морських привів&lt;br /&gt;</w:t>
        <w:br/>
        <w:t>З Фокіди і з Локріди син&lt;br /&gt;</w:t>
        <w:br/>
        <w:t>Оїлея, що лишив&lt;br /&gt;</w:t>
        <w:br/>
        <w:t>Троній — місто, знане всім.&lt;br /&gt;</w:t>
        <w:br/>
        <w:t>Антистрофа II&lt;br /&gt;</w:t>
        <w:br/>
        <w:t>А з Мікен, від твердинь кіклопових,&lt;br /&gt;</w:t>
        <w:br/>
        <w:t>260] Син Атрея вирядив загін,&lt;br /&gt;</w:t>
        <w:br/>
        <w:t>Що на ста вміщався кораблях.&lt;br /&gt;</w:t>
        <w:br/>
        <w:t>Поруч — брат його,&lt;br /&gt;</w:t>
        <w:br/>
        <w:t>Вождь, як друг — при другові.&lt;br /&gt;</w:t>
        <w:br/>
        <w:t>Щоб вернуть до Еллади&lt;br /&gt;</w:t>
        <w:br/>
        <w:t>Ту, що задля варвара&lt;br /&gt;</w:t>
        <w:br/>
        <w:t>Залишила рідний дім.&lt;br /&gt;</w:t>
        <w:br/>
        <w:t>Геренієць Нестор вів&lt;br /&gt;</w:t>
        <w:br/>
        <w:t>Пілосців судна. Тут за знак&lt;br /&gt;</w:t>
        <w:br/>
        <w:t>Милий їм Алфей служив,&lt;br /&gt;</w:t>
        <w:br/>
        <w:t>270] Річка, — в образі бика.&lt;br /&gt;</w:t>
        <w:br/>
        <w:t>ЕПОД&lt;br /&gt;</w:t>
        <w:br/>
        <w:t>Побіч них — ще дванадцять кораблів&lt;br /&gt;</w:t>
        <w:br/>
        <w:t>Еніенян, їх привів Гуней,&lt;br /&gt;</w:t>
        <w:br/>
        <w:t>Вождь морський. Поряд же —&lt;br /&gt;</w:t>
        <w:br/>
        <w:t>Із Еліди ратники;&lt;br /&gt;</w:t>
        <w:br/>
        <w:t>їх весь світ йменував епеями —&lt;br /&gt;</w:t>
        <w:br/>
        <w:t>Владарем тут був Евріт.&lt;br /&gt;</w:t>
        <w:br/>
        <w:t>Рать блискучовесельну&lt;br /&gt;</w:t>
        <w:br/>
        <w:t>З Тафосу Філея син&lt;br /&gt;</w:t>
        <w:br/>
        <w:t>Мегес вів, покинувши&lt;br /&gt;</w:t>
        <w:br/>
        <w:t>280] Ехінади — острови,&lt;br /&gt;</w:t>
        <w:br/>
        <w:t>Недоступні для судна.&lt;br /&gt;</w:t>
        <w:br/>
        <w:t>Два крила — ліве й праве — ув одне&lt;br /&gt;</w:t>
        <w:br/>
        <w:t>Звів Аякс, що на Саламіні зріс, —&lt;br /&gt;</w:t>
        <w:br/>
        <w:t>Крайніми з дванадцяти&lt;br /&gt;</w:t>
        <w:br/>
        <w:t>Найстрімкіших кораблів&lt;br /&gt;</w:t>
        <w:br/>
        <w:t>Поєднав щільний стрій союзників.&lt;br /&gt;</w:t>
        <w:br/>
        <w:t>Чула я, бачила&lt;br /&gt;</w:t>
        <w:br/>
        <w:t>Ту могуть морську.&lt;br /&gt;</w:t>
        <w:br/>
        <w:t>Хто б супроти неї став,&lt;br /&gt;</w:t>
        <w:br/>
        <w:t>290] Той уже б не вернувсь&lt;br /&gt;</w:t>
        <w:br/>
        <w:t>До азійських берегів!&lt;br /&gt;</w:t>
        <w:br/>
        <w:t>Ось який похід постав&lt;br /&gt;</w:t>
        <w:br/>
        <w:t>Перед моїм зором!&lt;br /&gt;</w:t>
        <w:br/>
        <w:t>А про інше — дома чула; в пам'яті&lt;br /&gt;</w:t>
        <w:br/>
        <w:t>Образ тих загонів бережу. [294]</w:t>
      </w:r>
    </w:p>
    <w:p>
      <w:r>
        <w:br/>
        <w:t>ЕПІСОДІЙ ПЕРШИЙ&lt;br /&gt;</w:t>
        <w:br/>
        <w:t>Входить Менелай з листом, якого він відібрав у слуги.&lt;br /&gt;</w:t>
        <w:br/>
        <w:t>СЛУГА&lt;br /&gt;</w:t>
        <w:br/>
        <w:t>Твій вчинок, Менелаю, не красить тебе!&lt;br /&gt;</w:t>
        <w:br/>
        <w:t>МЕНЕЛАЙ&lt;br /&gt;</w:t>
        <w:br/>
        <w:t>Йди геть, слуго, аж надто запопадливий!&lt;br /&gt;</w:t>
        <w:br/>
        <w:t>СЛУГА&lt;br /&gt;</w:t>
        <w:br/>
        <w:t>Такий докір для мене — похвали миліш.&lt;br /&gt;</w:t>
        <w:br/>
        <w:t>МЕНЕЛАЙ&lt;br /&gt;</w:t>
        <w:br/>
        <w:t>Не лізь, куди не треба, — жалкуватимеш.&lt;br /&gt;</w:t>
        <w:br/>
        <w:t>СЛУГА&lt;br /&gt;</w:t>
        <w:br/>
        <w:t>300] Листа, що ніс я, нащо розпечатав ти?&lt;br /&gt;</w:t>
        <w:br/>
        <w:t>МЕНЕЛАЙ&lt;br /&gt;</w:t>
        <w:br/>
        <w:t>А нащо ти загибель всім ахейцям ніс?&lt;br /&gt;</w:t>
        <w:br/>
        <w:t>СЛУГА&lt;br /&gt;</w:t>
        <w:br/>
        <w:t>Доводь це іншим, а мені — листа верни.&lt;br /&gt;</w:t>
        <w:br/>
        <w:t>МЕНЕЛАЙ&lt;br /&gt;</w:t>
        <w:br/>
        <w:t>Й не думаю.&lt;br /&gt;</w:t>
        <w:br/>
        <w:t>СЛУГА&lt;br /&gt;</w:t>
        <w:br/>
        <w:t>І все ж я домагатимусь.&lt;br /&gt;</w:t>
        <w:br/>
        <w:t>МЕНЕЛАЙ&lt;br /&gt;</w:t>
        <w:br/>
        <w:t>Ось бачиш скіпетр? Дам по голові тобі!&lt;br /&gt;</w:t>
        <w:br/>
        <w:t>СЛУГА&lt;br /&gt;</w:t>
        <w:br/>
        <w:t>Похвально вмерти за свого господаря.&lt;br /&gt;</w:t>
        <w:br/>
        <w:t>МЕНЕЛАЙ&lt;br /&gt;</w:t>
        <w:br/>
        <w:t>Замовч-бо! Раб, а бач як розбазікався!&lt;br /&gt;</w:t>
        <w:br/>
        <w:t>СЛУГА&lt;br /&gt;</w:t>
        <w:br/>
        <w:t>Володарю! Нас кривдять: он листа твого&lt;br /&gt;</w:t>
        <w:br/>
        <w:t>Він з рук у мене вирвав, Агамемноне,&lt;br /&gt;</w:t>
        <w:br/>
        <w:t>Про справедливість чути не бажаючи!..&lt;br /&gt;</w:t>
        <w:br/>
        <w:t>З намету виходить Агамемнон.&lt;br /&gt;</w:t>
        <w:br/>
        <w:t>АГАМЕМНОН&lt;br /&gt;</w:t>
        <w:br/>
        <w:t>(до слуги)&lt;br /&gt;</w:t>
        <w:br/>
        <w:t>310] Гей, це що за колотнеча і сварня коло дверей?&lt;br /&gt;</w:t>
        <w:br/>
        <w:t>МЕНЕЛАЙ&lt;br /&gt;</w:t>
        <w:br/>
        <w:t>Тут моє щось важить слово, а не рабське, не його! [295]&lt;br /&gt;</w:t>
        <w:br/>
        <w:t>АГАМЕМНОН&lt;br /&gt;</w:t>
        <w:br/>
        <w:t>Що це ти з старим зчепився, тягнеш силою кудись?&lt;br /&gt;</w:t>
        <w:br/>
        <w:t>МЕНЕЛАЙ&lt;br /&gt;</w:t>
        <w:br/>
        <w:t>А ти глянь мені у вічі — і почуєш правду всю.&lt;br /&gt;</w:t>
        <w:br/>
        <w:t>АГАМЕМНОН&lt;br /&gt;</w:t>
        <w:br/>
        <w:t>Ти гадаєш, син Атрея вічі з ляку б опустив?&lt;br /&gt;</w:t>
        <w:br/>
        <w:t>МЕНЕЛАЙ&lt;br /&gt;</w:t>
        <w:br/>
        <w:t>Бачиш лист цей, у якому — зради чорної рядки?&lt;br /&gt;</w:t>
        <w:br/>
        <w:t>АГАМЕМНОН&lt;br /&gt;</w:t>
        <w:br/>
        <w:t>Звісно, бачу. Та не твій він. А відняв — то поверни!&lt;br /&gt;</w:t>
        <w:br/>
        <w:t>МЕНЕЛАЙ&lt;br /&gt;</w:t>
        <w:br/>
        <w:t>Не раніше, ніж писання всім данайцям покажу.&lt;br /&gt;</w:t>
        <w:br/>
        <w:t>АГАМЕМНОН&lt;br /&gt;</w:t>
        <w:br/>
        <w:t>Хоч писалось не для тебе — розпечатав, прочитав?&lt;br /&gt;</w:t>
        <w:br/>
        <w:t>МЕНЕЛАЙ&lt;br /&gt;</w:t>
        <w:br/>
        <w:t>І тебе щадить не буду — задум викрию лихий.&lt;br /&gt;</w:t>
        <w:br/>
        <w:t>АГАМЕМНОН&lt;br /&gt;</w:t>
        <w:br/>
        <w:t>320] Але як же, безсоромний, ти листа перехопив?&lt;br /&gt;</w:t>
        <w:br/>
        <w:t>МЕНЕЛАЙ&lt;br /&gt;</w:t>
        <w:br/>
        <w:t>Поглядав, чи вже не їде в табір наш дочка твоя.&lt;br /&gt;</w:t>
        <w:br/>
        <w:t>АГАМЕМНОН&lt;br /&gt;</w:t>
        <w:br/>
        <w:t>Що ж ти справ моїх пильнуєш? Сором зовсім загубив?&lt;br /&gt;</w:t>
        <w:br/>
        <w:t>МЕНЕЛАЙ&lt;br /&gt;</w:t>
        <w:br/>
        <w:t>Що бажаю, те й роблю я, бо не раб твій, не слуга.&lt;br /&gt;</w:t>
        <w:br/>
        <w:t>АГАМЕМНОН&lt;br /&gt;</w:t>
        <w:br/>
        <w:t>Жах який! В своєму ж домі сам я — не господар вже?&lt;br /&gt;</w:t>
        <w:br/>
        <w:t>МЕНЕЛАЙ&lt;br /&gt;</w:t>
        <w:br/>
        <w:t>Не господар, бо раз по раз думку змінюєш свою.&lt;br /&gt;</w:t>
        <w:br/>
        <w:t>АГАМЕМНОН&lt;br /&gt;</w:t>
        <w:br/>
        <w:t>Не викручуйсь! Хитра мова до ненависті веде.&lt;br /&gt;</w:t>
        <w:br/>
        <w:t>МЕНЕЛАЙ&lt;br /&gt;</w:t>
        <w:br/>
        <w:t>А нещирість і хитання?.. Це для друзів теж не мед.&lt;br /&gt;</w:t>
        <w:br/>
        <w:t>Отже, слухай. Лиш у гніві заперечувать не смій&lt;br /&gt;</w:t>
        <w:br/>
        <w:t>Правди. Дбаючи про міру, пару слів і я скажу.&lt;br /&gt;</w:t>
        <w:br/>
        <w:t>330] Пам'ятаєш, як ти прагнув на чолі походу йти?&lt;br /&gt;</w:t>
        <w:br/>
        <w:t>Що на думці мав, одначе, те на вид не подавав. [296]&lt;br /&gt;</w:t>
        <w:br/>
        <w:t>Як лестився і правицю радо будь-кому тиснув,&lt;br /&gt;</w:t>
        <w:br/>
        <w:t>Тут же, хто б там не постукав, двері навстіж одчиняв?&lt;br /&gt;</w:t>
        <w:br/>
        <w:t>Як до бесіди ставав ти з першим-ліпшим із юрби,&lt;br /&gt;</w:t>
        <w:br/>
        <w:t>Лиш би влади домогтися, догоджаючи усім?&lt;br /&gt;</w:t>
        <w:br/>
        <w:t>А домігся — тут же вибрав інший триб свого життя,&lt;br /&gt;</w:t>
        <w:br/>
        <w:t>Іншу вдачу: друзям давнім ти вже, бачиться, не друг, —&lt;br /&gt;</w:t>
        <w:br/>
        <w:t>Неприступний, невловимий. Хоча звичаїв мінять&lt;br /&gt;</w:t>
        <w:br/>
        <w:t>Чесний муж, до влади ставши, не повинен — навпаки:&lt;br /&gt;</w:t>
        <w:br/>
        <w:t>340] Довести б одразу мусив друзям відданість свою&lt;br /&gt;</w:t>
        <w:br/>
        <w:t>Добрим ділом, поки змога, поки все на руку йде.&lt;br /&gt;</w:t>
        <w:br/>
        <w:t>Ось тобі докір мій перший, твоя перша хиба тут.&lt;br /&gt;</w:t>
        <w:br/>
        <w:t>Ще згадай: в Авліду з військом ти&lt;br /&gt;</w:t>
        <w:br/>
        <w:t>всееллінським прибув —&lt;br /&gt;</w:t>
        <w:br/>
        <w:t>І застряг тут, безпорадний: в ходових вітрах боги&lt;br /&gt;</w:t>
        <w:br/>
        <w:t>Нам відмовили. Данайці ж почали вже вимагать&lt;br /&gt;</w:t>
        <w:br/>
        <w:t>Повороту: що ж, бурчали, вік сидітимемо тут?&lt;br /&gt;</w:t>
        <w:br/>
        <w:t>Геть розкис ти: під рукою — суден тисяча, та ба! —&lt;br /&gt;</w:t>
        <w:br/>
        <w:t>Від Авліди, хоч ти лусни, списом Трої не сягнуть.&lt;br /&gt;</w:t>
        <w:br/>
        <w:t>Та й мене перестрівав ти: "Як тут бути? Що робить?"&lt;br /&gt;</w:t>
        <w:br/>
        <w:t>350] І не диво: згасне й слава, якби владу втратив ти.&lt;br /&gt;</w:t>
        <w:br/>
        <w:t>А коли Калхант-провидець принести тобі велів&lt;br /&gt;</w:t>
        <w:br/>
        <w:t>Доньку в жертву Артеміді, щоб данайці одпливли,&lt;br /&gt;</w:t>
        <w:br/>
        <w:t>Ти погодився охоче й сам дружині написав —&lt;br /&gt;</w:t>
        <w:br/>
        <w:t>Добровільно, без принуки — Іфігенію сюди&lt;br /&gt;</w:t>
        <w:br/>
        <w:t>Привезти — мовляв, для того, щоб з Ахіллом заручить.&lt;br /&gt;</w:t>
        <w:br/>
        <w:t>Нині ж — пійманий на тому, що шлеш іншого листа:&lt;br /&gt;</w:t>
        <w:br/>
        <w:t>Вже дочки вбивать не будеш. Ну, а те, що перед тим&lt;br /&gt;</w:t>
        <w:br/>
        <w:t>Говорив ти, чуло небо, те ефір священний чув!&lt;br /&gt;</w:t>
        <w:br/>
        <w:t>Так воно вже є на світі: прагне влади чоловік,&lt;br /&gt;</w:t>
        <w:br/>
        <w:t>360] А дорветься — і ганебно випускає берло з рук:&lt;br /&gt;</w:t>
        <w:br/>
        <w:t>То юрба за щось осудить, а то й сам не годен він&lt;br /&gt;</w:t>
        <w:br/>
        <w:t>Так усім рядити містом, аби спокій був і лад.&lt;br /&gt;</w:t>
        <w:br/>
        <w:t>Отака Еллади доля — гідна сліз та співчуття:&lt;br /&gt;</w:t>
        <w:br/>
        <w:t>На святе піднявшись діло, посміховищем стає&lt;br /&gt;</w:t>
        <w:br/>
        <w:t>Через тебе й твою доню для якихось там нікчем!&lt;br /&gt;</w:t>
        <w:br/>
        <w:t>Через те, що лиш заможний, я б нікого не робив&lt;br /&gt;</w:t>
        <w:br/>
        <w:t>Ні володарем країни, ні вождем: здоровий глузд —&lt;br /&gt;</w:t>
        <w:br/>
        <w:t>Ось умова, без якої марно братись за кермо.&lt;br /&gt;</w:t>
        <w:br/>
        <w:t>ПРОВІДНИЦЯ ХОРУ&lt;br /&gt;</w:t>
        <w:br/>
        <w:t>Біда, як зайде сварка. Та найбільша з бід —&lt;br /&gt;</w:t>
        <w:br/>
        <w:t>370] Коли у гніві два брати посваряться!..&lt;br /&gt;</w:t>
        <w:br/>
        <w:t>АГАМЕМНОН&lt;br /&gt;</w:t>
        <w:br/>
        <w:t>Гарно б викласти хотів я, не насуплюючи брів,&lt;br /&gt;</w:t>
        <w:br/>
        <w:t>Свою думку щодо тебе, навпростець —&lt;br /&gt;</w:t>
        <w:br/>
        <w:t>як з братом брат:&lt;br /&gt;</w:t>
        <w:br/>
        <w:t>Благородний муж повинен бути й врівноваженим.&lt;br /&gt;</w:t>
        <w:br/>
        <w:t>От чому сопеш од гніву, очі кров'ю налились?&lt;br /&gt;</w:t>
        <w:br/>
        <w:t>Скривдив хто? Чогось бракує? Прагнеш доброї жони? [297]&lt;br /&gt;</w:t>
        <w:br/>
        <w:t>Не звертайся з цим до мене: своїм домом керував&lt;br /&gt;</w:t>
        <w:br/>
        <w:t>Ти погано, я ж, невинний, маю кару понести?&lt;br /&gt;</w:t>
        <w:br/>
        <w:t>Честолюбство моє ранить? Ні, згубивши сором, глузд,&lt;br /&gt;</w:t>
        <w:br/>
        <w:t>Першу з-між красунь ти хочеш обіймати — от і все.&lt;br /&gt;</w:t>
        <w:br/>
        <w:t>380] Хто поганий, того, звісно, до поганих тягне втіх.&lt;br /&gt;</w:t>
        <w:br/>
        <w:t>Я от, помилку зробивши, нині виправив її.&lt;br /&gt;</w:t>
        <w:br/>
        <w:t>То це шал хіба? Шалієш радше ти, жону лиху&lt;br /&gt;</w:t>
        <w:br/>
        <w:t>Заповзявшись повернути — даром неба знехтував!&lt;br /&gt;</w:t>
        <w:br/>
        <w:t>Нерозважно поклялися залицяльники палкі&lt;br /&gt;</w:t>
        <w:br/>
        <w:t>Тіндарею: це ж Надія, між богинь поважана,&lt;br /&gt;</w:t>
        <w:br/>
        <w:t>їх до клятви підштовхнула, а не ти, не міць твоя.&lt;br /&gt;</w:t>
        <w:br/>
        <w:t>Так рушай на Трою з ними; але як безглуздо це!&lt;br /&gt;</w:t>
        <w:br/>
        <w:t>Таж богам ума не бракне: знають, як хто присягав —&lt;br /&gt;</w:t>
        <w:br/>
        <w:t>Чи свідомо, чи в облуді — до присяги змушений.&lt;br /&gt;</w:t>
        <w:br/>
        <w:t>390] Не вбиватиму дитини лиш для того, аби ти&lt;br /&gt;</w:t>
        <w:br/>
        <w:t>Міг блудницю покарати, тяжко скривдивши мене,&lt;br /&gt;</w:t>
        <w:br/>
        <w:t>Бо весь вік я дні і ночі побивався б у сльозах,&lt;br /&gt;</w:t>
        <w:br/>
        <w:t>Якби зло яке вподіяв любій донечці своїй.&lt;br /&gt;</w:t>
        <w:br/>
        <w:t>От і все. Що мав на думці — прямо виклав. Ну, а ти —&lt;br /&gt;</w:t>
        <w:br/>
        <w:t>Нерозумний будь і далі. Я ж — подбаю про своє.&lt;br /&gt;</w:t>
        <w:br/>
        <w:t>ПРОВІДНИЦЯ ХОРУ&lt;br /&gt;</w:t>
        <w:br/>
        <w:t>Тепер ми інше вчули. Але й ці слова —&lt;br /&gt;</w:t>
        <w:br/>
        <w:t>Розумні: всяк повинен берегти дітей.&lt;br /&gt;</w:t>
        <w:br/>
        <w:t>МЕНЕЛАЙ&lt;br /&gt;</w:t>
        <w:br/>
        <w:t>Нема у мене друзів, у нещасного!..&lt;br /&gt;</w:t>
        <w:br/>
        <w:t>АГАМЕМНОН&lt;br /&gt;</w:t>
        <w:br/>
        <w:t>Не треба їх втрачати — от і матимеш.&lt;br /&gt;</w:t>
        <w:br/>
        <w:t>МЕНЕЛАЙ&lt;br /&gt;</w:t>
        <w:br/>
        <w:t>400] Повірить годі, що один отець у нас!&lt;br /&gt;</w:t>
        <w:br/>
        <w:t>АГАМЕМНОН&lt;br /&gt;</w:t>
        <w:br/>
        <w:t>Не шал з тобою — думку я ділити рад.&lt;br /&gt;</w:t>
        <w:br/>
        <w:t>МЕНЕЛАЙ&lt;br /&gt;</w:t>
        <w:br/>
        <w:t>У скруті друзі друзям помогти спішать.&lt;br /&gt;</w:t>
        <w:br/>
        <w:t>АГАМЕМНОН&lt;br /&gt;</w:t>
        <w:br/>
        <w:t>Не злим, а добрим ділом закликай мене.&lt;br /&gt;</w:t>
        <w:br/>
        <w:t>МЕНЕЛАЙ&lt;br /&gt;</w:t>
        <w:br/>
        <w:t>Не хочеш для Еллади потрудитися?&lt;br /&gt;</w:t>
        <w:br/>
        <w:t>АГАМЕМНОН&lt;br /&gt;</w:t>
        <w:br/>
        <w:t>Тебе й Елладу задурманив бог якийсь.&lt;br /&gt;</w:t>
        <w:br/>
        <w:t>МЕНЕЛАЙ&lt;br /&gt;</w:t>
        <w:br/>
        <w:t>Втішайся своїм берлом, брата зрадивши! [298]&lt;br /&gt;</w:t>
        <w:br/>
        <w:t>А я до інших, видно, вдамся засобів,&lt;br /&gt;</w:t>
        <w:br/>
        <w:t>До інших друзів.&lt;br /&gt;</w:t>
        <w:br/>
        <w:t>Входить вісник.&lt;br /&gt;</w:t>
        <w:br/>
        <w:t>ВІСНИК&lt;br /&gt;</w:t>
        <w:br/>
        <w:t>Славний Агамемноне,&lt;br /&gt;</w:t>
        <w:br/>
        <w:t>Всеедлінський владарю! Я привів тобі&lt;br /&gt;</w:t>
        <w:br/>
        <w:t>410] Дочку — ти їй ім'я дав Іфігенія.&lt;br /&gt;</w:t>
        <w:br/>
        <w:t>І ненька, Клітемнестра, тут, жона твоя,&lt;br /&gt;</w:t>
        <w:br/>
        <w:t>І син Орест; радій же: ти ж не бачив їх,&lt;br /&gt;</w:t>
        <w:br/>
        <w:t>Відколи у похід цей з дому вирушив.&lt;br /&gt;</w:t>
        <w:br/>
        <w:t>Жінки після дороги — не близька ж вона —&lt;br /&gt;</w:t>
        <w:br/>
        <w:t>В воді прозорій ноги прохолоджують.&lt;br /&gt;</w:t>
        <w:br/>
        <w:t>Та й коней розпрягли ми: хай поскубують&lt;br /&gt;</w:t>
        <w:br/>
        <w:t>М'яку травицю на зелених вигонах.&lt;br /&gt;</w:t>
        <w:br/>
        <w:t>А я — вже тут: потрібно ж помогти тобі&lt;br /&gt;</w:t>
        <w:br/>
        <w:t>Зустріти їх належно. Військо знає вже,&lt;br /&gt;</w:t>
        <w:br/>
        <w:t>420] Що доня твоя з нами: чутка — блискавка.&lt;br /&gt;</w:t>
        <w:br/>
        <w:t>Зусюди позбігались: поспішає всяк&lt;br /&gt;</w:t>
        <w:br/>
        <w:t>Уздріти твою доньку: поміж смертними&lt;br /&gt;</w:t>
        <w:br/>
        <w:t>Щасливці — завжди в славі та у подиві.&lt;br /&gt;</w:t>
        <w:br/>
        <w:t>"Це що, весілля? — чув я, люд цікавиться. —&lt;br /&gt;</w:t>
        <w:br/>
        <w:t>Чи, затуживши, доню привезти велів&lt;br /&gt;</w:t>
        <w:br/>
        <w:t>Державець Агамемнон?" — "Чи володарці&lt;br /&gt;</w:t>
        <w:br/>
        <w:t>Авліди — Артеміді представлятимуть&lt;br /&gt;</w:t>
        <w:br/>
        <w:t>її перед заміжжям? Хто жених, однак?" —&lt;br /&gt;</w:t>
        <w:br/>
        <w:t>Питали інші… Гей, несіть коші сюди&lt;br /&gt;</w:t>
        <w:br/>
        <w:t>430] Та квіти!.. Про весілля, про пісні подбай,&lt;br /&gt;</w:t>
        <w:br/>
        <w:t>Владарю Менелаю! Хай озветься вже&lt;br /&gt;</w:t>
        <w:br/>
        <w:t>У домі флейта й мірно в танці ноги б'ють!&lt;br /&gt;</w:t>
        <w:br/>
        <w:t>Бо то ж таки щасливий день для дівчини!&lt;br /&gt;</w:t>
        <w:br/>
        <w:t>АГАМЕМНОН&lt;br /&gt;</w:t>
        <w:br/>
        <w:t>Гаразд… Іди додому… Інші справи всі —&lt;br /&gt;</w:t>
        <w:br/>
        <w:t>В руках у долі… Може, змилостивиться.&lt;br /&gt;</w:t>
        <w:br/>
        <w:t>Вісник відходить.&lt;br /&gt;</w:t>
        <w:br/>
        <w:t>І що ж тепер робити?.. Що почать мені?..&lt;br /&gt;</w:t>
        <w:br/>
        <w:t>Ото безвихідь!.. От ярмо на шию взяв!..&lt;br /&gt;</w:t>
        <w:br/>
        <w:t>Мов чую голос неба: "Що? Богів самих&lt;br /&gt;</w:t>
        <w:br/>
        <w:t>Узявсь перехитрити? Ну й розплачуйся!"&lt;br /&gt;</w:t>
        <w:br/>
        <w:t>440] Незнатним легше: можуть і поплакати,&lt;br /&gt;</w:t>
        <w:br/>
        <w:t>Коли на серці важко, й слово будь-яке&lt;br /&gt;</w:t>
        <w:br/>
        <w:t>Сказати спересердя. Благородному ж —&lt;br /&gt;</w:t>
        <w:br/>
        <w:t>Таке не личить: треба ж озиратися&lt;br /&gt;</w:t>
        <w:br/>
        <w:t>На стан свій; знатні — всьому люду служимо.&lt;br /&gt;</w:t>
        <w:br/>
        <w:t>Отож мені, державцю, сором сльози лить,&lt;br /&gt;</w:t>
        <w:br/>
        <w:t>Та соромно й не плакать, раз біда така&lt;br /&gt;</w:t>
        <w:br/>
        <w:t>Звалилася на мене… Але годі вже!..&lt;br /&gt;</w:t>
        <w:br/>
        <w:t>Як жінку привітати? Що сказати їй? [299]&lt;br /&gt;</w:t>
        <w:br/>
        <w:t>Як глянути у вічі?.. А ще й те гнітить,&lt;br /&gt;</w:t>
        <w:br/>
        <w:t>450] Що прибула раніше, та й не кликана…&lt;br /&gt;</w:t>
        <w:br/>
        <w:t>А втім, кому ще, як не неньці, донечку&lt;br /&gt;</w:t>
        <w:br/>
        <w:t>Вести до шлюбу, віддавать, улюблену?..&lt;br /&gt;</w:t>
        <w:br/>
        <w:t>Натомість тут — мій підступ найжорстокіший.&lt;br /&gt;</w:t>
        <w:br/>
        <w:t>Як жаль нещасну діву! — Що кажу однак?..&lt;br /&gt;</w:t>
        <w:br/>
        <w:t>Не діву, бо з Аїдом вже заручена!.. —&lt;br /&gt;</w:t>
        <w:br/>
        <w:t>Благатиме, напевно: "Батьку, рідний мій!&lt;br /&gt;</w:t>
        <w:br/>
        <w:t>Вбиваєш доню?.. То таке весіллячко&lt;br /&gt;</w:t>
        <w:br/>
        <w:t>У колі рідних, дорогих справлятимеш?.."&lt;br /&gt;</w:t>
        <w:br/>
        <w:t>Орест, дитя ще, поряд буде скрикувать —&lt;br /&gt;</w:t>
        <w:br/>
        <w:t>460] Загальним болем, нетямущий, пройметься.&lt;br /&gt;</w:t>
        <w:br/>
        <w:t>А все Паріс Пріамів! Це ж його вина!..&lt;br /&gt;</w:t>
        <w:br/>
        <w:t>Усе той шлюб злочинний із Єленою!..&lt;br /&gt;</w:t>
        <w:br/>
        <w:t>ПРОВІДНИЦЯ ХОРУ&lt;br /&gt;</w:t>
        <w:br/>
        <w:t>Як жінка чужоземна твоїм болем я&lt;br /&gt;</w:t>
        <w:br/>
        <w:t>Зворушуюся також, повелителю.&lt;br /&gt;</w:t>
        <w:br/>
        <w:t>МЕНЕЛАЙ&lt;br /&gt;</w:t>
        <w:br/>
        <w:t>Подай правицю, брате, — і помиримось!&lt;br /&gt;</w:t>
        <w:br/>
        <w:t>АГАМЕМНОН&lt;br /&gt;</w:t>
        <w:br/>
        <w:t>Даю. Ти переможеш, я — страждатиму.&lt;br /&gt;</w:t>
        <w:br/>
        <w:t>МЕНЕЛАЙ&lt;br /&gt;</w:t>
        <w:br/>
        <w:t>О ні! Пелопом, батьком батька нашого,&lt;br /&gt;</w:t>
        <w:br/>
        <w:t>Й Атреєм — нашим батьком присягаюся:&lt;br /&gt;</w:t>
        <w:br/>
        <w:t>Відверто, щиросердо, як душа велить,&lt;br /&gt;</w:t>
        <w:br/>
        <w:t>470] Без жодного крутійства говоритиму.&lt;br /&gt;</w:t>
        <w:br/>
        <w:t>Побачив я, що плачеш, — і в моїх очах&lt;br /&gt;</w:t>
        <w:br/>
        <w:t>Із жалю сльози — віриш? — закрутилися.&lt;br /&gt;</w:t>
        <w:br/>
        <w:t>Змінив я свою думку, і не буду вже&lt;br /&gt;</w:t>
        <w:br/>
        <w:t>Таким жорстоким; навпаки, благатиму,&lt;br /&gt;</w:t>
        <w:br/>
        <w:t>Щоб ти дочкою, брате мій, не жертвував&lt;br /&gt;</w:t>
        <w:br/>
        <w:t>Для користі моєї: не по правді це:&lt;br /&gt;</w:t>
        <w:br/>
        <w:t>Тобі тужити, а мені — втішатися,&lt;br /&gt;</w:t>
        <w:br/>
        <w:t>Твоїм йти в землю, а моїм — під сонцем жить.&lt;br /&gt;</w:t>
        <w:br/>
        <w:t>Про що ж ідеться, врешті? Про одруження?&lt;br /&gt;</w:t>
        <w:br/>
        <w:t>480] Та не зійшовся ж на Єлені клином світ!&lt;br /&gt;</w:t>
        <w:br/>
        <w:t>Чи втрачу брата — хай на вітер мовиться! —&lt;br /&gt;</w:t>
        <w:br/>
        <w:t>Задля. Єлени — зло замість добра візьму?&lt;br /&gt;</w:t>
        <w:br/>
        <w:t>Хлоп'ячий мав я розум, аж приглянувся,&lt;br /&gt;</w:t>
        <w:br/>
        <w:t>Який то злочин — на дитину ніж піднять!&lt;br /&gt;</w:t>
        <w:br/>
        <w:t>Жалем я перейнявся до нещасної —&lt;br /&gt;</w:t>
        <w:br/>
        <w:t>Рідня ж таки по брату — через мене-бо,&lt;br /&gt;</w:t>
        <w:br/>
        <w:t>Через невдалий шлюб мій має згинути?&lt;br /&gt;</w:t>
        <w:br/>
        <w:t>Та й що їй до Єлени — твоїй донечці?&lt;br /&gt;</w:t>
        <w:br/>
        <w:t>Нехай собі з Авліди кораблі пливуть&lt;br /&gt;</w:t>
        <w:br/>
        <w:t>490] Додому! Ти, мій брате, не вмивай очей [300]&lt;br /&gt;</w:t>
        <w:br/>
        <w:t>Сльозами, та й мене не змушуй плакати!&lt;br /&gt;</w:t>
        <w:br/>
        <w:t>А щодо віщування, то вважай, що я&lt;br /&gt;</w:t>
        <w:br/>
        <w:t>До нього непричетний. Сам вирішуй все.&lt;br /&gt;</w:t>
        <w:br/>
        <w:t>Я передумав, скажеш, лагіднішим став?..&lt;br /&gt;</w:t>
        <w:br/>
        <w:t>Ну й добре! Це ж я, брата свого люблячи,&lt;br /&gt;</w:t>
        <w:br/>
        <w:t>Змінив свій задум. Риса благородного —&lt;br /&gt;</w:t>
        <w:br/>
        <w:t>Найрозумнішим керуватись рішенням.&lt;br /&gt;</w:t>
        <w:br/>
        <w:t>ПРОВІДНИЦЯ ХОРУ&lt;br /&gt;</w:t>
        <w:br/>
        <w:t>Ну що ж, Тантал, син Зевса, б не соромився&lt;br /&gt;</w:t>
        <w:br/>
        <w:t>Тих слів. Ти слави предків не применшуєш.&lt;br /&gt;</w:t>
        <w:br/>
        <w:t>АГАМЕМНОН&lt;br /&gt;</w:t>
        <w:br/>
        <w:t>500] Похвально, Менелаю! І не думав я&lt;br /&gt;</w:t>
        <w:br/>
        <w:t>Таке почути! Мова — гідна владаря.&lt;br /&gt;</w:t>
        <w:br/>
        <w:t>Через любов, буває, брат посвариться&lt;br /&gt;</w:t>
        <w:br/>
        <w:t>Із братом, через статок, та не гоже їм,&lt;br /&gt;</w:t>
        <w:br/>
        <w:t>Зажерливим, братами називатися,&lt;br /&gt;</w:t>
        <w:br/>
        <w:t>Але така вже доля, що дитя своє&lt;br /&gt;</w:t>
        <w:br/>
        <w:t>Кривавій смерті я віддати змушений.&lt;br /&gt;</w:t>
        <w:br/>
        <w:t>МЕНЕЛАЙ&lt;br /&gt;</w:t>
        <w:br/>
        <w:t>А хто ж тебе до того, брате, силує?&lt;br /&gt;</w:t>
        <w:br/>
        <w:t>АГАМЕМНОН&lt;br /&gt;</w:t>
        <w:br/>
        <w:t>Ахейці, що на Трою спільно рушили.&lt;br /&gt;</w:t>
        <w:br/>
        <w:t>МЕНЕЛАЙ&lt;br /&gt;</w:t>
        <w:br/>
        <w:t>А ти чимшвидше в Аргос відішли дочку.&lt;br /&gt;</w:t>
        <w:br/>
        <w:t>АГАМЕМНОН&lt;br /&gt;</w:t>
        <w:br/>
        <w:t>510] Це б міг я приховати; те — розкриється.&lt;br /&gt;</w:t>
        <w:br/>
        <w:t>МЕНЕЛАЙ&lt;br /&gt;</w:t>
        <w:br/>
        <w:t>Що саме? Не тремти так перед натовпом.&lt;br /&gt;</w:t>
        <w:br/>
        <w:t>АГАМЕМНОН&lt;br /&gt;</w:t>
        <w:br/>
        <w:t>Ану ж Калхант свій вирок розголосить всім?&lt;br /&gt;</w:t>
        <w:br/>
        <w:t>МЕНЕЛАЙ&lt;br /&gt;</w:t>
        <w:br/>
        <w:t>На це є рада: можна попередити.&lt;br /&gt;</w:t>
        <w:br/>
        <w:t>АГАМЕМНОН&lt;br /&gt;</w:t>
        <w:br/>
        <w:t>Провидців плем'я завжди спрагле почестей.&lt;br /&gt;</w:t>
        <w:br/>
        <w:t>МЕНЕЛАЙ&lt;br /&gt;</w:t>
        <w:br/>
        <w:t>Якби то стільки діла, що хвальби у них!..&lt;br /&gt;</w:t>
        <w:br/>
        <w:t>АГАМЕМНОН&lt;br /&gt;</w:t>
        <w:br/>
        <w:t>Іще один згадався… От що з ним робить?&lt;br /&gt;</w:t>
        <w:br/>
        <w:t>МЕНЕЛАЙ&lt;br /&gt;</w:t>
        <w:br/>
        <w:t>А хто на думці? Не загадуй загадок. [301]&lt;br /&gt;</w:t>
        <w:br/>
        <w:t>АГАМЕМНОН&lt;br /&gt;</w:t>
        <w:br/>
        <w:t>Сісіфа парость. Ось йому й відомо все.&lt;br /&gt;</w:t>
        <w:br/>
        <w:t>МЕНЕЛАЙ&lt;br /&gt;</w:t>
        <w:br/>
        <w:t>От Одіссея нам не слід боятися.&lt;br /&gt;</w:t>
        <w:br/>
        <w:t>АГАМЕМНОН&lt;br /&gt;</w:t>
        <w:br/>
        <w:t>520] Верткий він надто, звик юрбі підлещувать.&lt;br /&gt;</w:t>
        <w:br/>
        <w:t>МЕНЕЛАЙ&lt;br /&gt;</w:t>
        <w:br/>
        <w:t>Бо честолюбство допікає — зло страшне.&lt;br /&gt;</w:t>
        <w:br/>
        <w:t>АГАМЕМНОН&lt;br /&gt;</w:t>
        <w:br/>
        <w:t>Подумай тільки: стане між аргосцями&lt;br /&gt;</w:t>
        <w:br/>
        <w:t>Й слова Калханта, віщуна, їм виклавши,&lt;br /&gt;</w:t>
        <w:br/>
        <w:t>Про мене скаже — що не склав Мисливиці&lt;br /&gt;</w:t>
        <w:br/>
        <w:t>Обіцяної жертви. Всіх підбуривши,&lt;br /&gt;</w:t>
        <w:br/>
        <w:t>Обох уб'є нас, а тоді — й дочку мою&lt;br /&gt;</w:t>
        <w:br/>
        <w:t>Накаже заколоти. Хоч би в Аргос втік —&lt;br /&gt;</w:t>
        <w:br/>
        <w:t>Досягне: не врятують і кіклопові&lt;br /&gt;</w:t>
        <w:br/>
        <w:t>Камінні мури — збурить, розруйнує все.&lt;br /&gt;</w:t>
        <w:br/>
        <w:t>530] Такі-то мої біди! Наче рибу в сіть&lt;br /&gt;</w:t>
        <w:br/>
        <w:t>Боги мене загнали, нещасливого!..&lt;br /&gt;</w:t>
        <w:br/>
        <w:t>Гляди лишень, між військом — ані натяку,&lt;br /&gt;</w:t>
        <w:br/>
        <w:t>Щоб Клітемнестра й підозріння жодного&lt;br /&gt;</w:t>
        <w:br/>
        <w:t>Не мала, поки доню я в Аїд пошлю,&lt;br /&gt;</w:t>
        <w:br/>
        <w:t>Хай сльози мого болю не загострюють.&lt;br /&gt;</w:t>
        <w:br/>
        <w:t>Мовчанку зберігайте й ви, жінки чужі!&lt;br /&gt;</w:t>
        <w:br/>
        <w:t>(Відходить).</w:t>
      </w:r>
    </w:p>
    <w:p>
      <w:r>
        <w:br/>
        <w:t>СТАСИМ ПЕРШИЙ&lt;br /&gt;</w:t>
        <w:br/>
        <w:t>ХОР&lt;br /&gt;</w:t>
        <w:br/>
        <w:t>Строфа&lt;br /&gt;</w:t>
        <w:br/>
        <w:t>Щасливий, хто, міру шануючи.&lt;br /&gt;</w:t>
        <w:br/>
        <w:t>Серцем чистий, неспрагло п'є&lt;br /&gt;</w:t>
        <w:br/>
        <w:t>Чар-напій Афродіти!&lt;br /&gt;</w:t>
        <w:br/>
        <w:t>540] Дошкульна хіть не жалить його,&lt;br /&gt;</w:t>
        <w:br/>
        <w:t>Не знімає бурі в душі.&lt;br /&gt;</w:t>
        <w:br/>
        <w:t>Двома стрілами злотоволосий Ерот&lt;br /&gt;</w:t>
        <w:br/>
        <w:t>Озброєний, дві вони в серце б'ють:&lt;br /&gt;</w:t>
        <w:br/>
        <w:t>Лиш одна — несе щастя тривке,&lt;br /&gt;</w:t>
        <w:br/>
        <w:t>Друга — муку на ціле життя.&lt;br /&gt;</w:t>
        <w:br/>
        <w:t>Хай та друга од наших осель&lt;br /&gt;</w:t>
        <w:br/>
        <w:t>Якнайдалі, Кіпрідо, летить!&lt;br /&gt;</w:t>
        <w:br/>
        <w:t>Мірну дай знаду мені&lt;br /&gt;</w:t>
        <w:br/>
        <w:t>І бажання не надто палке. [302]&lt;br /&gt;</w:t>
        <w:br/>
        <w:t>550] Хай послужу я тихій любові,&lt;br /&gt;</w:t>
        <w:br/>
        <w:t>Хай відкину — бурхливу!&lt;br /&gt;</w:t>
        <w:br/>
        <w:t>Антистрофа&lt;br /&gt;</w:t>
        <w:br/>
        <w:t>Скільки-то різних є вдач людських!&lt;br /&gt;</w:t>
        <w:br/>
        <w:t>Скільки звичок!.. Одна між них&lt;br /&gt;</w:t>
        <w:br/>
        <w:t>Гордо сяє — чеснота.&lt;br /&gt;</w:t>
        <w:br/>
        <w:t>Чимало блиску їй додає&lt;br /&gt;</w:t>
        <w:br/>
        <w:t>Виховання правильний шлях.&lt;br /&gt;</w:t>
        <w:br/>
        <w:t>Вирізнятися скромністю — мудрість сама.&lt;br /&gt;</w:t>
        <w:br/>
        <w:t>Але мудрості щонайвагоміший плід —&lt;br /&gt;</w:t>
        <w:br/>
        <w:t>Розуміти обов'язок свій.&lt;br /&gt;</w:t>
        <w:br/>
        <w:t>560] Тільки так, нестаріючу вік,&lt;br /&gt;</w:t>
        <w:br/>
        <w:t>Можна славу здобути в житті.&lt;br /&gt;</w:t>
        <w:br/>
        <w:t>Щонайперше — чесноти шукай:&lt;br /&gt;</w:t>
        <w:br/>
        <w:t>Цноту жінки берегти&lt;br /&gt;</w:t>
        <w:br/>
        <w:t>Зобов'язані; чоловіки —&lt;br /&gt;</w:t>
        <w:br/>
        <w:t>В злагоді дружній місто плекати&lt;br /&gt;</w:t>
        <w:br/>
        <w:t>Скільки сил в кого й хисту.</w:t>
      </w:r>
    </w:p>
    <w:p>
      <w:r>
        <w:br/>
        <w:t>ЕПОД&lt;br /&gt;</w:t>
        <w:br/>
        <w:t>З пасовищ ти, Парісе, прийшов,&lt;br /&gt;</w:t>
        <w:br/>
        <w:t>З Іди, де білосніжна твоя&lt;br /&gt;</w:t>
        <w:br/>
        <w:t>Череда випасалась,&lt;br /&gt;</w:t>
        <w:br/>
        <w:t>570] Де на лункій фрігійській дуді&lt;br /&gt;</w:t>
        <w:br/>
        <w:t>День при дні наслідував ти&lt;br /&gt;</w:t>
        <w:br/>
        <w:t>Ніжну флейту Олімпа.&lt;br /&gt;</w:t>
        <w:br/>
        <w:t>Славні вим'ям корови паслись,&lt;br /&gt;</w:t>
        <w:br/>
        <w:t>Коли ти, розсудивши богинь,&lt;br /&gt;</w:t>
        <w:br/>
        <w:t>Оп'янілий, в Елладу подавсь,&lt;br /&gt;</w:t>
        <w:br/>
        <w:t>До світлиць, де слонова кість&lt;br /&gt;</w:t>
        <w:br/>
        <w:t>Сліпить очі — красуню там стрів,&lt;br /&gt;</w:t>
        <w:br/>
        <w:t>Поглянув — і зором обпік&lt;br /&gt;</w:t>
        <w:br/>
        <w:t>Єленине серце,&lt;br /&gt;</w:t>
        <w:br/>
        <w:t>580] Відчувши й сам такий же пал.&lt;br /&gt;</w:t>
        <w:br/>
        <w:t>Ось тоді й на Трон"&lt;br /&gt;</w:t>
        <w:br/>
        <w:t>Дух ворожнечі Елладу погнав&lt;br /&gt;</w:t>
        <w:br/>
        <w:t>З веслами, списами.</w:t>
      </w:r>
    </w:p>
    <w:p>
      <w:r>
        <w:br/>
        <w:t>ЕПІСОДІЙ ДРУГИЙ&lt;br /&gt;</w:t>
        <w:br/>
        <w:t>На колісниці в супроводі прислуги в'їжджає&lt;br /&gt;</w:t>
        <w:br/>
        <w:t>Клітемнестра з Орестом на руках та Іфігєнія.&lt;br /&gt;</w:t>
        <w:br/>
        <w:t>ПРОВІДНИЦЯ ХОРУ&lt;br /&gt;</w:t>
        <w:br/>
        <w:t>Для високих — високого щастя лет!&lt;br /&gt;</w:t>
        <w:br/>
        <w:t>Ось дочка владаря [303]&lt;br /&gt;</w:t>
        <w:br/>
        <w:t>Іфігенія — наша велителька&lt;br /&gt;</w:t>
        <w:br/>
        <w:t>Й Тіндарея дочка — Клітемнестра тут!&lt;br /&gt;</w:t>
        <w:br/>
        <w:t>Який рід їм життя дав, таку ж вони&lt;br /&gt;</w:t>
        <w:br/>
        <w:t>Здобули собі славу — осяйливу!&lt;br /&gt;</w:t>
        <w:br/>
        <w:t>590] Всемогутні боги, коли й смертним шлють&lt;br /&gt;</w:t>
        <w:br/>
        <w:t>Таке незмірне блаженство!&lt;br /&gt;</w:t>
        <w:br/>
        <w:t>ХОР&lt;br /&gt;</w:t>
        <w:br/>
        <w:t>Поможімо, доньки халкідських нив,&lt;br /&gt;</w:t>
        <w:br/>
        <w:t>З колісниці зійти повелительці,&lt;br /&gt;</w:t>
        <w:br/>
        <w:t>Щоб на землю несхибно ступила крок, —&lt;br /&gt;</w:t>
        <w:br/>
        <w:t>Усміхнувшися, руку подаймо їй,&lt;br /&gt;</w:t>
        <w:br/>
        <w:t>Щоб не чужо було нашій гості тут —&lt;br /&gt;</w:t>
        <w:br/>
        <w:t>Яснославній дочці Агамемнона,&lt;br /&gt;</w:t>
        <w:br/>
        <w:t>Не тривожило криком аргів'янок,&lt;br /&gt;</w:t>
        <w:br/>
        <w:t>Не лякаймо їх,&lt;br /&gt;</w:t>
        <w:br/>
        <w:t>600] Захожі, — сестер захожих!&lt;br /&gt;</w:t>
        <w:br/>
        <w:t>КЛІТЕМНЕСТРА&lt;br /&gt;</w:t>
        <w:br/>
        <w:t>За добрий знак беру я доброту твою&lt;br /&gt;</w:t>
        <w:br/>
        <w:t>І ті слова прихильні. Сподіваюся,&lt;br /&gt;</w:t>
        <w:br/>
        <w:t>Для гарного весілля та щасливого&lt;br /&gt;</w:t>
        <w:br/>
        <w:t>Я молоду приводжу.&lt;br /&gt;</w:t>
        <w:br/>
        <w:t>(До слуг).&lt;br /&gt;</w:t>
        <w:br/>
        <w:t>Нумте з повозів&lt;br /&gt;</w:t>
        <w:br/>
        <w:t>Знімайте посаг — що дочці придбала я,&lt;br /&gt;</w:t>
        <w:br/>
        <w:t>Усе те в дім заносьте, обережно лиш!&lt;br /&gt;</w:t>
        <w:br/>
        <w:t>Поволі, доню, з колісниці сходь уже,&lt;br /&gt;</w:t>
        <w:br/>
        <w:t>Землі торкнувшись ніжкою тендітною.&lt;br /&gt;</w:t>
        <w:br/>
        <w:t>А ви, жінки, під руки підхопіть її,&lt;br /&gt;</w:t>
        <w:br/>
        <w:t>610] Як тільки зістрибнути наготовиться.&lt;br /&gt;</w:t>
        <w:br/>
        <w:t>Хай і мені хтось руку помічну подасть,&lt;br /&gt;</w:t>
        <w:br/>
        <w:t>Щоб легко з колісниці я зійти могла.&lt;br /&gt;</w:t>
        <w:br/>
        <w:t>Всі інші — коней спереду притримуйте,&lt;br /&gt;</w:t>
        <w:br/>
        <w:t>Бо слів не дуже, норовисті, слухають.&lt;br /&gt;</w:t>
        <w:br/>
        <w:t>А ще хлопчину, парость Агамемнона,&lt;br /&gt;</w:t>
        <w:br/>
        <w:t>Зніміть, мого Ореста, ще ж маленький він.&lt;br /&gt;</w:t>
        <w:br/>
        <w:t>Ти спиш, дитятко, возом заколисане?..&lt;br /&gt;</w:t>
        <w:br/>
        <w:t>Сестра йде заміж — прокидайся радісно!&lt;br /&gt;</w:t>
        <w:br/>
        <w:t>Із знатним — знатний сам — породичаєшся,&lt;br /&gt;</w:t>
        <w:br/>
        <w:t>620] Із богорівним Нереїди паростком.&lt;br /&gt;</w:t>
        <w:br/>
        <w:t>А ти стань побіч неньки, Іфігеніє,&lt;br /&gt;</w:t>
        <w:br/>
        <w:t>Кохана доню! Хай ось ці жінки чужі&lt;br /&gt;</w:t>
        <w:br/>
        <w:t>Побачать моє щастя, варте заздрощів.&lt;br /&gt;</w:t>
        <w:br/>
        <w:t>З намету виходить Агамемнон.&lt;br /&gt;</w:t>
        <w:br/>
        <w:t>Та ось твій батько, доню. Привітай його. [304]&lt;br /&gt;</w:t>
        <w:br/>
        <w:t>ІФІГЕНІЯ&lt;br /&gt;</w:t>
        <w:br/>
        <w:t>Не гнівайсь, нене, що скоріш од тебе я&lt;br /&gt;</w:t>
        <w:br/>
        <w:t>До батька пригорнуся найдорожчого.&lt;br /&gt;</w:t>
        <w:br/>
        <w:t>КЛІТЕМНЕСТРА&lt;br /&gt;</w:t>
        <w:br/>
        <w:t>Найвищий мій владарю, Агамемноне,&lt;br /&gt;</w:t>
        <w:br/>
        <w:t>На клич твій ми негайно прибули сюди.&lt;br /&gt;</w:t>
        <w:br/>
        <w:t>ІФІГЕНІЯ&lt;br /&gt;</w:t>
        <w:br/>
        <w:t>Підбігти хочу, батьку, й до грудей твоїх&lt;br /&gt;</w:t>
        <w:br/>
        <w:t>630] Припасти: так давно ж тебе не бачила!..&lt;br /&gt;</w:t>
        <w:br/>
        <w:t>Стужилась за тобою… Лиш не гнівайся…&lt;br /&gt;</w:t>
        <w:br/>
        <w:t>КЛІТЕМНЕСТРА&lt;br /&gt;</w:t>
        <w:br/>
        <w:t>Тобі це можна, доню: саме ти найбільш&lt;br /&gt;</w:t>
        <w:br/>
        <w:t>Любила батька з-між усіх дітей моїх.&lt;br /&gt;</w:t>
        <w:br/>
        <w:t>ІФІГЕНІЯ&lt;br /&gt;</w:t>
        <w:br/>
        <w:t>О батьку!.. Дай на тебе надивитися!..&lt;br /&gt;</w:t>
        <w:br/>
        <w:t>АГАМЕМНОН&lt;br /&gt;</w:t>
        <w:br/>
        <w:t>Й мені — на тебе: за обох сказала ти.&lt;br /&gt;</w:t>
        <w:br/>
        <w:t>ІФІГЕНІЯ&lt;br /&gt;</w:t>
        <w:br/>
        <w:t>Щасти тобі! Як добре, що покликав нас!&lt;br /&gt;</w:t>
        <w:br/>
        <w:t>АГАМЕМНОН&lt;br /&gt;</w:t>
        <w:br/>
        <w:t>І сам не знаю — добре чи погано це…&lt;br /&gt;</w:t>
        <w:br/>
        <w:t>ІФІГЕНІЯ&lt;br /&gt;</w:t>
        <w:br/>
        <w:t>Ну, от…&lt;br /&gt;</w:t>
        <w:br/>
        <w:t>Казав, що радий стрічі, а журба в очах.&lt;br /&gt;</w:t>
        <w:br/>
        <w:t>АГАМЕМНОН&lt;br /&gt;</w:t>
        <w:br/>
        <w:t>Турбот чимало у вождя, володаря…&lt;br /&gt;</w:t>
        <w:br/>
        <w:t>ІФІГЕНІЯ&lt;br /&gt;</w:t>
        <w:br/>
        <w:t>640] Забудь, поки зі мною, всі обов'язки.&lt;br /&gt;</w:t>
        <w:br/>
        <w:t>АГАМЕМНОН&lt;br /&gt;</w:t>
        <w:br/>
        <w:t>Всім серцем я з тобою, всіма думами…&lt;br /&gt;</w:t>
        <w:br/>
        <w:t>ІФІГЕНІЯ&lt;br /&gt;</w:t>
        <w:br/>
        <w:t>Отож розхмурся, веселіш на доню глянь.&lt;br /&gt;</w:t>
        <w:br/>
        <w:t>АГАМЕМНОН&lt;br /&gt;</w:t>
        <w:br/>
        <w:t>Ну ось, я вже веселий… в міру сил своїх.&lt;br /&gt;</w:t>
        <w:br/>
        <w:t>ІФІГЕНІЯ&lt;br /&gt;</w:t>
        <w:br/>
        <w:t>Веселий, а в очах он — ще сльоза бринить… [305]&lt;br /&gt;</w:t>
        <w:br/>
        <w:t>АГАМЕМНОН&lt;br /&gt;</w:t>
        <w:br/>
        <w:t>Розлука довга перед нами, донечко…&lt;br /&gt;</w:t>
        <w:br/>
        <w:t>ІФІГЕНІЯ&lt;br /&gt;</w:t>
        <w:br/>
        <w:t>Не розгадаю, батьку, твоїх натяків.&lt;br /&gt;</w:t>
        <w:br/>
        <w:t>АГАМЕМНОН&lt;br /&gt;</w:t>
        <w:br/>
        <w:t>Що розумніше мовиш — то болючіше…&lt;br /&gt;</w:t>
        <w:br/>
        <w:t>ІФІГЕНІЯ&lt;br /&gt;</w:t>
        <w:br/>
        <w:t>Тоді скажу пусте щось — усміхнися лиш.&lt;br /&gt;</w:t>
        <w:br/>
        <w:t>АГАМЕМНОН&lt;br /&gt;</w:t>
        <w:br/>
        <w:t>Гай-гай!.. Хіба промовчу?.. Гарно сказано!&lt;br /&gt;</w:t>
        <w:br/>
        <w:t>ІФІГЕНІЯ&lt;br /&gt;</w:t>
        <w:br/>
        <w:t>650] Лишися дома, з дітьми, любий батеньку!&lt;br /&gt;</w:t>
        <w:br/>
        <w:t>АГАМЕМНОН&lt;br /&gt;</w:t>
        <w:br/>
        <w:t>Хотів би, та не можу — от і жаль бере.&lt;br /&gt;</w:t>
        <w:br/>
        <w:t>ІФІГЕНІЯ&lt;br /&gt;</w:t>
        <w:br/>
        <w:t>А все той шлюб Єлени! Кляті війни ті!..&lt;br /&gt;</w:t>
        <w:br/>
        <w:t>АГАМЕМНОН&lt;br /&gt;</w:t>
        <w:br/>
        <w:t>Мене згубивши з світу, згублять інших ще.&lt;br /&gt;</w:t>
        <w:br/>
        <w:t>ІФІГЕНІЯ&lt;br /&gt;</w:t>
        <w:br/>
        <w:t>Як довго тут, в Авліді, забарився ти!&lt;br /&gt;</w:t>
        <w:br/>
        <w:t>АГАМЕМНОН&lt;br /&gt;</w:t>
        <w:br/>
        <w:t>Ще й нині суднам годі з місця зрушити.&lt;br /&gt;</w:t>
        <w:br/>
        <w:t>ІФІГЕНІЯ&lt;br /&gt;</w:t>
        <w:br/>
        <w:t>А де вітчизна тих фрігійців, батечку?&lt;br /&gt;</w:t>
        <w:br/>
        <w:t>АГАМЕМНОН&lt;br /&gt;</w:t>
        <w:br/>
        <w:t>Де син Пріама — наше зло — Паріс живе.&lt;br /&gt;</w:t>
        <w:br/>
        <w:t>ІФІГЕНІЯ&lt;br /&gt;</w:t>
        <w:br/>
        <w:t>В таку далінь од мене, батьку, вирушиш?&lt;br /&gt;</w:t>
        <w:br/>
        <w:t>АГАМЕМНОН&lt;br /&gt;</w:t>
        <w:br/>
        <w:t>Така ж сумна й у тебе доля, донечко.&lt;br /&gt;</w:t>
        <w:br/>
        <w:t>ІФІГЕНІЯ&lt;br /&gt;</w:t>
        <w:br/>
        <w:t>660] Якби то справді ти мене з собою взяв!&lt;br /&gt;</w:t>
        <w:br/>
        <w:t>АГАМЕМНОН&lt;br /&gt;</w:t>
        <w:br/>
        <w:t>Пливтимеш… А про батька, ой, згадається! [306]&lt;br /&gt;</w:t>
        <w:br/>
        <w:t>ІФІГЕНІЯ&lt;br /&gt;</w:t>
        <w:br/>
        <w:t>Сама пливтиму, а чи вдвох — із матір'ю?&lt;br /&gt;</w:t>
        <w:br/>
        <w:t>АГАМЕМНОН&lt;br /&gt;</w:t>
        <w:br/>
        <w:t>Не буде побіч ні отця, ні матінки…&lt;br /&gt;</w:t>
        <w:br/>
        <w:t>ІФІГЕНІЯ&lt;br /&gt;</w:t>
        <w:br/>
        <w:t>Чи хочеш доню поселити в дім чужий?&lt;br /&gt;</w:t>
        <w:br/>
        <w:t>АГАМЕМНОН&lt;br /&gt;</w:t>
        <w:br/>
        <w:t>Облиш! Такі розмови — не для дівчини.&lt;br /&gt;</w:t>
        <w:br/>
        <w:t>ІФІГЕНІЯ&lt;br /&gt;</w:t>
        <w:br/>
        <w:t>Скоріш вертайся, батьку, з перемогою!&lt;br /&gt;</w:t>
        <w:br/>
        <w:t>АГАМЕМНОН&lt;br /&gt;</w:t>
        <w:br/>
        <w:t>Та перед тим я мушу скласти жертву тут.&lt;br /&gt;</w:t>
        <w:br/>
        <w:t>ІФІГЕНІЯ&lt;br /&gt;</w:t>
        <w:br/>
        <w:t>Обряд цей вимагає благочесності.&lt;br /&gt;</w:t>
        <w:br/>
        <w:t>АГАМЕМНОН&lt;br /&gt;</w:t>
        <w:br/>
        <w:t>Сама побачиш, ставши при жертовнику.&lt;br /&gt;</w:t>
        <w:br/>
        <w:t>ІФІГЕНІЯ&lt;br /&gt;</w:t>
        <w:br/>
        <w:t>670] А що? Круг нього, батьку, я в танок піду?&lt;br /&gt;</w:t>
        <w:br/>
        <w:t>АГАМЕМНОН&lt;br /&gt;</w:t>
        <w:br/>
        <w:t>Не знаючи — од мене ти щасливіша.&lt;br /&gt;</w:t>
        <w:br/>
        <w:t>Заходь у дім — дівчатам показатися.&lt;br /&gt;</w:t>
        <w:br/>
        <w:t>Мені ж подай правицю, поцілуй ще раз —&lt;br /&gt;</w:t>
        <w:br/>
        <w:t>Гіркий цілунок! — скоро не побачимось.&lt;br /&gt;</w:t>
        <w:br/>
        <w:t>О груди… лиця!.. О русяві кучері!..&lt;br /&gt;</w:t>
        <w:br/>
        <w:t>Ото взнаки далась нам і Єлена та,&lt;br /&gt;</w:t>
        <w:br/>
        <w:t>І Троя!.. Але годі! Лиш торкнусь тебе —&lt;br /&gt;</w:t>
        <w:br/>
        <w:t>І знов на вічі сльози навертаються.&lt;br /&gt;</w:t>
        <w:br/>
        <w:t>Захожь же, доню…&lt;br /&gt;</w:t>
        <w:br/>
        <w:t>(Іфігенія відходить).&lt;br /&gt;</w:t>
        <w:br/>
        <w:t>Ну, а ти не гнівайся,&lt;br /&gt;</w:t>
        <w:br/>
        <w:t>680] О дочко Леди, що з таким жалем берусь&lt;br /&gt;</w:t>
        <w:br/>
        <w:t>Пошлюбити з Ахіллом свою доненьку.&lt;br /&gt;</w:t>
        <w:br/>
        <w:t>Радіти б випадало, все ж для батька це&lt;br /&gt;</w:t>
        <w:br/>
        <w:t>Нелегко — своїх діток, що з трудом таким&lt;br /&gt;</w:t>
        <w:br/>
        <w:t>Плекав їх, видавати з дому рідного.&lt;br /&gt;</w:t>
        <w:br/>
        <w:t>КЛІТЕМНЕСТРА&lt;br /&gt;</w:t>
        <w:br/>
        <w:t>Не глупа — розумію. Та й сама, вважай,&lt;br /&gt;</w:t>
        <w:br/>
        <w:t>Страждатиму не менше, проводжаючи&lt;br /&gt;</w:t>
        <w:br/>
        <w:t>Дочку, то чи посміла б дорікать тобі? [307]&lt;br /&gt;</w:t>
        <w:br/>
        <w:t>На час надія: посумуєм, звикнемо…&lt;br /&gt;</w:t>
        <w:br/>
        <w:t>Як молодий наш зветься, ти казав уже,&lt;br /&gt;</w:t>
        <w:br/>
        <w:t>690] А хто батьки, цікаво, звідки родом він?&lt;br /&gt;</w:t>
        <w:br/>
        <w:t>АГАМЕМНОН&lt;br /&gt;</w:t>
        <w:br/>
        <w:t>Егіну, славну доньку, мав Асоп колись.&lt;br /&gt;</w:t>
        <w:br/>
        <w:t>КЛІТЕМНЕСТРА&lt;br /&gt;</w:t>
        <w:br/>
        <w:t>А смертний чи з богів хтось її мужем був?&lt;br /&gt;</w:t>
        <w:br/>
        <w:t>АГАМЕМНОН&lt;br /&gt;</w:t>
        <w:br/>
        <w:t>Сам Зевс. Еак, Енони владар, — син її.&lt;br /&gt;</w:t>
        <w:br/>
        <w:t>КЛІТЕМНЕСТРА&lt;br /&gt;</w:t>
        <w:br/>
        <w:t>А хто з синів Еака спадкоємцем був?&lt;br /&gt;</w:t>
        <w:br/>
        <w:t>АГАМЕМНОН&lt;br /&gt;</w:t>
        <w:br/>
        <w:t>Пелей. Дочку Нерея він за жінку взяв.&lt;br /&gt;</w:t>
        <w:br/>
        <w:t>КЛІТЕМНЕСТРА&lt;br /&gt;</w:t>
        <w:br/>
        <w:t>А з волі бога чи богам усупереч?&lt;br /&gt;</w:t>
        <w:br/>
        <w:t>АГАМЕМНОН&lt;br /&gt;</w:t>
        <w:br/>
        <w:t>Посватав Зевс, а батько — видав донечку.&lt;br /&gt;</w:t>
        <w:br/>
        <w:t>КЛІТЕМНЕСТРА&lt;br /&gt;</w:t>
        <w:br/>
        <w:t>Весілля святкували в глибині морській?&lt;br /&gt;</w:t>
        <w:br/>
        <w:t>АГАМЕМНОН&lt;br /&gt;</w:t>
        <w:br/>
        <w:t>На Пеліоні, поміж скель Хіронових.&lt;br /&gt;</w:t>
        <w:br/>
        <w:t>КЛІТЕМНЕСТРА&lt;br /&gt;</w:t>
        <w:br/>
        <w:t>700] Де здавна рід кентаврів, кажуть, селиться?&lt;br /&gt;</w:t>
        <w:br/>
        <w:t>АГАМЕМНОН&lt;br /&gt;</w:t>
        <w:br/>
        <w:t>Авжеж. Пелей вгощав там небожителів.&lt;br /&gt;</w:t>
        <w:br/>
        <w:t>КЛІТЕМНЕСТРА&lt;br /&gt;</w:t>
        <w:br/>
        <w:t>А хто зростив Ахілла?.. Батько? Матінка?&lt;br /&gt;</w:t>
        <w:br/>
        <w:t>АГАМЕМНОН&lt;br /&gt;</w:t>
        <w:br/>
        <w:t>Хірон — щоб оддалік був од людей лихих.&lt;br /&gt;</w:t>
        <w:br/>
        <w:t>КЛІТЕМНЕСТРА&lt;br /&gt;</w:t>
        <w:br/>
        <w:t>Розумний шле дитину до розумного.&lt;br /&gt;</w:t>
        <w:br/>
        <w:t>АГАМЕМНОН&lt;br /&gt;</w:t>
        <w:br/>
        <w:t>Так от хто нашу доню за жону бере.&lt;br /&gt;</w:t>
        <w:br/>
        <w:t>КЛІТЕМНЕСТРА&lt;br /&gt;</w:t>
        <w:br/>
        <w:t>І справді бездоганний. Де живе Ахілл? [308]&lt;br /&gt;</w:t>
        <w:br/>
        <w:t>АГАМЕМНОН&lt;br /&gt;</w:t>
        <w:br/>
        <w:t>У Фтії, де бурхливий Апідан пливе.&lt;br /&gt;</w:t>
        <w:br/>
        <w:t>КЛІТЕМНЕСТРА&lt;br /&gt;</w:t>
        <w:br/>
        <w:t>Туди ж і повезе він нашу донечку?&lt;br /&gt;</w:t>
        <w:br/>
        <w:t>АГАМЕМНОН&lt;br /&gt;</w:t>
        <w:br/>
        <w:t>А це вже мужу, не мені, вирішувать.&lt;br /&gt;</w:t>
        <w:br/>
        <w:t>КЛІТЕМНЕСТРА&lt;br /&gt;</w:t>
        <w:br/>
        <w:t>710] Щасти їм!.. А весілля скоро справимо?&lt;br /&gt;</w:t>
        <w:br/>
        <w:t>АГАМЕМНОН&lt;br /&gt;</w:t>
        <w:br/>
        <w:t>Коли щасливо місяць заокруглиться.&lt;br /&gt;</w:t>
        <w:br/>
        <w:t>КЛІТЕМНЕСТРА&lt;br /&gt;</w:t>
        <w:br/>
        <w:t>Весільну жертву ти богині склав уже?&lt;br /&gt;</w:t>
        <w:br/>
        <w:t>АГАМЕМНОН&lt;br /&gt;</w:t>
        <w:br/>
        <w:t>Складу, звичайно. Тим я, власне, зайнятий.&lt;br /&gt;</w:t>
        <w:br/>
        <w:t>КЛІТЕМНЕСТРА&lt;br /&gt;</w:t>
        <w:br/>
        <w:t>А потім учту для гостей влаштуємо?&lt;br /&gt;</w:t>
        <w:br/>
        <w:t>АГАМЕМНОН&lt;br /&gt;</w:t>
        <w:br/>
        <w:t>Коли безсмертних уласкавлю жертвами.&lt;br /&gt;</w:t>
        <w:br/>
        <w:t>КЛІТЕМНЕСТРА&lt;br /&gt;</w:t>
        <w:br/>
        <w:t>А де жіноцтво буде пригощатися?&lt;br /&gt;</w:t>
        <w:br/>
        <w:t>АГАМЕМНОН&lt;br /&gt;</w:t>
        <w:br/>
        <w:t>Та тут же, біля суден гарнотесаних.&lt;br /&gt;</w:t>
        <w:br/>
        <w:t>КЛІТЕМНЕСТРА&lt;br /&gt;</w:t>
        <w:br/>
        <w:t>Ну, що ж… Тут вибирати не доводиться.&lt;br /&gt;</w:t>
        <w:br/>
        <w:t>АГАМЕМНОН&lt;br /&gt;</w:t>
        <w:br/>
        <w:t>А зараз от що, жінко: не переч мені.&lt;br /&gt;</w:t>
        <w:br/>
        <w:t>КЛІТЕМНЕСТРА&lt;br /&gt;</w:t>
        <w:br/>
        <w:t>720] У чому ж?.. Твоїй волі не корюсь хіба?&lt;br /&gt;</w:t>
        <w:br/>
        <w:t>АГАМЕМНОН&lt;br /&gt;</w:t>
        <w:br/>
        <w:t>Я сам тут міг би, де жених, у таборі…&lt;br /&gt;</w:t>
        <w:br/>
        <w:t>КЛІТЕМНЕСТРА&lt;br /&gt;</w:t>
        <w:br/>
        <w:t>Зробити щось без мене?.. Нащо ж я тоді?&lt;br /&gt;</w:t>
        <w:br/>
        <w:t>АГАМЕМНОН&lt;br /&gt;</w:t>
        <w:br/>
        <w:t>Віддати заміж доню… в колі воїнів… [309]&lt;br /&gt;</w:t>
        <w:br/>
        <w:t>КЛІТЕМНЕСТРА&lt;br /&gt;</w:t>
        <w:br/>
        <w:t>А де ж мені в ту пору бути — матері?..&lt;br /&gt;</w:t>
        <w:br/>
        <w:t>АГАМЕМНОН&lt;br /&gt;</w:t>
        <w:br/>
        <w:t>А ти вертайся в Аргос і дітей пильнуй.&lt;br /&gt;</w:t>
        <w:br/>
        <w:t>КЛІТЕМНЕСТРА&lt;br /&gt;</w:t>
        <w:br/>
        <w:t>Лишивши доню?.. Хто ж ітиме з факелом?&lt;br /&gt;</w:t>
        <w:br/>
        <w:t>АГАМЕМНОН&lt;br /&gt;</w:t>
        <w:br/>
        <w:t>Цим разом я з весільним рушу полум'ям.&lt;br /&gt;</w:t>
        <w:br/>
        <w:t>КЛІТЕМНЕСТРА&lt;br /&gt;</w:t>
        <w:br/>
        <w:t>Не прийнято. Дарма ти звичай нехтуєш.&lt;br /&gt;</w:t>
        <w:br/>
        <w:t>АГАМЕМНОН&lt;br /&gt;</w:t>
        <w:br/>
        <w:t>Але й тобі не личить серед війська буть.&lt;br /&gt;</w:t>
        <w:br/>
        <w:t>КЛІТЕМНЕСТРА&lt;br /&gt;</w:t>
        <w:br/>
        <w:t>730] Та личить заміж видавати донечку.&lt;br /&gt;</w:t>
        <w:br/>
        <w:t>АГАМЕМНОН&lt;br /&gt;</w:t>
        <w:br/>
        <w:t>Ти інших дочок в Аргосі покинула.&lt;br /&gt;</w:t>
        <w:br/>
        <w:t>КЛІТЕМНЕСТРА&lt;br /&gt;</w:t>
        <w:br/>
        <w:t>Вони в своїх покоях. Що ж боятися?..&lt;br /&gt;</w:t>
        <w:br/>
        <w:t>АГАМЕМНОН&lt;br /&gt;</w:t>
        <w:br/>
        <w:t>І все ж вертайсь.&lt;br /&gt;</w:t>
        <w:br/>
        <w:t>КЛІТЕМНЕСТРА&lt;br /&gt;</w:t>
        <w:br/>
        <w:t>Нізащо! Присягаюся&lt;br /&gt;</w:t>
        <w:br/>
        <w:t>Богинею аргів'ян. Ти тут військом прав,&lt;br /&gt;</w:t>
        <w:br/>
        <w:t>А я — займусь весіллям, господаркою.&lt;br /&gt;</w:t>
        <w:br/>
        <w:t>(Виходить).&lt;br /&gt;</w:t>
        <w:br/>
        <w:t>АГАМЕМНОН&lt;br /&gt;</w:t>
        <w:br/>
        <w:t>Ну, от!.. Пішли намарне сподівання всі:&lt;br /&gt;</w:t>
        <w:br/>
        <w:t>Дружина звідси, бачу, не від'їде вже.&lt;br /&gt;</w:t>
        <w:br/>
        <w:t>Хитрую, найдорожчих одурить берусь —&lt;br /&gt;</w:t>
        <w:br/>
        <w:t>Та сам попався, звідусіль подоланий!&lt;br /&gt;</w:t>
        <w:br/>
        <w:t>740] Піду я до Калханта, що слова гіркі&lt;br /&gt;</w:t>
        <w:br/>
        <w:t>Для мене, для богині ж — милі вимовив:&lt;br /&gt;</w:t>
        <w:br/>
        <w:t>Про труд важкий Еллади поміркуємо.&lt;br /&gt;</w:t>
        <w:br/>
        <w:t>Розумний або добру і розсудливу&lt;br /&gt;</w:t>
        <w:br/>
        <w:t>Тримає дома жінку, або — жодної.&lt;br /&gt;</w:t>
        <w:br/>
        <w:t>(Відходить). [310]</w:t>
      </w:r>
    </w:p>
    <w:p>
      <w:r>
        <w:br/>
        <w:t>СТАСИМ ДРУГИЙ&lt;br /&gt;</w:t>
        <w:br/>
        <w:t>ХОР&lt;br /&gt;</w:t>
        <w:br/>
        <w:t>Строфа І&lt;br /&gt;</w:t>
        <w:br/>
        <w:t>Скоро ген до сріблистих вод&lt;br /&gt;</w:t>
        <w:br/>
        <w:t>Бистрого Сімоента&lt;br /&gt;</w:t>
        <w:br/>
        <w:t>Вирушить еллінів рать бойова&lt;br /&gt;</w:t>
        <w:br/>
        <w:t>Суднами збройно на Іліон —&lt;br /&gt;</w:t>
        <w:br/>
        <w:t>Вежі, що їх у Трої&lt;br /&gt;</w:t>
        <w:br/>
        <w:t>750] Феб осяйний збудував.&lt;br /&gt;</w:t>
        <w:br/>
        <w:t>Діва Кассандра там, кажуть,&lt;br /&gt;</w:t>
        <w:br/>
        <w:t>Лавром зеленим увінчана&lt;br /&gt;</w:t>
        <w:br/>
        <w:t>Золотаве пускає волосся&lt;br /&gt;</w:t>
        <w:br/>
        <w:t>З вітром, тільки-но бог велить&lt;br /&gt;</w:t>
        <w:br/>
        <w:t>Повнити груди пророчим духом.&lt;br /&gt;</w:t>
        <w:br/>
        <w:t>Антистрофа II&lt;br /&gt;</w:t>
        <w:br/>
        <w:t>Густо всіє троянський люд&lt;br /&gt;</w:t>
        <w:br/>
        <w:t>Вежі й стіни круг міста,&lt;br /&gt;</w:t>
        <w:br/>
        <w:t>Лиш міднощитний Арес підпливе&lt;br /&gt;</w:t>
        <w:br/>
        <w:t>На швидкохідних суднах, веслом&lt;br /&gt;</w:t>
        <w:br/>
        <w:t>760] Потурбувавши море,&lt;br /&gt;</w:t>
        <w:br/>
        <w:t>До Сімоентових плес,&lt;br /&gt;</w:t>
        <w:br/>
        <w:t>Щоб, натрудившись у битвах,&lt;br /&gt;</w:t>
        <w:br/>
        <w:t>Списом Елладі Єлену вернуть,&lt;br /&gt;</w:t>
        <w:br/>
        <w:t>Незрівнянну сестру Діоскурів,&lt;br /&gt;</w:t>
        <w:br/>
        <w:t>Тих, що в небі — брати ясні —&lt;br /&gt;</w:t>
        <w:br/>
        <w:t>Зорями для мореплавців сяють.&lt;br /&gt;</w:t>
        <w:br/>
        <w:t>ЕПОД&lt;br /&gt;</w:t>
        <w:br/>
        <w:t>Місто в колі твердинь — Пергам,&lt;br /&gt;</w:t>
        <w:br/>
        <w:t>Міць камінну фрігійців,&lt;br /&gt;</w:t>
        <w:br/>
        <w:t>Кровожерний оточить бій —&lt;br /&gt;</w:t>
        <w:br/>
        <w:t>770] Голови з пліч полетять,&lt;br /&gt;</w:t>
        <w:br/>
        <w:t>З основ своїх зрушена Троя&lt;br /&gt;</w:t>
        <w:br/>
        <w:t>Загине — повалиться в прах.&lt;br /&gt;</w:t>
        <w:br/>
        <w:t>Дівчата сльози литимуть,&lt;br /&gt;</w:t>
        <w:br/>
        <w:t>З ними — й Пріама жона.&lt;br /&gt;</w:t>
        <w:br/>
        <w:t>Пожалкує і Зевса донька — Єлена,&lt;br /&gt;</w:t>
        <w:br/>
        <w:t>Що покинула мужа —&lt;br /&gt;</w:t>
        <w:br/>
        <w:t>Заллється сльозами… Хай же ні я,&lt;br /&gt;</w:t>
        <w:br/>
        <w:t>Ані діти, ні внуки мої&lt;br /&gt;</w:t>
        <w:br/>
        <w:t>Серцем так не смутяться,&lt;br /&gt;</w:t>
        <w:br/>
        <w:t>780] Як лідійські й фрігійські жінки,&lt;br /&gt;</w:t>
        <w:br/>
        <w:t>Що за ткацьким верстатом&lt;br /&gt;</w:t>
        <w:br/>
        <w:t>Темну нитку журби снують: [311]&lt;br /&gt;</w:t>
        <w:br/>
        <w:t>"Хто, за волосся хвилясте мене,&lt;br /&gt;</w:t>
        <w:br/>
        <w:t>Слізьми омиту, тягтиме відсіль,&lt;br /&gt;</w:t>
        <w:br/>
        <w:t>На чужину чужу, край мій спустошивши.&lt;br /&gt;</w:t>
        <w:br/>
        <w:t>Через хіть твою, дочко&lt;br /&gt;</w:t>
        <w:br/>
        <w:t>Довгошийого лебедя?..&lt;br /&gt;</w:t>
        <w:br/>
        <w:t>Якщо справді зродила тебе&lt;br /&gt;</w:t>
        <w:br/>
        <w:t>Леда, що з птахом зійшлася —&lt;br /&gt;</w:t>
        <w:br/>
        <w:t>790] Перевтіленим Зевсом, якщо,&lt;br /&gt;</w:t>
        <w:br/>
        <w:t>В піерійських писаннях&lt;br /&gt;</w:t>
        <w:br/>
        <w:t>Людям не подали співці&lt;br /&gt;</w:t>
        <w:br/>
        <w:t>Лиш чуток, що їх носить вітер.</w:t>
      </w:r>
    </w:p>
    <w:p>
      <w:r>
        <w:br/>
        <w:t>ЕПІСОДІЙ ТРЕТІЙ&lt;br /&gt;</w:t>
        <w:br/>
        <w:t>Входить Ахілл. Біля намету Агамемнона&lt;br /&gt;</w:t>
        <w:br/>
        <w:t>його зустрічає сторожа.&lt;br /&gt;</w:t>
        <w:br/>
        <w:t>АХІЛЛ&lt;br /&gt;</w:t>
        <w:br/>
        <w:t>Чи дома вождь ахейців? Хай-но скаже хтось&lt;br /&gt;</w:t>
        <w:br/>
        <w:t>Із слуг, що син Пелея на порозі став —&lt;br /&gt;</w:t>
        <w:br/>
        <w:t>Ахілл — і хоче зараз говорити з ним.&lt;br /&gt;</w:t>
        <w:br/>
        <w:t>Не всі тут, над Евріпом, ми в однакових&lt;br /&gt;</w:t>
        <w:br/>
        <w:t>Умовах: серед війська нежонаті є,&lt;br /&gt;</w:t>
        <w:br/>
        <w:t>Так їх принаймні дома не очікують.&lt;br /&gt;</w:t>
        <w:br/>
        <w:t>800] А в кого жінка, діти? Як то їм сидіть&lt;br /&gt;</w:t>
        <w:br/>
        <w:t>На березі?.. Лиш сила божества могла&lt;br /&gt;</w:t>
        <w:br/>
        <w:t>Вдихнуть таке завзяття в душі еллінів.&lt;br /&gt;</w:t>
        <w:br/>
        <w:t>Скажу відверто, що мене стосується,&lt;br /&gt;</w:t>
        <w:br/>
        <w:t>Так само говорити можна й іншому.&lt;br /&gt;</w:t>
        <w:br/>
        <w:t>Фарсал лишивши рідний і Пелея дім,&lt;br /&gt;</w:t>
        <w:br/>
        <w:t>Нуджусь на побережжі, марно вітру жду,&lt;br /&gt;</w:t>
        <w:br/>
        <w:t>І мірмідонів я вже ледве стримую.&lt;br /&gt;</w:t>
        <w:br/>
        <w:t>Одні докори чую: "Що ж ми гаємось,&lt;br /&gt;</w:t>
        <w:br/>
        <w:t>Ахілле? Де ж та Троя? Як ведеш війська —&lt;br /&gt;</w:t>
        <w:br/>
        <w:t>810] Веди! А ні — додому повертаймо всі,&lt;br /&gt;</w:t>
        <w:br/>
        <w:t>Атріди ж хай і далі тут вичікують!.."&lt;br /&gt;</w:t>
        <w:br/>
        <w:t>З намету виходить Клітемнестра.&lt;br /&gt;</w:t>
        <w:br/>
        <w:t>КЛІТЕМНЕСТРА&lt;br /&gt;</w:t>
        <w:br/>
        <w:t>О сину Нереїди, вчувши голос твій,&lt;br /&gt;</w:t>
        <w:br/>
        <w:t>Намету не могла я не покинути.&lt;br /&gt;</w:t>
        <w:br/>
        <w:t>АХІЛЛ&lt;br /&gt;</w:t>
        <w:br/>
        <w:t>Кого тут бачу!.. Аж незручно стрітися&lt;br /&gt;</w:t>
        <w:br/>
        <w:t>Віч-на-віч із жоною, ще й прекрасною…&lt;br /&gt;</w:t>
        <w:br/>
        <w:t>КЛІТЕМНЕСТРА&lt;br /&gt;</w:t>
        <w:br/>
        <w:t>Що не впізнав — не диво, бо й раніш мене&lt;br /&gt;</w:t>
        <w:br/>
        <w:t>Не бачив. А за скромність похвалу прийми. [312]&lt;br /&gt;</w:t>
        <w:br/>
        <w:t>АХІЛЛ&lt;br /&gt;</w:t>
        <w:br/>
        <w:t>А хто ти? Що тут робиш серед списників —&lt;br /&gt;</w:t>
        <w:br/>
        <w:t>Данайців, жінка — у військовім таборі?&lt;br /&gt;</w:t>
        <w:br/>
        <w:t>КЛІТЕМНЕСТРА&lt;br /&gt;</w:t>
        <w:br/>
        <w:t>820] Я донька Леди, звуся Клітемнестрою,&lt;br /&gt;</w:t>
        <w:br/>
        <w:t>Володаря дружина — Агамемнона.&lt;br /&gt;</w:t>
        <w:br/>
        <w:t>АХІЛЛ&lt;br /&gt;</w:t>
        <w:br/>
        <w:t>Відповіла ти гарно — ясно й коротко.&lt;br /&gt;</w:t>
        <w:br/>
        <w:t>З жінками все ж не личить розмовлять мені.&lt;br /&gt;</w:t>
        <w:br/>
        <w:t>КЛІТЕМНЕСТРА&lt;br /&gt;</w:t>
        <w:br/>
        <w:t>Стривай! Подай правицю в знак щасливого,&lt;br /&gt;</w:t>
        <w:br/>
        <w:t>Міцного шлюбу, що ось-ось пов'яже вас.&lt;br /&gt;</w:t>
        <w:br/>
        <w:t>АХІЛЛ&lt;br /&gt;</w:t>
        <w:br/>
        <w:t>Тебе торкнутись? Та яке ж я право б мав&lt;br /&gt;</w:t>
        <w:br/>
        <w:t>І як у вічі б глянув Агамемнону?..&lt;br /&gt;</w:t>
        <w:br/>
        <w:t>КЛІТЕМНЕСТРА&lt;br /&gt;</w:t>
        <w:br/>
        <w:t>Найвище право: ти ж береш дочку мою,&lt;br /&gt;</w:t>
        <w:br/>
        <w:t>Богині Нереїди славний паростку!&lt;br /&gt;</w:t>
        <w:br/>
        <w:t>АХІЛЛ&lt;br /&gt;</w:t>
        <w:br/>
        <w:t>830] Дочку беру?.. Ну, й диво! Трачу мови дар…&lt;br /&gt;</w:t>
        <w:br/>
        <w:t>Чи, може, байку чую, нісенітницю?..&lt;br /&gt;</w:t>
        <w:br/>
        <w:t>КЛІТЕМНЕСТРА&lt;br /&gt;</w:t>
        <w:br/>
        <w:t>Не ти один лиш так при нових родичах&lt;br /&gt;</w:t>
        <w:br/>
        <w:t>Соромишся розмови про одруження.&lt;br /&gt;</w:t>
        <w:br/>
        <w:t>АХІЛЛ&lt;br /&gt;</w:t>
        <w:br/>
        <w:t>Не думав я ніколи про дочку твою,&lt;br /&gt;</w:t>
        <w:br/>
        <w:t>Владарко, й від Атрідів я про шлюб не чув.&lt;br /&gt;</w:t>
        <w:br/>
        <w:t>КЛІТЕМНЕСТРА&lt;br /&gt;</w:t>
        <w:br/>
        <w:t>Цього не може бути!.. Певно, вдруге ти&lt;br /&gt;</w:t>
        <w:br/>
        <w:t>Здивований; цим разом — з мого подиву.&lt;br /&gt;</w:t>
        <w:br/>
        <w:t>АХІЛЛ&lt;br /&gt;</w:t>
        <w:br/>
        <w:t>Подумай… Ми ж обоє не бажаємо,&lt;br /&gt;</w:t>
        <w:br/>
        <w:t>Щоб нас дурили. Спільно ж обміркуймо все.&lt;br /&gt;</w:t>
        <w:br/>
        <w:t>КЛІТЕМНЕСТРА&lt;br /&gt;</w:t>
        <w:br/>
        <w:t>840] Мене на сміх підняв хтось? Я повірила —&lt;br /&gt;</w:t>
        <w:br/>
        <w:t>Аж сором говорити! — в шлюб надуманий?..&lt;br /&gt;</w:t>
        <w:br/>
        <w:t>АХІЛЛ&lt;br /&gt;</w:t>
        <w:br/>
        <w:t>А, може, й справді хтось пожартував собі&lt;br /&gt;</w:t>
        <w:br/>
        <w:t>З обох нас? Тож не варто перейматися. [313]&lt;br /&gt;</w:t>
        <w:br/>
        <w:t>КЛІТЕМНЕСТРА&lt;br /&gt;</w:t>
        <w:br/>
        <w:t>Прощай! Не смію навіть в вічі глянути,&lt;br /&gt;</w:t>
        <w:br/>
        <w:t>Збрехавши мимоволі, осоромлена…&lt;br /&gt;</w:t>
        <w:br/>
        <w:t>АХІЛЛ&lt;br /&gt;</w:t>
        <w:br/>
        <w:t>Й мені незручно. Вибач. Твого мужа тут&lt;br /&gt;</w:t>
        <w:br/>
        <w:t>Розшукую: пора вже з ним зустрітися.&lt;br /&gt;</w:t>
        <w:br/>
        <w:t>СЛУГА&lt;br /&gt;</w:t>
        <w:br/>
        <w:t>(з намету)&lt;br /&gt;</w:t>
        <w:br/>
        <w:t>Стійте, паростку Еака, сину жительки морів —&lt;br /&gt;</w:t>
        <w:br/>
        <w:t>Нереїди, й ти, преславна дочко Леди, й слухайте!&lt;br /&gt;</w:t>
        <w:br/>
        <w:t>АХІЛЛ&lt;br /&gt;</w:t>
        <w:br/>
        <w:t>850] Хто там, двері прочинивши, так лякливо кличе нас?&lt;br /&gt;</w:t>
        <w:br/>
        <w:t>СЛУГА&lt;br /&gt;</w:t>
        <w:br/>
        <w:t>Раб. Цього я не соромлюсь: поля в кожного — своя.&lt;br /&gt;</w:t>
        <w:br/>
        <w:t>АХІЛЛ&lt;br /&gt;</w:t>
        <w:br/>
        <w:t>Але чий? Хіба Атріда: що його, те — не моє.&lt;br /&gt;</w:t>
        <w:br/>
        <w:t>СЛУГА&lt;br /&gt;</w:t>
        <w:br/>
        <w:t>Тіндареєві служив я, а тепер — його дочці.&lt;br /&gt;</w:t>
        <w:br/>
        <w:t>АХІЛЛ&lt;br /&gt;</w:t>
        <w:br/>
        <w:t>Стоїмо. Але навіщо ти мене перестрівав?&lt;br /&gt;</w:t>
        <w:br/>
        <w:t>СЛУГА&lt;br /&gt;</w:t>
        <w:br/>
        <w:t>Вас лиш двоє перед входом? Не підслухає ніхто?&lt;br /&gt;</w:t>
        <w:br/>
        <w:t>КЛІТЕМНЕСТРА&lt;br /&gt;</w:t>
        <w:br/>
        <w:t>Окрім нас, нема нікого… Ну, виходь же, говори.&lt;br /&gt;</w:t>
        <w:br/>
        <w:t>СЛУГА&lt;br /&gt;</w:t>
        <w:br/>
        <w:t>(виходячи з намету)&lt;br /&gt;</w:t>
        <w:br/>
        <w:t>Милих серцю порятуйте, доле, пильносте моя!&lt;br /&gt;</w:t>
        <w:br/>
        <w:t>АХІЛЛ&lt;br /&gt;</w:t>
        <w:br/>
        <w:t>Про близьку якусь, як видно, небезпеку піде річ.&lt;br /&gt;</w:t>
        <w:br/>
        <w:t>КЛ ІТЕМНЕСТРА&lt;br /&gt;</w:t>
        <w:br/>
        <w:t>(до слуги)&lt;br /&gt;</w:t>
        <w:br/>
        <w:t>Не хапай мене за руку. Що на серці — говори.&lt;br /&gt;</w:t>
        <w:br/>
        <w:t>СЛУГА&lt;br /&gt;</w:t>
        <w:br/>
        <w:t>860] Знаєш, як до тебе ставлюсь і до всіх твоїх дітей.&lt;br /&gt;</w:t>
        <w:br/>
        <w:t>КЛІТЕМНЕСТРА&lt;br /&gt;</w:t>
        <w:br/>
        <w:t>Знаю, старче, твою вірність, ти ж не перший рік у нас. [314]&lt;br /&gt;</w:t>
        <w:br/>
        <w:t>СЛУГА&lt;br /&gt;</w:t>
        <w:br/>
        <w:t>Я в Атрідовому домі — частка посагу твого.&lt;br /&gt;</w:t>
        <w:br/>
        <w:t>КЛІТЕМНЕСТРА&lt;br /&gt;</w:t>
        <w:br/>
        <w:t>Справді, ти зі мною в Аргос, давній мій слуго, прибув.&lt;br /&gt;</w:t>
        <w:br/>
        <w:t>СЛУГА&lt;br /&gt;</w:t>
        <w:br/>
        <w:t>Тож до тебе я зичливий, менше — до володаря.&lt;br /&gt;</w:t>
        <w:br/>
        <w:t>КЛІТЕМНЕСТРА&lt;br /&gt;</w:t>
        <w:br/>
        <w:t>Не мовчи ж, одкрий, нарешті, що сказати маєш нам!&lt;br /&gt;</w:t>
        <w:br/>
        <w:t>СЛУГА&lt;br /&gt;</w:t>
        <w:br/>
        <w:t>Батько власною рукою рідну доню хоче вбить.&lt;br /&gt;</w:t>
        <w:br/>
        <w:t>КЛІТЕМНЕСТРА&lt;br /&gt;</w:t>
        <w:br/>
        <w:t>Як же?.. Цур такому слову!.. Чи ти розуму рішивсь?&lt;br /&gt;</w:t>
        <w:br/>
        <w:t>СЛУГА&lt;br /&gt;</w:t>
        <w:br/>
        <w:t>Як?.. Мечем він білу шию безталанниці протне.&lt;br /&gt;</w:t>
        <w:br/>
        <w:t>КЛІТЕМНЕСТРА&lt;br /&gt;</w:t>
        <w:br/>
        <w:t>О нещасна я, нещасна!.. Збожеволів він, чи що?..&lt;br /&gt;</w:t>
        <w:br/>
        <w:t>СЛУГА&lt;br /&gt;</w:t>
        <w:br/>
        <w:t>870] Для чужих він має розум; загубив — лиш для своїх.&lt;br /&gt;</w:t>
        <w:br/>
        <w:t>КЛІТЕМНЕСТРА&lt;br /&gt;</w:t>
        <w:br/>
        <w:t>Що ж то сталось? Що за демон ошалілого жене?&lt;br /&gt;</w:t>
        <w:br/>
        <w:t>СЛУГА&lt;br /&gt;</w:t>
        <w:br/>
        <w:t>Віщуна, Калханта, слово: судна мусять одпливти…&lt;br /&gt;</w:t>
        <w:br/>
        <w:t>КЛІТЕМНЕСТРА&lt;br /&gt;</w:t>
        <w:br/>
        <w:t>А куди?.. Біда і неньці, й доні — батько вб'є її…&lt;br /&gt;</w:t>
        <w:br/>
        <w:t>СЛУГА&lt;br /&gt;</w:t>
        <w:br/>
        <w:t>В край дарданців, щоб Єлену Менелаєві вернуть.&lt;br /&gt;</w:t>
        <w:br/>
        <w:t>КЛІТЕМНЕСТРА&lt;br /&gt;</w:t>
        <w:br/>
        <w:t>За повернення Єлени… моїй доні — в груди меч?..&lt;br /&gt;</w:t>
        <w:br/>
        <w:t>СЛУГА&lt;br /&gt;</w:t>
        <w:br/>
        <w:t>Так. У жертву Артеміді батько доню принесе.&lt;br /&gt;</w:t>
        <w:br/>
        <w:t>КЛІТЕМНЕСТРА&lt;br /&gt;</w:t>
        <w:br/>
        <w:t>Ну, а шлюб — це тільки привід заманити нас сюди?&lt;br /&gt;</w:t>
        <w:br/>
        <w:t>СЛУГА&lt;br /&gt;</w:t>
        <w:br/>
        <w:t>Так. Щоб доню за Ахілла ти поквапилась оддать. [315]&lt;br /&gt;</w:t>
        <w:br/>
        <w:t>КЛІТЕМНЕСТРА&lt;br /&gt;</w:t>
        <w:br/>
        <w:t>Поспішали на весілля, а виходить — що на смерть…&lt;br /&gt;</w:t>
        <w:br/>
        <w:t>СЛУГА&lt;br /&gt;</w:t>
        <w:br/>
        <w:t>880] Бідні, бідні ви обоє!.. Задум владаря — жахний!&lt;br /&gt;</w:t>
        <w:br/>
        <w:t>КЛІТЕМНЕСТРА&lt;br /&gt;</w:t>
        <w:br/>
        <w:t>Гину, гину, нещаслива!.. Сліз не втримаю рясних…&lt;br /&gt;</w:t>
        <w:br/>
        <w:t>СЛУГА&lt;br /&gt;</w:t>
        <w:br/>
        <w:t>Ой, гіркі ті сльози неньки, що оплакує доньку!..&lt;br /&gt;</w:t>
        <w:br/>
        <w:t>КЛІТЕМНЕСТРА&lt;br /&gt;</w:t>
        <w:br/>
        <w:t>Але як ти, старче сивий, про таке дізнатись міг?&lt;br /&gt;</w:t>
        <w:br/>
        <w:t>СЛУГА&lt;br /&gt;</w:t>
        <w:br/>
        <w:t>Ще з одним листом до тебе муж твій вирядив мене.&lt;br /&gt;</w:t>
        <w:br/>
        <w:t>КЛІТЕМНЕСТРА&lt;br /&gt;</w:t>
        <w:br/>
        <w:t>На загибель кликав доню чи велів не приїжджать?&lt;br /&gt;</w:t>
        <w:br/>
        <w:t>СЛУГА&lt;br /&gt;</w:t>
        <w:br/>
        <w:t>Саме так — не приїжджати: він прозрів тоді на мить.&lt;br /&gt;</w:t>
        <w:br/>
        <w:t>КЛІТЕМНЕСТРА&lt;br /&gt;</w:t>
        <w:br/>
        <w:t>Але де ж той лист? Чому ти не вручив його мені?&lt;br /&gt;</w:t>
        <w:br/>
        <w:t>СЛУГА&lt;br /&gt;</w:t>
        <w:br/>
        <w:t>Менелай відняв у мене, винуватець тих нещасть.&lt;br /&gt;</w:t>
        <w:br/>
        <w:t>КЛІТЕМНЕСТРА&lt;br /&gt;</w:t>
        <w:br/>
        <w:t>Чуєш, паростку Пелея, сину жительки морів?&lt;br /&gt;</w:t>
        <w:br/>
        <w:t>АХІЛЛ&lt;br /&gt;</w:t>
        <w:br/>
        <w:t>890] Чую зойк твій, і нелегко на душі й мені, повір.&lt;br /&gt;</w:t>
        <w:br/>
        <w:t>КЛІТЕМНЕСТРА&lt;br /&gt;</w:t>
        <w:br/>
        <w:t>Набрехавши про щасливий шлюб з тобою, доню вб'ють.&lt;br /&gt;</w:t>
        <w:br/>
        <w:t>АХІЛЛ&lt;br /&gt;</w:t>
        <w:br/>
        <w:t>Я обурений не менше, і мене, кажу, болить.&lt;br /&gt;</w:t>
        <w:br/>
        <w:t>КЛІТЕМНЕСТРА&lt;br /&gt;</w:t>
        <w:br/>
        <w:t>Не соромитимусь нині впасти ниць тобі до ніг,&lt;br /&gt;</w:t>
        <w:br/>
        <w:t>Смертна, — синові богині: не до гордощів тепер,&lt;br /&gt;</w:t>
        <w:br/>
        <w:t>Та чого не стерпить ненька, щоб дитині помогти?&lt;br /&gt;</w:t>
        <w:br/>
        <w:t>Рятівну, Пеліде, руку ти мені подай і їй,&lt;br /&gt;</w:t>
        <w:br/>
        <w:t>Хоч вона тобі насправді не жона, та все ж, та все ж…&lt;br /&gt;</w:t>
        <w:br/>
        <w:t>Увінчавши, я для тебе привезла її сюди,&lt;br /&gt;</w:t>
        <w:br/>
        <w:t>А тепер — веду на жертву. То чи личило б тобі&lt;br /&gt;</w:t>
        <w:br/>
        <w:t>900] Не прийти на допомогу?.. Хай вас шлюб не пов'язав, — [316]&lt;br /&gt;</w:t>
        <w:br/>
        <w:t>Мужем бідного дівчати був ти названий таки!..&lt;br /&gt;</w:t>
        <w:br/>
        <w:t>Матір'ю молю, торкаюсь і правиці, і щоки:&lt;br /&gt;</w:t>
        <w:br/>
        <w:t>Нас ім'я твоє згубило — порятунком нашим будь!&lt;br /&gt;</w:t>
        <w:br/>
        <w:t>Мій вівтар — твої коліна: більше нікуди втекти.&lt;br /&gt;</w:t>
        <w:br/>
        <w:t>Друга жодного довкола. Сам ти чув жорсткі слова&lt;br /&gt;</w:t>
        <w:br/>
        <w:t>Агамемнона… Сам бачиш: от я опинилась тут,&lt;br /&gt;</w:t>
        <w:br/>
        <w:t>Жінка, серед мореплавців (грубий це, свавільний люд,&lt;br /&gt;</w:t>
        <w:br/>
        <w:t>Хоч і м'якне при бажанні). Подаси правицю нам —&lt;br /&gt;</w:t>
        <w:br/>
        <w:t>Порятуєш, а не схочеш — значить, ми загинули.&lt;br /&gt;</w:t>
        <w:br/>
        <w:t>ПРОВІДНИЦЯ ХОРУ&lt;br /&gt;</w:t>
        <w:br/>
        <w:t>910] О доле материнська!.. Ночі неспані!..&lt;br /&gt;</w:t>
        <w:br/>
        <w:t>Журитись діточками — спільний жереб наш.&lt;br /&gt;</w:t>
        <w:br/>
        <w:t>АХІЛЛ&lt;br /&gt;</w:t>
        <w:br/>
        <w:t>Високосяжний дух мій поривається&lt;br /&gt;</w:t>
        <w:br/>
        <w:t>До слави, та не сліпо: певні межі є&lt;br /&gt;</w:t>
        <w:br/>
        <w:t>В біді — для туги, в гараздах — для радості.&lt;br /&gt;</w:t>
        <w:br/>
        <w:t>Саме життя навчило, що розсудливість —&lt;br /&gt;</w:t>
        <w:br/>
        <w:t>Це найвірніша для людей супутниця.&lt;br /&gt;</w:t>
        <w:br/>
        <w:t>Буває так, що краще не вдаватися&lt;br /&gt;</w:t>
        <w:br/>
        <w:t>У роздуми; буває — слід задуматись.&lt;br /&gt;</w:t>
        <w:br/>
        <w:t>Хірона вихованець доброчесного,&lt;br /&gt;</w:t>
        <w:br/>
        <w:t>920] До щирості я звиклий, до відвертості.&lt;br /&gt;</w:t>
        <w:br/>
        <w:t>Й Атрідам, поки добре керуватимуть,&lt;br /&gt;</w:t>
        <w:br/>
        <w:t>Коритимусь, а ні — так не коритимусь.&lt;br /&gt;</w:t>
        <w:br/>
        <w:t>І тут, і в Трої, вільно виявляючи&lt;br /&gt;</w:t>
        <w:br/>
        <w:t>Свій хист, Ареса списом уславлятиму.&lt;br /&gt;</w:t>
        <w:br/>
        <w:t>Тобі ж, кого найближчі гірко скривдили,&lt;br /&gt;</w:t>
        <w:br/>
        <w:t>Повір, поспівчуваю в міру сил своїх&lt;br /&gt;</w:t>
        <w:br/>
        <w:t>І віку молодого: не віддасть під ніж&lt;br /&gt;</w:t>
        <w:br/>
        <w:t>Твоєї доні батько, не загине та,&lt;br /&gt;</w:t>
        <w:br/>
        <w:t>Що названа моєю: своїх підступів&lt;br /&gt;</w:t>
        <w:br/>
        <w:t>930] Ніхто моїм ім'ям вже не сплітатиме.&lt;br /&gt;</w:t>
        <w:br/>
        <w:t>Ім'я ж те, хоч заліза не піднять йому,&lt;br /&gt;</w:t>
        <w:br/>
        <w:t>Твою дитину вбило б, а причиною —&lt;br /&gt;</w:t>
        <w:br/>
        <w:t>Твій муж! Чи міг би чесним я вважатися,&lt;br /&gt;</w:t>
        <w:br/>
        <w:t>Якби через ту пастку — шлюб надуманий —&lt;br /&gt;</w:t>
        <w:br/>
        <w:t>Таких страждань зазнала бідна дівчина,&lt;br /&gt;</w:t>
        <w:br/>
        <w:t>Й при вівтарі, невинна, впасти мусила?&lt;br /&gt;</w:t>
        <w:br/>
        <w:t>Лякливішим од Менелая — од аргів'ян всіх,&lt;br /&gt;</w:t>
        <w:br/>
        <w:t>Якщо дозволю, щоб твій муж ім'ям моїм&lt;br /&gt;</w:t>
        <w:br/>
        <w:t>940] Для вбивства скористався. Присягаюся&lt;br /&gt;</w:t>
        <w:br/>
        <w:t>Нереєм, а живе він серед хвиль морських,&lt;br /&gt;</w:t>
        <w:br/>
        <w:t>Отець Фетіди, що мені життя дала, —&lt;br /&gt;</w:t>
        <w:br/>
        <w:t>Владар дочки не рушить, навіть шат її&lt;br /&gt;</w:t>
        <w:br/>
        <w:t>Не доторкнеться пальцем, а наважиться —&lt;br /&gt;</w:t>
        <w:br/>
        <w:t>Сіпіл хай процвітає, місто варварське,&lt;br /&gt;</w:t>
        <w:br/>
        <w:t>Гніздо вождів тамтешніх, а про Фтію хай&lt;br /&gt;</w:t>
        <w:br/>
        <w:t>Весь світ забуде — мовби й не було її! [317]&lt;br /&gt;</w:t>
        <w:br/>
        <w:t>Калхант же невеселий вжинок матиме&lt;br /&gt;</w:t>
        <w:br/>
        <w:t>З свого пророцтва. Що таке віщун, однак? —&lt;br /&gt;</w:t>
        <w:br/>
        <w:t>950] Багато він говорить, мало — вгадує,&lt;br /&gt;</w:t>
        <w:br/>
        <w:t>І все йому, бач, можна, все прощається.&lt;br /&gt;</w:t>
        <w:br/>
        <w:t>Не як жених кажу це (тисячі дівчат&lt;br /&gt;</w:t>
        <w:br/>
        <w:t>Дали б Ахіллу руку) — я обурений&lt;br /&gt;</w:t>
        <w:br/>
        <w:t>Зневагою до мене Агамемнона:&lt;br /&gt;</w:t>
        <w:br/>
        <w:t>Міг попросити, як хотів ім'ям моїм&lt;br /&gt;</w:t>
        <w:br/>
        <w:t>Дочку взять на приманку. Мати з радістю,&lt;br /&gt;</w:t>
        <w:br/>
        <w:t>Щоб заручить зі мною, привезла б її.&lt;br /&gt;</w:t>
        <w:br/>
        <w:t>А я, щоб лиш на Трою судна рушили,&lt;br /&gt;</w:t>
        <w:br/>
        <w:t>Елладі посприяв би й не відмовився&lt;br /&gt;</w:t>
        <w:br/>
        <w:t>960] Товаришам по зброї бути корисним.&lt;br /&gt;</w:t>
        <w:br/>
        <w:t>Але вожді, як бачу, мною нехтують:&lt;br /&gt;</w:t>
        <w:br/>
        <w:t>Добро чи кривду чинять, їм це байдуже.&lt;br /&gt;</w:t>
        <w:br/>
        <w:t>Та скоро меч мій, кров'ю зачервонений&lt;br /&gt;</w:t>
        <w:br/>
        <w:t>До Трої ще, покаже, чи безкарно хтось&lt;br /&gt;</w:t>
        <w:br/>
        <w:t>У мене б міг забрати твою донечку!..&lt;br /&gt;</w:t>
        <w:br/>
        <w:t>Тож будь спокійна! Бога в мені бачиш ти,&lt;br /&gt;</w:t>
        <w:br/>
        <w:t>Що може — хай не бог я — замінить його.&lt;br /&gt;</w:t>
        <w:br/>
        <w:t>ПРОВІДНИЦЯ ХОРУ&lt;br /&gt;</w:t>
        <w:br/>
        <w:t>Таке сказав ти, що й тебе прикрашує,&lt;br /&gt;</w:t>
        <w:br/>
        <w:t>Пеліде, й німфу моря — твою матінку.&lt;br /&gt;</w:t>
        <w:br/>
        <w:t>КЛІТЕМНЕСТРА&lt;br /&gt;</w:t>
        <w:br/>
        <w:t>970] О, як тут свою вдячність щиро висловить,&lt;br /&gt;</w:t>
        <w:br/>
        <w:t>Щоб ані надто пишна, ні скупа була?&lt;br /&gt;</w:t>
        <w:br/>
        <w:t>Бо благородні, коли надто хвалиш їх,&lt;br /&gt;</w:t>
        <w:br/>
        <w:t>Якусь огиду чують — одвертаються.&lt;br /&gt;</w:t>
        <w:br/>
        <w:t>Мені ж перед тобою плакать соромно&lt;br /&gt;</w:t>
        <w:br/>
        <w:t>Над власною журбою — не твоя ж вона.&lt;br /&gt;</w:t>
        <w:br/>
        <w:t>Проте, погодься, личить благородному&lt;br /&gt;</w:t>
        <w:br/>
        <w:t>Й чужого рятувати, що в біду попав.&lt;br /&gt;</w:t>
        <w:br/>
        <w:t>Ізмилосердись! Милосердя ж гідна я!..&lt;br /&gt;</w:t>
        <w:br/>
        <w:t>Гадала: ось якого зятя матиму! —&lt;br /&gt;</w:t>
        <w:br/>
        <w:t>980] Діждалася… Та раджу пильнуватися,&lt;br /&gt;</w:t>
        <w:br/>
        <w:t>Щоб на твоїм весіллі не позначилась&lt;br /&gt;</w:t>
        <w:br/>
        <w:t>Лихим знаменням смерть моєї донечки.&lt;br /&gt;</w:t>
        <w:br/>
        <w:t>Але й почав ти мову, і скінчив її&lt;br /&gt;</w:t>
        <w:br/>
        <w:t>На добрім слові; схочеш — доня житиме.&lt;br /&gt;</w:t>
        <w:br/>
        <w:t>Скажи лиш — до колін тобі впаде вона,&lt;br /&gt;</w:t>
        <w:br/>
        <w:t>Хай діві це не гоже, та скажи лишень —&lt;br /&gt;</w:t>
        <w:br/>
        <w:t>І прийде, соромливо зашарівшись,&lt;br /&gt;</w:t>
        <w:br/>
        <w:t>А чи без неї змилостишся?.. Хай собі&lt;br /&gt;</w:t>
        <w:br/>
        <w:t>Сидить удома: цнота — для цнотливої.&lt;br /&gt;</w:t>
        <w:br/>
        <w:t>990] А, може, соромливість недоречна тут? [318]&lt;br /&gt;</w:t>
        <w:br/>
        <w:t>АХІЛЛ&lt;br /&gt;</w:t>
        <w:br/>
        <w:t>Не треба, жінко, не веди дочки сюди,&lt;br /&gt;</w:t>
        <w:br/>
        <w:t>А то ще нас осудять необізнані —&lt;br /&gt;</w:t>
        <w:br/>
        <w:t>Тут є таких чимало: всі без діла, бач,&lt;br /&gt;</w:t>
        <w:br/>
        <w:t>Тож раді хоч язик свій помозолити.&lt;br /&gt;</w:t>
        <w:br/>
        <w:t>Хоч ти б і не прохала, все одно свого&lt;br /&gt;</w:t>
        <w:br/>
        <w:t>Доможешся: бо й сам я твердо вирішив&lt;br /&gt;</w:t>
        <w:br/>
        <w:t>Будь-що від того лиха врятувати вас.&lt;br /&gt;</w:t>
        <w:br/>
        <w:t>Одне затям гарненько: не брешу тобі.&lt;br /&gt;</w:t>
        <w:br/>
        <w:t>Коли ж таки брешу я, похваляюся —&lt;br /&gt;</w:t>
        <w:br/>
        <w:t>1000] Хай вмру! її рятунок — то життя моє.&lt;br /&gt;</w:t>
        <w:br/>
        <w:t>КЛІТЕМНЕСТРА&lt;br /&gt;</w:t>
        <w:br/>
        <w:t>В сприянні нещасливим хай щастить тобі!&lt;br /&gt;</w:t>
        <w:br/>
        <w:t>АХІЛЛ&lt;br /&gt;</w:t>
        <w:br/>
        <w:t>Послухай-но, щоб діло нам на лад пішло.&lt;br /&gt;</w:t>
        <w:br/>
        <w:t>КЛІТЕМНЕСТРА&lt;br /&gt;</w:t>
        <w:br/>
        <w:t>Кажи! Я кожне слово з твоїх уст ловлю.&lt;br /&gt;</w:t>
        <w:br/>
        <w:t>АХІЛЛ&lt;br /&gt;</w:t>
        <w:br/>
        <w:t>А що, як батька знову навернуть на ум?&lt;br /&gt;</w:t>
        <w:br/>
        <w:t>КЛІТЕМНЕСТРА&lt;br /&gt;</w:t>
        <w:br/>
        <w:t>Нікчему, що боїться війська власного?..&lt;br /&gt;</w:t>
        <w:br/>
        <w:t>АХІЛЛ&lt;br /&gt;</w:t>
        <w:br/>
        <w:t>І все ж слова — словами слід поборювать.&lt;br /&gt;</w:t>
        <w:br/>
        <w:t>КЛІТЕМНЕСТРА&lt;br /&gt;</w:t>
        <w:br/>
        <w:t>Слаба надія… Що ж робить, по-твоєму?&lt;br /&gt;</w:t>
        <w:br/>
        <w:t>АХІЛЛ&lt;br /&gt;</w:t>
        <w:br/>
        <w:t>Благай спочатку, щоб дочки не жертвував.&lt;br /&gt;</w:t>
        <w:br/>
        <w:t>А не вблагаєш, то до мене йди тоді.&lt;br /&gt;</w:t>
        <w:br/>
        <w:t>1010] Якби схиливсь він, то вже я не мусив би&lt;br /&gt;</w:t>
        <w:br/>
        <w:t>Втручатись — очевидна в цьому вигода:&lt;br /&gt;</w:t>
        <w:br/>
        <w:t>Не доведеться з другом посваритися,&lt;br /&gt;</w:t>
        <w:br/>
        <w:t>Не буде й люд військовий докорять мені,&lt;br /&gt;</w:t>
        <w:br/>
        <w:t>Що в справі тій не словом діяв — силою.&lt;br /&gt;</w:t>
        <w:br/>
        <w:t>Сама ти, врешті, й друзі твої втішаться,&lt;br /&gt;</w:t>
        <w:br/>
        <w:t>Коли без мене гарно все владнається.&lt;br /&gt;</w:t>
        <w:br/>
        <w:t>КЛІТЕМНЕСТРА&lt;br /&gt;</w:t>
        <w:br/>
        <w:t>Розумне слово! Поступлю, як радиш ти.&lt;br /&gt;</w:t>
        <w:br/>
        <w:t>А як не вдасться (всяке може трапитись),&lt;br /&gt;</w:t>
        <w:br/>
        <w:t>То де тебе шукати? Де знайти б могла&lt;br /&gt;</w:t>
        <w:br/>
        <w:t>1020] Твою правицю — бідних рятувальницю? [319]&lt;br /&gt;</w:t>
        <w:br/>
        <w:t>АХІЛЛ&lt;br /&gt;</w:t>
        <w:br/>
        <w:t>Я сам за ходом справи буду стежити,&lt;br /&gt;</w:t>
        <w:br/>
        <w:t>А ти журби своєї не винось лишень&lt;br /&gt;</w:t>
        <w:br/>
        <w:t>У табір, між данайців; дім отця свого&lt;br /&gt;</w:t>
        <w:br/>
        <w:t>Шануй: було б негоже насміхатися&lt;br /&gt;</w:t>
        <w:br/>
        <w:t>Над Тіндаресм, він-бо — гордість еллінів.&lt;br /&gt;</w:t>
        <w:br/>
        <w:t>КЛІТЕМНЕСТРА&lt;br /&gt;</w:t>
        <w:br/>
        <w:t>Хай так. Наказуй. Ну, а я — коритимусь.&lt;br /&gt;</w:t>
        <w:br/>
        <w:t>Якщо боги с дійсно — пощастить тобі,&lt;br /&gt;</w:t>
        <w:br/>
        <w:t>Правдивому, інакше — марний труд увесь.&lt;br /&gt;</w:t>
        <w:br/>
        <w:t>Виходять.</w:t>
      </w:r>
    </w:p>
    <w:p>
      <w:r>
        <w:br/>
        <w:t>СТАСИМ ТРЕТІЙ&lt;br /&gt;</w:t>
        <w:br/>
        <w:t>ХОР&lt;br /&gt;</w:t>
        <w:br/>
        <w:t>Строфа&lt;br /&gt;</w:t>
        <w:br/>
        <w:t>На весільнім ладу&lt;br /&gt;</w:t>
        <w:br/>
        <w:t>1030] Лотос лівійський солодко грав,&lt;br /&gt;</w:t>
        <w:br/>
        <w:t>Кликав до танцю кітар передзвін,&lt;br /&gt;</w:t>
        <w:br/>
        <w:t>Милі звуки дірчастих тростин&lt;br /&gt;</w:t>
        <w:br/>
        <w:t>Ген до неба злітали,&lt;br /&gt;</w:t>
        <w:br/>
        <w:t>Коли музи пишноволосі&lt;br /&gt;</w:t>
        <w:br/>
        <w:t>Злотом сандаль&lt;br /&gt;</w:t>
        <w:br/>
        <w:t>Пелія схили топтали, аби&lt;br /&gt;</w:t>
        <w:br/>
        <w:t>В колі богів розділити&lt;br /&gt;</w:t>
        <w:br/>
        <w:t>Учту на честь&lt;br /&gt;</w:t>
        <w:br/>
        <w:t>Славного шлюбу Пелея;&lt;br /&gt;</w:t>
        <w:br/>
        <w:t>1040] Гомоніли, голосисті,&lt;br /&gt;</w:t>
        <w:br/>
        <w:t>Про Фетіду й Еакіда —&lt;br /&gt;</w:t>
        <w:br/>
        <w:t>Спів їх чули й кентаврів крутизни,&lt;br /&gt;</w:t>
        <w:br/>
        <w:t>Й темні дебрі пелійські.&lt;br /&gt;</w:t>
        <w:br/>
        <w:t>А фрігієць, Дардана син —&lt;br /&gt;</w:t>
        <w:br/>
        <w:t>Зевсова втіха п'янка —&lt;br /&gt;</w:t>
        <w:br/>
        <w:t>Злотим кухлем вино черпав&lt;br /&gt;</w:t>
        <w:br/>
        <w:t>Із кратерів об'ємистих —&lt;br /&gt;</w:t>
        <w:br/>
        <w:t>Ганімед ніжнолиций.&lt;br /&gt;</w:t>
        <w:br/>
        <w:t>А на піску, що, мов сніг, білів,&lt;br /&gt;</w:t>
        <w:br/>
        <w:t>1050] П'ятдесят нереїд у танку&lt;br /&gt;</w:t>
        <w:br/>
        <w:t>Легконого вінком вились —&lt;br /&gt;</w:t>
        <w:br/>
        <w:t>Пару шлюбну вітали.&lt;br /&gt;</w:t>
        <w:br/>
        <w:t>Антистрофа&lt;br /&gt;</w:t>
        <w:br/>
        <w:t>Тут кентаври стрімкі&lt;br /&gt;</w:t>
        <w:br/>
        <w:t>В громі копит із списами в руках — [320]&lt;br /&gt;</w:t>
        <w:br/>
        <w:t>Соснами — вінчані свіжим гіллям,&lt;br /&gt;</w:t>
        <w:br/>
        <w:t>Між богів, на гостину, де Вакх&lt;br /&gt;</w:t>
        <w:br/>
        <w:t>Пінить вина, з'явились.&lt;br /&gt;</w:t>
        <w:br/>
        <w:t>І гукнули: "Донько Нерея!&lt;br /&gt;</w:t>
        <w:br/>
        <w:t>Вславиш навік&lt;br /&gt;</w:t>
        <w:br/>
        <w:t>1060] Землю Фессалії — сина спов'єш,&lt;br /&gt;</w:t>
        <w:br/>
        <w:t>Мудрий Хірон це провидів:&lt;br /&gt;</w:t>
        <w:br/>
        <w:t>"Трої сягне&lt;br /&gt;</w:t>
        <w:br/>
        <w:t>Він на чолі списоборців —&lt;br /&gt;</w:t>
        <w:br/>
        <w:t>Щитоносних мірмідонян,&lt;br /&gt;</w:t>
        <w:br/>
        <w:t>Щоб славетний край Пріама&lt;br /&gt;</w:t>
        <w:br/>
        <w:t>В прах повергнути силою зброї,&lt;br /&gt;</w:t>
        <w:br/>
        <w:t>Що із щирого злота&lt;br /&gt;</w:t>
        <w:br/>
        <w:t>Йому викує вмілець Гефест —&lt;br /&gt;</w:t>
        <w:br/>
        <w:t>Матері дар осяйний,&lt;br /&gt;</w:t>
        <w:br/>
        <w:t>1070] Німфи, що привела на світ,&lt;br /&gt;</w:t>
        <w:br/>
        <w:t>Сина богоподібного".&lt;br /&gt;</w:t>
        <w:br/>
        <w:t>Так боги святкували&lt;br /&gt;</w:t>
        <w:br/>
        <w:t>Високородної діви шлюб —&lt;br /&gt;</w:t>
        <w:br/>
        <w:t>Першої з-поміж сестер-німф&lt;br /&gt;</w:t>
        <w:br/>
        <w:t>Із Палеєм, володарем&lt;br /&gt;</w:t>
        <w:br/>
        <w:t>Фессалійського краю.</w:t>
      </w:r>
    </w:p>
    <w:p>
      <w:r>
        <w:br/>
        <w:t>ЕПОД&lt;br /&gt;</w:t>
        <w:br/>
        <w:t>Ну, а тобі,&lt;br /&gt;</w:t>
        <w:br/>
        <w:t>Діво, аргосці вінцем&lt;br /&gt;</w:t>
        <w:br/>
        <w:t>Пишноволосу голівку впов'ють,&lt;br /&gt;</w:t>
        <w:br/>
        <w:t>1080] Полохливій, наче сарні,&lt;br /&gt;</w:t>
        <w:br/>
        <w:t>Що верхогір'ями&lt;br /&gt;</w:t>
        <w:br/>
        <w:t>Вчора гасала ще.&lt;br /&gt;</w:t>
        <w:br/>
        <w:t>Людське тобі скривавлять горло,&lt;br /&gt;</w:t>
        <w:br/>
        <w:t>Зрослій не при дуді сільській,&lt;br /&gt;</w:t>
        <w:br/>
        <w:t>Не при співі пастушому —&lt;br /&gt;</w:t>
        <w:br/>
        <w:t>Ні, коло неньки-володарки,&lt;br /&gt;</w:t>
        <w:br/>
        <w:t>Щоб з Інахідів комусь&lt;br /&gt;</w:t>
        <w:br/>
        <w:t>Буть нареченою.&lt;br /&gt;</w:t>
        <w:br/>
        <w:t>Що ж тобі, діво, чеснота дасть?&lt;br /&gt;</w:t>
        <w:br/>
        <w:t>1090] Що — твоя соромливість?&lt;br /&gt;</w:t>
        <w:br/>
        <w:t>Тільки-но верх нечестивість бере,&lt;br /&gt;</w:t>
        <w:br/>
        <w:t>Люд, чесноту забувши,&lt;br /&gt;</w:t>
        <w:br/>
        <w:t>Топче закон беззаконністю,&lt;br /&gt;</w:t>
        <w:br/>
        <w:t>Та й не дбає, що гнів богів&lt;br /&gt;</w:t>
        <w:br/>
        <w:t>З неба громом ударить. [321]</w:t>
      </w:r>
    </w:p>
    <w:p>
      <w:r>
        <w:br/>
        <w:t>ЕПІСОДІЙ ЧЕТВЕРТИЙ&lt;br /&gt;</w:t>
        <w:br/>
        <w:t>Клітемнестра виходить з намету.&lt;br /&gt;</w:t>
        <w:br/>
        <w:t>КЛІТЕМНЕСТРА&lt;br /&gt;</w:t>
        <w:br/>
        <w:t>Надвір я вийшла — мужа виглядаю тут,&lt;br /&gt;</w:t>
        <w:br/>
        <w:t>Перед наметом: довго десь він бариться.&lt;br /&gt;</w:t>
        <w:br/>
        <w:t>Донька ж моя тим часом тільки сльози ллє&lt;br /&gt;</w:t>
        <w:br/>
        <w:t>Й жалі снує, нещасна, лиш довідалась,&lt;br /&gt;</w:t>
        <w:br/>
        <w:t>1100] Яку їй батько долю вготував гірку.&lt;br /&gt;</w:t>
        <w:br/>
        <w:t>Так от, про кого думка, той іде сюди,&lt;br /&gt;</w:t>
        <w:br/>
        <w:t>Владар наш, Агамемнон. Зараз викрию&lt;br /&gt;</w:t>
        <w:br/>
        <w:t>Супроти діток чорні батька задуми…&lt;br /&gt;</w:t>
        <w:br/>
        <w:t>Входить Агамемнон.&lt;br /&gt;</w:t>
        <w:br/>
        <w:t>АГАМЕМНОН&lt;br /&gt;</w:t>
        <w:br/>
        <w:t>Як добре, дочко Леди, що я стрів тебе&lt;br /&gt;</w:t>
        <w:br/>
        <w:t>Надворі: тут, без доні, поговоримо,&lt;br /&gt;</w:t>
        <w:br/>
        <w:t>Про те, чого й не треба нареченій чуть.&lt;br /&gt;</w:t>
        <w:br/>
        <w:t>КЛІТЕМНЕСТРА&lt;br /&gt;</w:t>
        <w:br/>
        <w:t>Яке ж то слово миті жде догідної?&lt;br /&gt;</w:t>
        <w:br/>
        <w:t>АГАМЕМНОН&lt;br /&gt;</w:t>
        <w:br/>
        <w:t>Скажи дочці, що з батьком їй іти пора:&lt;br /&gt;</w:t>
        <w:br/>
        <w:t>Освячено вже воду, в очисний вогонь&lt;br /&gt;</w:t>
        <w:br/>
        <w:t>1110] Ячмінь і сіль зернисту час нам кинути.&lt;br /&gt;</w:t>
        <w:br/>
        <w:t>Й телиці перед шлюбом слід зарізати,&lt;br /&gt;</w:t>
        <w:br/>
        <w:t>Щоб Артеміду кров'ю втішить чорною.&lt;br /&gt;</w:t>
        <w:br/>
        <w:t>КЛІТЕМНЕСТРА&lt;br /&gt;</w:t>
        <w:br/>
        <w:t>Говориш наче й гарно, що ж до діл твоїх,&lt;br /&gt;</w:t>
        <w:br/>
        <w:t>Не знаю справді, як назвать їх правильно.&lt;br /&gt;</w:t>
        <w:br/>
        <w:t>Виходить, доню, що задумав батько твій,&lt;br /&gt;</w:t>
        <w:br/>
        <w:t>Докладно знаєш. Огорнувши пеплосом,&lt;br /&gt;</w:t>
        <w:br/>
        <w:t>Бери й Ореста, доню, свого братика.&lt;br /&gt;</w:t>
        <w:br/>
        <w:t>Виходить Іфігенія з Орестом на руках.&lt;br /&gt;</w:t>
        <w:br/>
        <w:t>Ну ось перед тобою вже стоїть вона&lt;br /&gt;</w:t>
        <w:br/>
        <w:t>Слухняно. За обох я говоритиму.&lt;br /&gt;</w:t>
        <w:br/>
        <w:t>АГАМЕМНОН&lt;br /&gt;</w:t>
        <w:br/>
        <w:t>1120] Ти плачеш, доню? Вже мені не рада ти?&lt;br /&gt;</w:t>
        <w:br/>
        <w:t>Похнюпилась… Обличчя вкрила пеплосом…&lt;br /&gt;</w:t>
        <w:br/>
        <w:t>КЛІТЕМНЕСТРА&lt;br /&gt;</w:t>
        <w:br/>
        <w:t>О горе, горе!&lt;br /&gt;</w:t>
        <w:br/>
        <w:t>Не знаю, чим почати: серед бід моїх&lt;br /&gt;</w:t>
        <w:br/>
        <w:t>Ні більшої немає, ані меншої —&lt;br /&gt;</w:t>
        <w:br/>
        <w:t>Одна в одну, на мене йдуть навалою! [322]&lt;br /&gt;</w:t>
        <w:br/>
        <w:t>АГАМЕМНОН&lt;br /&gt;</w:t>
        <w:br/>
        <w:t>Та що таке, нарешті?.. Мовби змовились:&lt;br /&gt;</w:t>
        <w:br/>
        <w:t>Потуплюєте очі, брови хмурите!..&lt;br /&gt;</w:t>
        <w:br/>
        <w:t>КЛІТЕМНЕСТРА&lt;br /&gt;</w:t>
        <w:br/>
        <w:t>Даси, про що спитаю, щиру відповідь?&lt;br /&gt;</w:t>
        <w:br/>
        <w:t>АГАМЕМНОН&lt;br /&gt;</w:t>
        <w:br/>
        <w:t>Лише не манівцями — навпростець питай.&lt;br /&gt;</w:t>
        <w:br/>
        <w:t>КЛІТЕМНЕСТРА&lt;br /&gt;</w:t>
        <w:br/>
        <w:t>Мою й свою дитину вбити думаєш?&lt;br /&gt;</w:t>
        <w:br/>
        <w:t>АГАМЕМНОН&lt;br /&gt;</w:t>
        <w:br/>
        <w:t>1130] Жахливе слово!.. І спаде ж на ум таке!..&lt;br /&gt;</w:t>
        <w:br/>
        <w:t>КЛІТЕМНЕСТРА&lt;br /&gt;</w:t>
        <w:br/>
        <w:t>Не гарячись!..&lt;br /&gt;</w:t>
        <w:br/>
        <w:t>Даю питання — хочу вчути відповідь.&lt;br /&gt;</w:t>
        <w:br/>
        <w:t>АГАМЕМНОН&lt;br /&gt;</w:t>
        <w:br/>
        <w:t>Питай щось розумніше — відповім тоді.&lt;br /&gt;</w:t>
        <w:br/>
        <w:t>КЛІТЕМНЕСТРА&lt;br /&gt;</w:t>
        <w:br/>
        <w:t>Ти чув питання? Дай, нарешті, відповідь!&lt;br /&gt;</w:t>
        <w:br/>
        <w:t>АГАМЕМНОН&lt;br /&gt;</w:t>
        <w:br/>
        <w:t>О доле невблаганна!.. О мій жеребе!..&lt;br /&gt;</w:t>
        <w:br/>
        <w:t>КЛІТЕМНЕСТРА&lt;br /&gt;</w:t>
        <w:br/>
        <w:t>І мій, і доні: спільний для нещасних трьох!&lt;br /&gt;</w:t>
        <w:br/>
        <w:t>АГАМЕМНОН&lt;br /&gt;</w:t>
        <w:br/>
        <w:t>Тебе хтось кривдить?&lt;br /&gt;</w:t>
        <w:br/>
        <w:t>КЛІТЕМНЕСТРА&lt;br /&gt;</w:t>
        <w:br/>
        <w:t>Ти мене запитуєш?&lt;br /&gt;</w:t>
        <w:br/>
        <w:t>Ці хитрощі надмірні — вже не хитрощі.&lt;br /&gt;</w:t>
        <w:br/>
        <w:t>АГАМЕМНОН&lt;br /&gt;</w:t>
        <w:br/>
        <w:t>О горе!.. Що ховав я, те розкрилося…&lt;br /&gt;</w:t>
        <w:br/>
        <w:t>КЛІТЕМНЕСТРА&lt;br /&gt;</w:t>
        <w:br/>
        <w:t>Про все, що ти задумав, добре знала я,&lt;br /&gt;</w:t>
        <w:br/>
        <w:t>1140] Та й сам себе ти видав — і зітханнями,&lt;br /&gt;</w:t>
        <w:br/>
        <w:t>Й мовчанкою. Не мучся: слів не треба вже.&lt;br /&gt;</w:t>
        <w:br/>
        <w:t>АГАМЕМНОН&lt;br /&gt;</w:t>
        <w:br/>
        <w:t>Мовчу. Ні слова більше. Що то дасть мені&lt;br /&gt;</w:t>
        <w:br/>
        <w:t>Приточувать до горя ще й брехню якусь?.. [323]&lt;br /&gt;</w:t>
        <w:br/>
        <w:t>КЛІТЕМНЕСТРА&lt;br /&gt;</w:t>
        <w:br/>
        <w:t>Отож послухай. Зараз говоритиму.&lt;br /&gt;</w:t>
        <w:br/>
        <w:t>По суті, прямо в вічі та без натяків.&lt;br /&gt;</w:t>
        <w:br/>
        <w:t>Такий докір спочатку: за жону мене&lt;br /&gt;</w:t>
        <w:br/>
        <w:t>Ти взяв насильно, мужа мого першого,&lt;br /&gt;</w:t>
        <w:br/>
        <w:t>Тантала, вбивши, а тоді й дитя моє,&lt;br /&gt;</w:t>
        <w:br/>
        <w:t>Що до грудей тулилось, грубо вирвав ти&lt;br /&gt;</w:t>
        <w:br/>
        <w:t>1150] у мене та об землю вдарив з розмаху.&lt;br /&gt;</w:t>
        <w:br/>
        <w:t>А славні кіньми два близнята Зевсові,&lt;br /&gt;</w:t>
        <w:br/>
        <w:t>Брати мої, на тебе піднялись тоді,&lt;br /&gt;</w:t>
        <w:br/>
        <w:t>Й лиш Тіндарей, мій батько, врятував тебе,&lt;br /&gt;</w:t>
        <w:br/>
        <w:t>Благальника, — ти знову моїм мужем став.&lt;br /&gt;</w:t>
        <w:br/>
        <w:t>Примирена з тобою, — сам же свідком ти, —&lt;br /&gt;</w:t>
        <w:br/>
        <w:t>Дружиною була я бездоганною:&lt;br /&gt;</w:t>
        <w:br/>
        <w:t>В любові незрадлива й до майна твого&lt;br /&gt;</w:t>
        <w:br/>
        <w:t>Ощадлива; чи з дому виїжджав кудись,&lt;br /&gt;</w:t>
        <w:br/>
        <w:t>А чи вертався — дбала я про спокій твій.&lt;br /&gt;</w:t>
        <w:br/>
        <w:t>1160] Таку дружину мати — щастя рідкісне,&lt;br /&gt;</w:t>
        <w:br/>
        <w:t>Зате нерідко — на поганій женяться.&lt;br /&gt;</w:t>
        <w:br/>
        <w:t>Тобі трьох доньок народила й сина ще;&lt;br /&gt;</w:t>
        <w:br/>
        <w:t>З тих трьох одну зарізать ти намірився.&lt;br /&gt;</w:t>
        <w:br/>
        <w:t>Спитав би хтось: "Для чого?" Що відмовиш ти?&lt;br /&gt;</w:t>
        <w:br/>
        <w:t>Чи я скажу? — Щоб брат твій, Менелай, вернув&lt;br /&gt;</w:t>
        <w:br/>
        <w:t>Єлену?.. Гарний звичай: за розпусницю&lt;br /&gt;</w:t>
        <w:br/>
        <w:t>Розплачуватись дітьми!.. За ненависне —&lt;br /&gt;</w:t>
        <w:br/>
        <w:t>Давати найрідніше, найдорожче нам!..&lt;br /&gt;</w:t>
        <w:br/>
        <w:t>От рушиш ти походом, дім покинувши&lt;br /&gt;</w:t>
        <w:br/>
        <w:t>1170] Й мене у ньому — певно, й не на рік один, —&lt;br /&gt;</w:t>
        <w:br/>
        <w:t>То як, гадаєш, як я почуватимусь,&lt;br /&gt;</w:t>
        <w:br/>
        <w:t>Покої всі безлюдні споглядаючи…&lt;br /&gt;</w:t>
        <w:br/>
        <w:t>Дівочі, спорожнілі?.. Одинцем у них&lt;br /&gt;</w:t>
        <w:br/>
        <w:t>Сидіти буду, плакать і жалі снувать:&lt;br /&gt;</w:t>
        <w:br/>
        <w:t>"Це батько, рідний батько, моя донечко,&lt;br /&gt;</w:t>
        <w:br/>
        <w:t>Убив тебе — не інша, не чужа рука&lt;br /&gt;</w:t>
        <w:br/>
        <w:t>Наш дім обдарувала горем-тугою!.."&lt;br /&gt;</w:t>
        <w:br/>
        <w:t>Завваж: найменший привід — і жона твоя&lt;br /&gt;</w:t>
        <w:br/>
        <w:t>З твоїми, що в живих зостались, доньками&lt;br /&gt;</w:t>
        <w:br/>
        <w:t>1180] Тебе, як заслужив ти, може стрінути.&lt;br /&gt;</w:t>
        <w:br/>
        <w:t>Богами заклинаю: мого гніву ти&lt;br /&gt;</w:t>
        <w:br/>
        <w:t>На себе не накликуй, гнівний сам не будь!&lt;br /&gt;</w:t>
        <w:br/>
        <w:t>Гаразд. Уб'єш дитину. А богів про що&lt;br /&gt;</w:t>
        <w:br/>
        <w:t>Молитимеш за вбивством? Про повернення&lt;br /&gt;</w:t>
        <w:br/>
        <w:t>Ганебне, як ганебним був до Трої шлях?&lt;br /&gt;</w:t>
        <w:br/>
        <w:t>Але чи вправі я добра бажать тобі?..&lt;br /&gt;</w:t>
        <w:br/>
        <w:t>Богів за нерозумних уважала б я,&lt;br /&gt;</w:t>
        <w:br/>
        <w:t>Для дітогубця ласки в них благаючи.&lt;br /&gt;</w:t>
        <w:br/>
        <w:t>Дітей своїх обняв би, повернувшися?&lt;br /&gt;</w:t>
        <w:br/>
        <w:t>1190] О ні! Не мав би права: дітовбицеві&lt;br /&gt;</w:t>
        <w:br/>
        <w:t>Котра, скажи, дитина в вічі б глянула? [324]&lt;br /&gt;</w:t>
        <w:br/>
        <w:t>На це ти зважив? Чи живеш одним лишень:&lt;br /&gt;</w:t>
        <w:br/>
        <w:t>Аби лиш берло — й військом верховодити?&lt;br /&gt;</w:t>
        <w:br/>
        <w:t>А мав би до аргів'ян так звернутися:&lt;br /&gt;</w:t>
        <w:br/>
        <w:t>"Пливти, ахейці, треба вам до Фрігії? —&lt;br /&gt;</w:t>
        <w:br/>
        <w:t>Хай жереб чиюсь доню в жертву вибере".&lt;br /&gt;</w:t>
        <w:br/>
        <w:t>Було. б це справедливо. Ти ж один рішив&lt;br /&gt;</w:t>
        <w:br/>
        <w:t>Під ніж оддать данайцям свою донечку.&lt;br /&gt;</w:t>
        <w:br/>
        <w:t>Та, врешті, й Герміону задля матері&lt;br /&gt;</w:t>
        <w:br/>
        <w:t>1200] Міг Менелай убити, раз пішло на те.&lt;br /&gt;</w:t>
        <w:br/>
        <w:t>Мені, дружині вірній, доню втратити,&lt;br /&gt;</w:t>
        <w:br/>
        <w:t>Щоб повернуть повію, щоб, дитя своє&lt;br /&gt;</w:t>
        <w:br/>
        <w:t>Зберігши, в Спарті гоже зажила вона?..&lt;br /&gt;</w:t>
        <w:br/>
        <w:t>Ну, що? Чи помиляюсь? Щось не так кажу?&lt;br /&gt;</w:t>
        <w:br/>
        <w:t>Коли ж права я — не вбивай же донечки&lt;br /&gt;</w:t>
        <w:br/>
        <w:t>Твоєї і моєї!.. Будь розсудливий!..&lt;br /&gt;</w:t>
        <w:br/>
        <w:t>ПРОВІДНИЦЯ ХОРУ&lt;br /&gt;</w:t>
        <w:br/>
        <w:t>Дитя порятувати, Агамемноне, —&lt;br /&gt;</w:t>
        <w:br/>
        <w:t>Почесне діло. Кожен з цим погодиться.&lt;br /&gt;</w:t>
        <w:br/>
        <w:t>ІФІГЕНІЯ&lt;br /&gt;</w:t>
        <w:br/>
        <w:t>Якби-то в мене, батьку, був Орфея дар,&lt;br /&gt;</w:t>
        <w:br/>
        <w:t>1210] Щоб камінь зворушити словом-піснею,&lt;br /&gt;</w:t>
        <w:br/>
        <w:t>Щоб розм'якшити ним могла я будь-коли, —&lt;br /&gt;</w:t>
        <w:br/>
        <w:t>До нього б я вдалася. Ба, в сльозах лишень —&lt;br /&gt;</w:t>
        <w:br/>
        <w:t>Уся моя вимовність, весь мій хист у них.&lt;br /&gt;</w:t>
        <w:br/>
        <w:t>Немов та гілка у руках благальників,&lt;br /&gt;</w:t>
        <w:br/>
        <w:t>До ніг тобі хилюся — рідна кров твоя:&lt;br /&gt;</w:t>
        <w:br/>
        <w:t>Не убивай завчасно!.. Надивитись дай&lt;br /&gt;</w:t>
        <w:br/>
        <w:t>На сонце!.. В млу підземну не жени мене!&lt;br /&gt;</w:t>
        <w:br/>
        <w:t>Тебе ж я перша називала батеньком,&lt;br /&gt;</w:t>
        <w:br/>
        <w:t>Ти — донею; я перша до колін твоїх&lt;br /&gt;</w:t>
        <w:br/>
        <w:t>1220] Горнулась, та й до мене пригортався ти&lt;br /&gt;</w:t>
        <w:br/>
        <w:t>І мовив: "Чи побачу тебе замужем&lt;br /&gt;</w:t>
        <w:br/>
        <w:t>У цвіті літ, у щасті — доньку владаря?&lt;br /&gt;</w:t>
        <w:br/>
        <w:t>І тут же, підборіддя твоє гладячи&lt;br /&gt;</w:t>
        <w:br/>
        <w:t>Рукою, як от зараз, відмовляла я:&lt;br /&gt;</w:t>
        <w:br/>
        <w:t>"Якби ж то і тебе я, сивочолого,&lt;br /&gt;</w:t>
        <w:br/>
        <w:t>Могла в своєму домі доглядать колись,&lt;br /&gt;</w:t>
        <w:br/>
        <w:t>Тобі за ласку вдячна щиру, батьківську!"&lt;br /&gt;</w:t>
        <w:br/>
        <w:t>Слова ті чую, мовби нині мовились…&lt;br /&gt;</w:t>
        <w:br/>
        <w:t>А ти забув їх. Ти готуєш смерть мені…&lt;br /&gt;</w:t>
        <w:br/>
        <w:t>1230] Молю Пелопом і Атреєм — предками,&lt;br /&gt;</w:t>
        <w:br/>
        <w:t>І матір'ю, що в муках привела мене&lt;br /&gt;</w:t>
        <w:br/>
        <w:t>На світ, і вдруге має настраждатися!&lt;br /&gt;</w:t>
        <w:br/>
        <w:t>Та й що мені до того, що Паріс украв&lt;br /&gt;</w:t>
        <w:br/>
        <w:t>Єлену?.. Звідки взявсь він на біду мою?&lt;br /&gt;</w:t>
        <w:br/>
        <w:t>Поглянь на мене, батьку, поцілуй дочку,&lt;br /&gt;</w:t>
        <w:br/>
        <w:t>Щоб одійшла я із життя з тим приданим,&lt;br /&gt;</w:t>
        <w:br/>
        <w:t>Коли моїм благанням не зворушишся. [325]&lt;br /&gt;</w:t>
        <w:br/>
        <w:t>Мій братику! Хай рано ще вступатися&lt;br /&gt;</w:t>
        <w:br/>
        <w:t>Тобі за друзів, — слізьми долю сестрину&lt;br /&gt;</w:t>
        <w:br/>
        <w:t>1240] Вимолюй в батька! Є передчуття якесь&lt;br /&gt;</w:t>
        <w:br/>
        <w:t>Біди й у немовляти нетямущого.&lt;br /&gt;</w:t>
        <w:br/>
        <w:t>Дитя тебе ось молить, батьку, поглядом.&lt;br /&gt;</w:t>
        <w:br/>
        <w:t>То змилостися, пощади життя моє!&lt;br /&gt;</w:t>
        <w:br/>
        <w:t>Обоє, твої рідні, слізно просимо —&lt;br /&gt;</w:t>
        <w:br/>
        <w:t>Малий синок твій, з ним і я, доросліша.&lt;br /&gt;</w:t>
        <w:br/>
        <w:t>Одним ще словом охоплю все сказане:&lt;br /&gt;</w:t>
        <w:br/>
        <w:t>Для смертних наймиліше — сонце бачити;&lt;br /&gt;</w:t>
        <w:br/>
        <w:t>Хто вмер — нічим став. Безум — смерті прагнути:&lt;br /&gt;</w:t>
        <w:br/>
        <w:t>Життя погане — краще смерті славної.&lt;br /&gt;</w:t>
        <w:br/>
        <w:t>ПРОВІДНИЦЯ ХОРУ&lt;br /&gt;</w:t>
        <w:br/>
        <w:t>1250] Єлено підла! Через тебе й хіть твою&lt;br /&gt;</w:t>
        <w:br/>
        <w:t>Така біда Атріду й діточкам його!..&lt;br /&gt;</w:t>
        <w:br/>
        <w:t>АГАМЕМНОН&lt;br /&gt;</w:t>
        <w:br/>
        <w:t>І співчувати вмію, і суворим буть,&lt;br /&gt;</w:t>
        <w:br/>
        <w:t>Люблю й дітей, як кожен, хто при розумі.&lt;br /&gt;</w:t>
        <w:br/>
        <w:t>Зробити крок цей, жінко, не наважуся,&lt;br /&gt;</w:t>
        <w:br/>
        <w:t>Бо страшно; не зробити — то ще більший страх.&lt;br /&gt;</w:t>
        <w:br/>
        <w:t>Погляньте, скільки суден бойових стоїть&lt;br /&gt;</w:t>
        <w:br/>
        <w:t>В Авліді! Скільки міднозбройних воїнів!&lt;br /&gt;</w:t>
        <w:br/>
        <w:t>Не попливуть на Трою, не зруйнують там&lt;br /&gt;</w:t>
        <w:br/>
        <w:t>Осель високих, поки — так віщун прорік —&lt;br /&gt;</w:t>
        <w:br/>
        <w:t>1260] Дочки не вб'ю своєї на жертовнику.&lt;br /&gt;</w:t>
        <w:br/>
        <w:t>Жагою пройнялося військо еллінське —&lt;br /&gt;</w:t>
        <w:br/>
        <w:t>Пливти чимшвидше і провчити варварів&lt;br /&gt;</w:t>
        <w:br/>
        <w:t>За те, що в греків жінку сміли викрасти.&lt;br /&gt;</w:t>
        <w:br/>
        <w:t>Уб'ють, я певен, моїх дочок в Аргосі,&lt;br /&gt;</w:t>
        <w:br/>
        <w:t>І вас зі мною, хай лиш, як Калхант велить,&lt;br /&gt;</w:t>
        <w:br/>
        <w:t>Богині не вшаную. Тож не брат мене,&lt;br /&gt;</w:t>
        <w:br/>
        <w:t>Не Менелай до вбивства, доню, змушує —&lt;br /&gt;</w:t>
        <w:br/>
        <w:t>Еллада: задля неї мушу жертвувать&lt;br /&gt;</w:t>
        <w:br/>
        <w:t>Тобою проти волі… Я безрадний тут.&lt;br /&gt;</w:t>
        <w:br/>
        <w:t>1270] її свободі кожен з нас покликаний,&lt;br /&gt;</w:t>
        <w:br/>
        <w:t>І ти, і я, служити! Жоден варвар хай&lt;br /&gt;</w:t>
        <w:br/>
        <w:t>Жони не сміє викрадати в еллінів!&lt;br /&gt;</w:t>
        <w:br/>
        <w:t>(Відходить).&lt;br /&gt;</w:t>
        <w:br/>
        <w:t>КЛІТЕМНЕСТРА&lt;br /&gt;</w:t>
        <w:br/>
        <w:t>О дитино моя! О прибулі жінки!&lt;br /&gt;</w:t>
        <w:br/>
        <w:t>Твоя доля жахна мені душу рве!&lt;br /&gt;</w:t>
        <w:br/>
        <w:t>Отакий-то твій батько: дитя своє&lt;br /&gt;</w:t>
        <w:br/>
        <w:t>Посилає в Аїд!..&lt;br /&gt;</w:t>
        <w:br/>
        <w:t>ІФІГЕНІЯ&lt;br /&gt;</w:t>
        <w:br/>
        <w:t>Ох, біда мені, нене! Журбу одну&lt;br /&gt;</w:t>
        <w:br/>
        <w:t>Снуємо нині разом востаннє вже: [326]&lt;br /&gt;</w:t>
        <w:br/>
        <w:t>Не побачу ні дня,&lt;br /&gt;</w:t>
        <w:br/>
        <w:t>1280] Ні проміння сонця ясного!..&lt;br /&gt;</w:t>
        <w:br/>
        <w:t>О горе нам!..&lt;br /&gt;</w:t>
        <w:br/>
        <w:t>Зарості Фрігії, снігом притрушені,&lt;br /&gt;</w:t>
        <w:br/>
        <w:t>Гориста Ідо,&lt;br /&gt;</w:t>
        <w:br/>
        <w:t>Де Пріам колись ніжне дитя поклав,&lt;br /&gt;</w:t>
        <w:br/>
        <w:t>Од материнського лона відірване,&lt;br /&gt;</w:t>
        <w:br/>
        <w:t>Щоб загибало там, — був це Паріс, кому&lt;br /&gt;</w:t>
        <w:br/>
        <w:t>Ймення їдейського дано фрігійцями, —&lt;br /&gt;</w:t>
        <w:br/>
        <w:t>Нащо ти його зростила,&lt;br /&gt;</w:t>
        <w:br/>
        <w:t>Пастуха між пастухів, —&lt;br /&gt;</w:t>
        <w:br/>
        <w:t>1290] Александра-красеня&lt;br /&gt;</w:t>
        <w:br/>
        <w:t>Серед блискучих джерел, де грайливі&lt;br /&gt;</w:t>
        <w:br/>
        <w:t>Сходяться німфи,&lt;br /&gt;</w:t>
        <w:br/>
        <w:t>Де луги буйнотраві,&lt;br /&gt;</w:t>
        <w:br/>
        <w:t>Де троянди квітують&lt;br /&gt;</w:t>
        <w:br/>
        <w:t>І гіацинти —&lt;br /&gt;</w:t>
        <w:br/>
        <w:t>На віночки для богинь?..&lt;br /&gt;</w:t>
        <w:br/>
        <w:t>Якось прийшли туди: Пеллада,&lt;br /&gt;</w:t>
        <w:br/>
        <w:t>Скора до підступів Кіпріда,&lt;br /&gt;</w:t>
        <w:br/>
        <w:t>Й Зевсів посланець — Гермес.&lt;br /&gt;</w:t>
        <w:br/>
        <w:t>1300] Серця жагою — Кіпріда горда,&lt;br /&gt;</w:t>
        <w:br/>
        <w:t>Списом сяючим — Паллада,&lt;br /&gt;</w:t>
        <w:br/>
        <w:t>Гера — шлюбом із верховним&lt;br /&gt;</w:t>
        <w:br/>
        <w:t>Повелителем — Зевсом.&lt;br /&gt;</w:t>
        <w:br/>
        <w:t>Спір завели там, котрій належить&lt;br /&gt;</w:t>
        <w:br/>
        <w:t>Першість у вроді, — мені на загибель:&lt;br /&gt;</w:t>
        <w:br/>
        <w:t>Лишень тоді данайці рушать суднами,&lt;br /&gt;</w:t>
        <w:br/>
        <w:t>Як Артеміді жертву принесуть людську.&lt;br /&gt;</w:t>
        <w:br/>
        <w:t>А хто зродив мене, нещасну,&lt;br /&gt;</w:t>
        <w:br/>
        <w:t>Матінко, матінко,&lt;br /&gt;</w:t>
        <w:br/>
        <w:t>1310] Той пішов, покинув доню…&lt;br /&gt;</w:t>
        <w:br/>
        <w:t>Пропала я, побачивши&lt;br /&gt;</w:t>
        <w:br/>
        <w:t>Горе-Єлену, красуню кляту!..&lt;br /&gt;</w:t>
        <w:br/>
        <w:t>Протне мене, вкладе мене&lt;br /&gt;</w:t>
        <w:br/>
        <w:t>Злочинний ніж на веління батька-злочинника!&lt;br /&gt;</w:t>
        <w:br/>
        <w:t>Хай би в Авліду тісну&lt;br /&gt;</w:t>
        <w:br/>
        <w:t>Не пливли кораблі мідноносні&lt;br /&gt;</w:t>
        <w:br/>
        <w:t>Перед тим, як у Трою дальню&lt;br /&gt;</w:t>
        <w:br/>
        <w:t>Переправити люд оружний!&lt;br /&gt;</w:t>
        <w:br/>
        <w:t>Хай на Евріп не слав би&lt;br /&gt;</w:t>
        <w:br/>
        <w:t>1320] Супротивного подуву Зевс, що з висот&lt;br /&gt;</w:t>
        <w:br/>
        <w:t>На свій розсуд чергує людям вітри:&lt;br /&gt;</w:t>
        <w:br/>
        <w:t>Ходовий шле одним,&lt;br /&gt;</w:t>
        <w:br/>
        <w:t>Несприятливий — іншим, а ще комусь —&lt;br /&gt;</w:t>
        <w:br/>
        <w:t>Віє згубним: хто парус підняв, хто — спустив.&lt;br /&gt;</w:t>
        <w:br/>
        <w:t>Хто — без діла сидить.&lt;br /&gt;</w:t>
        <w:br/>
        <w:t>Горе тобі, роде нещасних людей-одноднівок!&lt;br /&gt;</w:t>
        <w:br/>
        <w:t>Так уже випало кожному смертному —&lt;br /&gt;</w:t>
        <w:br/>
        <w:t>Лиха зазнати!.. [327]&lt;br /&gt;</w:t>
        <w:br/>
        <w:t>Гай-гай! Які ж то біди всім нам, еллінам,&lt;br /&gt;</w:t>
        <w:br/>
        <w:t>1330] Тіндаріда принесла!..&lt;br /&gt;</w:t>
        <w:br/>
        <w:t>ПРОВІДНИЦЯ ХОРУ&lt;br /&gt;</w:t>
        <w:br/>
        <w:t>Твоєму горю співчуваю глибоко.&lt;br /&gt;</w:t>
        <w:br/>
        <w:t>Якби ж тебе той присуд оминути міг!&lt;br /&gt;</w:t>
        <w:br/>
        <w:t>ІФІГЕНІЯ&lt;br /&gt;</w:t>
        <w:br/>
        <w:t>Нене, воїнів я бачу… Йдуть сюди… Багато їх!&lt;br /&gt;</w:t>
        <w:br/>
        <w:t>КЛІТЕМНЕСТРА&lt;br /&gt;</w:t>
        <w:br/>
        <w:t>І богині син між ними. Ти ж до нього прибула.&lt;br /&gt;</w:t>
        <w:br/>
        <w:t>ІФІГЕНІЯ&lt;br /&gt;</w:t>
        <w:br/>
        <w:t>Відчиніть, служниці, двері, хай сховаюся мерщій!&lt;br /&gt;</w:t>
        <w:br/>
        <w:t>КЛІТЕМНЕСТРА&lt;br /&gt;</w:t>
        <w:br/>
        <w:t>Ти тікаєш?..&lt;br /&gt;</w:t>
        <w:br/>
        <w:t>ІФІГЕНІЯ&lt;br /&gt;</w:t>
        <w:br/>
        <w:t>Бо Ахілла, матінко, соромлюся.&lt;br /&gt;</w:t>
        <w:br/>
        <w:t>КЛІТЕМНЕСТРА&lt;br /&gt;</w:t>
        <w:br/>
        <w:t>А чому ж то?&lt;br /&gt;</w:t>
        <w:br/>
        <w:t>ІФІГЕНІЯ&lt;br /&gt;</w:t>
        <w:br/>
        <w:t>Бач, не вийшло з мене нареченої.&lt;br /&gt;</w:t>
        <w:br/>
        <w:t>КЛІТЕМНЕСТРА&lt;br /&gt;</w:t>
        <w:br/>
        <w:t>Все це — жарт супроти того, що загрожує тобі,&lt;br /&gt;</w:t>
        <w:br/>
        <w:t>Доню люба! Що тут сором? Таж ідеться про життя!&lt;br /&gt;</w:t>
        <w:br/>
        <w:t>АХІЛЛ&lt;br /&gt;</w:t>
        <w:br/>
        <w:t>1340] О нещасна донько Леди…&lt;br /&gt;</w:t>
        <w:br/>
        <w:t>КЛІТЕМНЕСТРА&lt;br /&gt;</w:t>
        <w:br/>
        <w:t>Справді ти не помиливсь.&lt;br /&gt;</w:t>
        <w:br/>
        <w:t>АХІЛЛ&lt;br /&gt;</w:t>
        <w:br/>
        <w:t>Чув жахне я між аргів'ян…&lt;br /&gt;</w:t>
        <w:br/>
        <w:t>КЛІТЕМНЕСТРА&lt;br /&gt;</w:t>
        <w:br/>
        <w:t>А що саме? Говори!&lt;br /&gt;</w:t>
        <w:br/>
        <w:t>АХІЛЛ&lt;br /&gt;</w:t>
        <w:br/>
        <w:t>Що дочку твою…&lt;br /&gt;</w:t>
        <w:br/>
        <w:t>КЛІТЕМНЕСТРА&lt;br /&gt;</w:t>
        <w:br/>
        <w:t>Початок не провіщує добра…&lt;br /&gt;</w:t>
        <w:br/>
        <w:t>АХІЛЛ&lt;br /&gt;</w:t>
        <w:br/>
        <w:t>Треба вбити… [328]&lt;br /&gt;</w:t>
        <w:br/>
        <w:t>КЛІТЕМНЕСТРА&lt;br /&gt;</w:t>
        <w:br/>
        <w:t>Горе, горе!.. Й не спротивився ніхто?&lt;br /&gt;</w:t>
        <w:br/>
        <w:t>АХІЛЛ&lt;br /&gt;</w:t>
        <w:br/>
        <w:t>Я один лише насміливсь.&lt;br /&gt;</w:t>
        <w:br/>
        <w:t>КЛІТЕМНЕСТРА&lt;br /&gt;</w:t>
        <w:br/>
        <w:t>Чи й тобі грозило щось?&lt;br /&gt;</w:t>
        <w:br/>
        <w:t>АХІЛЛ&lt;br /&gt;</w:t>
        <w:br/>
        <w:t>Ледь камінням не побили.&lt;br /&gt;</w:t>
        <w:br/>
        <w:t>КЛІТЕМНЕСТРА&lt;br /&gt;</w:t>
        <w:br/>
        <w:t>Лиш за те, що заступивсь?&lt;br /&gt;</w:t>
        <w:br/>
        <w:t>АХІЛЛ&lt;br /&gt;</w:t>
        <w:br/>
        <w:t>Лиш за те.&lt;br /&gt;</w:t>
        <w:br/>
        <w:t>КЛІТЕМНЕСТРА&lt;br /&gt;</w:t>
        <w:br/>
        <w:t>А хто б на тебе руку зважився піднять?&lt;br /&gt;</w:t>
        <w:br/>
        <w:t>АХІЛЛ&lt;br /&gt;</w:t>
        <w:br/>
        <w:t>Всі ахейці.&lt;br /&gt;</w:t>
        <w:br/>
        <w:t>КЛІТЕМНЕСТРА&lt;br /&gt;</w:t>
        <w:br/>
        <w:t>А з тобою мірмідонян не було?&lt;br /&gt;</w:t>
        <w:br/>
        <w:t>АХІЛЛ&lt;br /&gt;</w:t>
        <w:br/>
        <w:t>Ті насамперед повстали проти мене…&lt;br /&gt;</w:t>
        <w:br/>
        <w:t>КЛІТЕМНЕСТРА&lt;br /&gt;</w:t>
        <w:br/>
        <w:t>Горе нам!..&lt;br /&gt;</w:t>
        <w:br/>
        <w:t>АХІЛЛ&lt;br /&gt;</w:t>
        <w:br/>
        <w:t>Молодій, мовляв, піддався…&lt;br /&gt;</w:t>
        <w:br/>
        <w:t>КЛІТЕМНЕСТРА&lt;br /&gt;</w:t>
        <w:br/>
        <w:t>Ну, а ти їм що на те?&lt;br /&gt;</w:t>
        <w:br/>
        <w:t>АХІЛЛ&lt;br /&gt;</w:t>
        <w:br/>
        <w:t>1350] "Не вбивайте — кажу — діви…&lt;br /&gt;</w:t>
        <w:br/>
        <w:t>КЛІТЕМНЕСТРА&lt;br /&gt;</w:t>
        <w:br/>
        <w:t>Справедливо мовив ти!&lt;br /&gt;</w:t>
        <w:br/>
        <w:t>АХІЛЛ&lt;br /&gt;</w:t>
        <w:br/>
        <w:t>Заручив нас батько, владар!.."&lt;br /&gt;</w:t>
        <w:br/>
        <w:t>КЛІТЕМНЕСТРА&lt;br /&gt;</w:t>
        <w:br/>
        <w:t>І спровадив з Аргосу.&lt;br /&gt;</w:t>
        <w:br/>
        <w:t>АХІЛЛ&lt;br /&gt;</w:t>
        <w:br/>
        <w:t>Та мене перекричали. [329]&lt;br /&gt;</w:t>
        <w:br/>
        <w:t>КЛІТЕМНЕСТРА&lt;br /&gt;</w:t>
        <w:br/>
        <w:t>Звісно, натовп — річ страшна!&lt;br /&gt;</w:t>
        <w:br/>
        <w:t>АХІЛЛ&lt;br /&gt;</w:t>
        <w:br/>
        <w:t>Захищу тебе одначе.&lt;br /&gt;</w:t>
        <w:br/>
        <w:t>КЛІТЕМНЕСТРА&lt;br /&gt;</w:t>
        <w:br/>
        <w:t>Сам-один — від багатьох?&lt;br /&gt;</w:t>
        <w:br/>
        <w:t>АХІЛЛ&lt;br /&gt;</w:t>
        <w:br/>
        <w:t>Глянь он: слуги мою зброю піднесли…&lt;br /&gt;</w:t>
        <w:br/>
        <w:t>КЛІТЕМНЕСТРА&lt;br /&gt;</w:t>
        <w:br/>
        <w:t>Щасти тобі!&lt;br /&gt;</w:t>
        <w:br/>
        <w:t>АХІЛЛ&lt;br /&gt;</w:t>
        <w:br/>
        <w:t>Пощастить!&lt;br /&gt;</w:t>
        <w:br/>
        <w:t>КЛІТЕМНЕСТРА&lt;br /&gt;</w:t>
        <w:br/>
        <w:t>Мою дитину смерть жахлива омине?&lt;br /&gt;</w:t>
        <w:br/>
        <w:t>АХІЛЛ&lt;br /&gt;</w:t>
        <w:br/>
        <w:t>Все зроблю, щоб оминула.&lt;br /&gt;</w:t>
        <w:br/>
        <w:t>КЛІТЕМНЕСТРА&lt;br /&gt;</w:t>
        <w:br/>
        <w:t>Хто по доню йде сюди?&lt;br /&gt;</w:t>
        <w:br/>
        <w:t>АХІЛЛ&lt;br /&gt;</w:t>
        <w:br/>
        <w:t>Йде багато. А вестиме — Одіссей.&lt;br /&gt;</w:t>
        <w:br/>
        <w:t>КЛІТЕМНЕСТРА&lt;br /&gt;</w:t>
        <w:br/>
        <w:t>Сісіфа син?&lt;br /&gt;</w:t>
        <w:br/>
        <w:t>АХІЛЛ&lt;br /&gt;</w:t>
        <w:br/>
        <w:t>Так.&lt;br /&gt;</w:t>
        <w:br/>
        <w:t>КЛІТЕМНЕСТРА&lt;br /&gt;</w:t>
        <w:br/>
        <w:t>Чи сам хотів, чи військо віддало наказ йому?&lt;br /&gt;</w:t>
        <w:br/>
        <w:t>АХІЛЛ&lt;br /&gt;</w:t>
        <w:br/>
        <w:t>1360] Напросився — та й обрали…&lt;br /&gt;</w:t>
        <w:br/>
        <w:t>КЛІТЕМНЕСТРА&lt;br /&gt;</w:t>
        <w:br/>
        <w:t>Щоб невинну кров пролить…&lt;br /&gt;</w:t>
        <w:br/>
        <w:t>АХІЛЛ&lt;br /&gt;</w:t>
        <w:br/>
        <w:t>Усмирю-таки зухвальця!&lt;br /&gt;</w:t>
        <w:br/>
        <w:t>КЛІТЕМНЕСТРА&lt;br /&gt;</w:t>
        <w:br/>
        <w:t>Візьме доню силоміць? [330]&lt;br /&gt;</w:t>
        <w:br/>
        <w:t>АХІЛЛ&lt;br /&gt;</w:t>
        <w:br/>
        <w:t>За волосся золотаве.&lt;br /&gt;</w:t>
        <w:br/>
        <w:t>КЛІТЕМНЕСТРА&lt;br /&gt;</w:t>
        <w:br/>
        <w:t>Що ж мені робить тоді?&lt;br /&gt;</w:t>
        <w:br/>
        <w:t>АХІЛЛ&lt;br /&gt;</w:t>
        <w:br/>
        <w:t>Обійми свою дитину.&lt;br /&gt;</w:t>
        <w:br/>
        <w:t>КЛІТЕМНЕСТРА&lt;br /&gt;</w:t>
        <w:br/>
        <w:t>Не віддам її під ніж!..&lt;br /&gt;</w:t>
        <w:br/>
        <w:t>АХІЛЛ&lt;br /&gt;</w:t>
        <w:br/>
        <w:t>Можуть силою відняти…&lt;br /&gt;</w:t>
        <w:br/>
        <w:t>ІФІГЕНІЯ&lt;br /&gt;</w:t>
        <w:br/>
        <w:t>Мамо, ти й мені дозволь&lt;br /&gt;</w:t>
        <w:br/>
        <w:t>Слово мовити. На батька непотрібно живиш ти&lt;br /&gt;</w:t>
        <w:br/>
        <w:t>В серці гнів: що невідхильне — неможливо відхилить.&lt;br /&gt;</w:t>
        <w:br/>
        <w:t>А що муж цей нам сприяє — похвали достойний він.&lt;br /&gt;</w:t>
        <w:br/>
        <w:t>Поміркуй однак, чи варто — не зарадимо ж біді! —&lt;br /&gt;</w:t>
        <w:br/>
        <w:t>Нам його сварити з військом, небезпеці піддавать?&lt;br /&gt;</w:t>
        <w:br/>
        <w:t>1370] Тож послухай, люба нене, що мені на ум прийшло:&lt;br /&gt;</w:t>
        <w:br/>
        <w:t>Я наважилась померти. І робити це берусь&lt;br /&gt;</w:t>
        <w:br/>
        <w:t>Благородно, щоб на мене й тінь найменша не лягла.&lt;br /&gt;</w:t>
        <w:br/>
        <w:t>Зваж зі мною — і побачиш: гарне рішення моє.&lt;br /&gt;</w:t>
        <w:br/>
        <w:t>Нині дивиться на мене вся Еллада, бо лиш я&lt;br /&gt;</w:t>
        <w:br/>
        <w:t>Можу з місця зрушить судна й повалити Іліон,&lt;br /&gt;</w:t>
        <w:br/>
        <w:t>Щоб не смів надалі варвар посягати на жінок&lt;br /&gt;</w:t>
        <w:br/>
        <w:t>Із щасливої Еллади, щоб довіку не забув&lt;br /&gt;</w:t>
        <w:br/>
        <w:t>Покарання за Єлену, що Паріс у нас відняв!&lt;br /&gt;</w:t>
        <w:br/>
        <w:t>Ось за що життя оддам я; моя слава у віках&lt;br /&gt;</w:t>
        <w:br/>
        <w:t>1380] Не прив'яне, бо ж Елладі волю, честь вернула я.&lt;br /&gt;</w:t>
        <w:br/>
        <w:t>Та скажи, чи маю право так тремтіти над життям:&lt;br /&gt;</w:t>
        <w:br/>
        <w:t>Ти й Елладі, не собі лиш, привела на світ мене.&lt;br /&gt;</w:t>
        <w:br/>
        <w:t>Врешті, скільки щитоносців, скільки тисяч веслярів&lt;br /&gt;</w:t>
        <w:br/>
        <w:t>Піднялось, коли вітчизна чорну кривду понесла!&lt;br /&gt;</w:t>
        <w:br/>
        <w:t>Всі готові в лютій січі полягти за рідний край.&lt;br /&gt;</w:t>
        <w:br/>
        <w:t>Я ж одна з жалю до себе все звела б їм нанівець?&lt;br /&gt;</w:t>
        <w:br/>
        <w:t>То яка тут справедливість? Оправдання тут яке?&lt;br /&gt;</w:t>
        <w:br/>
        <w:t>Та й чи варто ради жінки проти війська всього йти&lt;br /&gt;</w:t>
        <w:br/>
        <w:t>Цьому воїну? Чи варто власним важити життям?&lt;br /&gt;</w:t>
        <w:br/>
        <w:t>1390] Муж один таки цінніший, ніж сто тисяч нас, жінок.&lt;br /&gt;</w:t>
        <w:br/>
        <w:t>Захотіла ж Артеміда мого тіла, то хіба,&lt;br /&gt;</w:t>
        <w:br/>
        <w:t>Смертна, — діві несмертельній я пішла б наперекір?&lt;br /&gt;</w:t>
        <w:br/>
        <w:t>Та нізащо! Тож Елладі віддаю своє життя!&lt;br /&gt;</w:t>
        <w:br/>
        <w:t>Жертву склавши — всі на Трою. Буде пам'ятник мені —&lt;br /&gt;</w:t>
        <w:br/>
        <w:t>Прах її: і шлюб мій в ньому, й діти, й слава у віках.&lt;br /&gt;</w:t>
        <w:br/>
        <w:t>Еллін варваром хай править, а не варвар — елліном:&lt;br /&gt;</w:t>
        <w:br/>
        <w:t>Той у рабстві народився, еллін — до свободи звик. [331]&lt;br /&gt;</w:t>
        <w:br/>
        <w:t>ПРОВІДНИЦЯ ХОРУ&lt;br /&gt;</w:t>
        <w:br/>
        <w:t>Високий дух твій, діво. Завзялась, однак,&lt;br /&gt;</w:t>
        <w:br/>
        <w:t>На тебе доля заодно з богинею.&lt;br /&gt;</w:t>
        <w:br/>
        <w:t>АХІЛЛ&lt;br /&gt;</w:t>
        <w:br/>
        <w:t>1400] Незмірним щастям, доню Агамемнона,&lt;br /&gt;</w:t>
        <w:br/>
        <w:t>Вважав би я — жоною наректи тебе!&lt;br /&gt;</w:t>
        <w:br/>
        <w:t>Не знаю, чи тобою, чи Елладою&lt;br /&gt;</w:t>
        <w:br/>
        <w:t>Пишатись більше! Батьківщини-матері&lt;br /&gt;</w:t>
        <w:br/>
        <w:t>Достойна твоя мова: проти вищих сил&lt;br /&gt;</w:t>
        <w:br/>
        <w:t>Не йдеш — обрала необхідне й корисне.&lt;br /&gt;</w:t>
        <w:br/>
        <w:t>Що більше приглядаюсь до чеснот твоїх,&lt;br /&gt;</w:t>
        <w:br/>
        <w:t>То більш горю бажанням одружитися.&lt;br /&gt;</w:t>
        <w:br/>
        <w:t>Подумай: я хотів би врятувать тебе,&lt;br /&gt;</w:t>
        <w:br/>
        <w:t>В свій дім узяти. Бо, клянусь Фетідою,&lt;br /&gt;</w:t>
        <w:br/>
        <w:t>1410] Страждатиму, якщо не відіб'ю мечем&lt;br /&gt;</w:t>
        <w:br/>
        <w:t>Тебе в данайців! Смерть-бо — верх нещасть усіх.&lt;br /&gt;</w:t>
        <w:br/>
        <w:t>ІФІГЕНІЯ&lt;br /&gt;</w:t>
        <w:br/>
        <w:t>Скажу відверто: я гадаю, досить вже&lt;br /&gt;</w:t>
        <w:br/>
        <w:t>Змагань та крові через Тіндареєву&lt;br /&gt;</w:t>
        <w:br/>
        <w:t>Дочку. Ні сам, мій друже, не клади життя&lt;br /&gt;</w:t>
        <w:br/>
        <w:t>За мене, ані других убивать не смій.&lt;br /&gt;</w:t>
        <w:br/>
        <w:t>Дозволь за батьківщину заступитися.&lt;br /&gt;</w:t>
        <w:br/>
        <w:t>АХІЛЛ&lt;br /&gt;</w:t>
        <w:br/>
        <w:t>Ну що додать до слів тих, гідних подиву?&lt;br /&gt;</w:t>
        <w:br/>
        <w:t>Високим духом твої груди повняться.&lt;br /&gt;</w:t>
        <w:br/>
        <w:t>Якщо це правда, хто б її замовчував?&lt;br /&gt;</w:t>
        <w:br/>
        <w:t>1420] Та, може, в мить останню передумаєш?&lt;br /&gt;</w:t>
        <w:br/>
        <w:t>То пам'ятай: на вітер не пускаю слів —&lt;br /&gt;</w:t>
        <w:br/>
        <w:t>З оружним людом буду при жертовнику,&lt;br /&gt;</w:t>
        <w:br/>
        <w:t>Не з тим, щоб боронити, — перешкодити&lt;br /&gt;</w:t>
        <w:br/>
        <w:t>Тобі померти, тільки-но до слів моїх&lt;br /&gt;</w:t>
        <w:br/>
        <w:t>Ти звернешся, при горлі ніж побачивши;&lt;br /&gt;</w:t>
        <w:br/>
        <w:t>Загинуть легковажно, знай, не дам тобі.&lt;br /&gt;</w:t>
        <w:br/>
        <w:t>Рушаю із загоном до жертовника&lt;br /&gt;</w:t>
        <w:br/>
        <w:t>Богині, й там на тебе, діво, ждатиму.&lt;br /&gt;</w:t>
        <w:br/>
        <w:t>(Відходить із загоном воїнів).&lt;br /&gt;</w:t>
        <w:br/>
        <w:t>ІФІГЕНІЯ&lt;br /&gt;</w:t>
        <w:br/>
        <w:t>Чому безмовно сльози рониш, матінко?&lt;br /&gt;</w:t>
        <w:br/>
        <w:t>КЛІТЕМНЕСТРА&lt;br /&gt;</w:t>
        <w:br/>
        <w:t>1430] Не без причини, доню, туга серце рве.&lt;br /&gt;</w:t>
        <w:br/>
        <w:t>ІФІГЕНІЯ&lt;br /&gt;</w:t>
        <w:br/>
        <w:t>Мене схилить не пробуй… Обіцяй лишень…&lt;br /&gt;</w:t>
        <w:br/>
        <w:t>КЛІТЕМНЕСТРА&lt;br /&gt;</w:t>
        <w:br/>
        <w:t>Кажи, дитино. Не відмовлю — сповню все… [332]&lt;br /&gt;</w:t>
        <w:br/>
        <w:t>ІФІГЕНІЯ&lt;br /&gt;</w:t>
        <w:br/>
        <w:t>Свого волосся по мені не зрізуй ти,&lt;br /&gt;</w:t>
        <w:br/>
        <w:t>Ані ходи у темнім — жалібницею…&lt;br /&gt;</w:t>
        <w:br/>
        <w:t>КЛІТЕМНЕСТРА&lt;br /&gt;</w:t>
        <w:br/>
        <w:t>Що мовиш, доню?.. Чи тебе я втратила?..&lt;br /&gt;</w:t>
        <w:br/>
        <w:t>ІФІГЕНІЯ&lt;br /&gt;</w:t>
        <w:br/>
        <w:t>О ні! Моїм іменням будеш вславлена!&lt;br /&gt;</w:t>
        <w:br/>
        <w:t>КЛІТЕМНЕСТРА&lt;br /&gt;</w:t>
        <w:br/>
        <w:t>То що? Тужить не маю за життям твоїм?&lt;br /&gt;</w:t>
        <w:br/>
        <w:t>ІФІГЕНІЯ&lt;br /&gt;</w:t>
        <w:br/>
        <w:t>Нітрохи. Не в могилу ж доню кластимеш.&lt;br /&gt;</w:t>
        <w:br/>
        <w:t>КЛІТЕМНЕСТРА&lt;br /&gt;</w:t>
        <w:br/>
        <w:t>Що кажеш ти? Чи вмерти — не в могилу йти?&lt;br /&gt;</w:t>
        <w:br/>
        <w:t>ІФІГЕНІЯ&lt;br /&gt;</w:t>
        <w:br/>
        <w:t>1440] Вівтар богині за могилу матиму…&lt;br /&gt;</w:t>
        <w:br/>
        <w:t>КЛІТЕМНЕСТРА&lt;br /&gt;</w:t>
        <w:br/>
        <w:t>Прекрасно мовиш, доню. Покорюсь тобі.&lt;br /&gt;</w:t>
        <w:br/>
        <w:t>ІФІГЕНІЯ&lt;br /&gt;</w:t>
        <w:br/>
        <w:t>Елладу порятую — щастя звідаю.&lt;br /&gt;</w:t>
        <w:br/>
        <w:t>КЛІТЕМНЕСТРА&lt;br /&gt;</w:t>
        <w:br/>
        <w:t>А як же твої сестри? Що ж я їм скажу?..&lt;br /&gt;</w:t>
        <w:br/>
        <w:t>ІФІГЕНІЯ&lt;br /&gt;</w:t>
        <w:br/>
        <w:t>Й вони нехай не носять, нене, темного.&lt;br /&gt;</w:t>
        <w:br/>
        <w:t>КЛІТЕМНЕСТРА&lt;br /&gt;</w:t>
        <w:br/>
        <w:t>Щось передати їм од твого імені?&lt;br /&gt;</w:t>
        <w:br/>
        <w:t>ІФІГЕНІЯ&lt;br /&gt;</w:t>
        <w:br/>
        <w:t>Вітай їх. А з Ореста — муж хай виросте.&lt;br /&gt;</w:t>
        <w:br/>
        <w:t>КЛІТЕМНЕСТРА&lt;br /&gt;</w:t>
        <w:br/>
        <w:t>Востаннє брата бачиш. Обніми ж його!&lt;br /&gt;</w:t>
        <w:br/>
        <w:t>ІФІГЕНІЯ&lt;br /&gt;</w:t>
        <w:br/>
        <w:t>Мій любий!.. Як умів, так помагав мені.&lt;br /&gt;</w:t>
        <w:br/>
        <w:t>КЛІТЕМНЕСТРА&lt;br /&gt;</w:t>
        <w:br/>
        <w:t>А як велиш нам, доню, жити в Аргосі?&lt;br /&gt;</w:t>
        <w:br/>
        <w:t>ІФІ ГЕНІЯ&lt;br /&gt;</w:t>
        <w:br/>
        <w:t>1150] На мого батька, свого мужа, зла не май. [333]&lt;br /&gt;</w:t>
        <w:br/>
        <w:t>КЛІТЕМНЕСТРА&lt;br /&gt;</w:t>
        <w:br/>
        <w:t>Багато через тебе настраждається!..&lt;br /&gt;</w:t>
        <w:br/>
        <w:t>ІФІГЕНІЯ&lt;br /&gt;</w:t>
        <w:br/>
        <w:t>Мене він проти волі — для Еллади вбив.&lt;br /&gt;</w:t>
        <w:br/>
        <w:t>КЛІТЕМНЕСТРА&lt;br /&gt;</w:t>
        <w:br/>
        <w:t>Та підступом, Атрея рід ославивши.&lt;br /&gt;</w:t>
        <w:br/>
        <w:t>ІФІГЕНІЯ&lt;br /&gt;</w:t>
        <w:br/>
        <w:t>А хто, поки потягне за волосся жрець,&lt;br /&gt;</w:t>
        <w:br/>
        <w:t>Мене вестиме?&lt;br /&gt;</w:t>
        <w:br/>
        <w:t>КЛІТЕМНЕСТРА&lt;br /&gt;</w:t>
        <w:br/>
        <w:t>Я…&lt;br /&gt;</w:t>
        <w:br/>
        <w:t>ІФІГЕНІЯ&lt;br /&gt;</w:t>
        <w:br/>
        <w:t>О ні! Не слід тобі!..&lt;br /&gt;</w:t>
        <w:br/>
        <w:t>КЛІТЕМНЕСТРА&lt;br /&gt;</w:t>
        <w:br/>
        <w:t>За одяг твій вхопившись…&lt;br /&gt;</w:t>
        <w:br/>
        <w:t>ІФІГЕНІЯ&lt;br /&gt;</w:t>
        <w:br/>
        <w:t>Нене, тут лишись:&lt;br /&gt;</w:t>
        <w:br/>
        <w:t>Так буде краще для обох нас, вір мені!..&lt;br /&gt;</w:t>
        <w:br/>
        <w:t>На луг священний з батькових прислужників&lt;br /&gt;</w:t>
        <w:br/>
        <w:t>Хай поведе хтось — там на мене вістря жде.&lt;br /&gt;</w:t>
        <w:br/>
        <w:t>КЛІТЕМНЕСТРА&lt;br /&gt;</w:t>
        <w:br/>
        <w:t>1460] відходиш, доню?..&lt;br /&gt;</w:t>
        <w:br/>
        <w:t>ІФІГЕНІЯ&lt;br /&gt;</w:t>
        <w:br/>
        <w:t>Так. І не повернуся.&lt;br /&gt;</w:t>
        <w:br/>
        <w:t>КЛІТЕМНЕСТРА&lt;br /&gt;</w:t>
        <w:br/>
        <w:t>Покинеш матір?..&lt;br /&gt;</w:t>
        <w:br/>
        <w:t>ІФІГЕНІЯ&lt;br /&gt;</w:t>
        <w:br/>
        <w:t>Мимоволі скривджену…&lt;br /&gt;</w:t>
        <w:br/>
        <w:t>КЛІТЕМНЕСТРА&lt;br /&gt;</w:t>
        <w:br/>
        <w:t>Стривай! Не залишай нас!..&lt;br /&gt;</w:t>
        <w:br/>
        <w:t>ІФІГЕНІЯ&lt;br /&gt;</w:t>
        <w:br/>
        <w:t>Ні, не треба сліз!&lt;br /&gt;</w:t>
        <w:br/>
        <w:t>А ви святковим співом, діви, смерть мою&lt;br /&gt;</w:t>
        <w:br/>
        <w:t>Вітайте; Артеміду, доню Зевсову,&lt;br /&gt;</w:t>
        <w:br/>
        <w:t>Вславляйте. Люд побожно хай вуста зімкне.&lt;br /&gt;</w:t>
        <w:br/>
        <w:t>Коші нести пора вже і крупи сипнуть&lt;br /&gt;</w:t>
        <w:br/>
        <w:t>В огонь жертовний. Час моєму батькові&lt;br /&gt;</w:t>
        <w:br/>
        <w:t>Вівтар направо обійти: дочка його&lt;br /&gt;</w:t>
        <w:br/>
        <w:t>Несе рятунок переможний еллінам. [334]</w:t>
      </w:r>
    </w:p>
    <w:p>
      <w:r>
        <w:br/>
        <w:t>СТАСИМ ЧЕТВЕРТИЙ&lt;br /&gt;</w:t>
        <w:br/>
        <w:t>ІФІГЕНІЯ&lt;br /&gt;</w:t>
        <w:br/>
        <w:t>1470] Ведіть же мене, переможницю&lt;br /&gt;</w:t>
        <w:br/>
        <w:t>Іліона, Фрігії!&lt;br /&gt;</w:t>
        <w:br/>
        <w:t>Пишні вінки, плетениці несіть сюди —&lt;br /&gt;</w:t>
        <w:br/>
        <w:t>Ось вам волосся русяве моє,&lt;br /&gt;</w:t>
        <w:br/>
        <w:t>Ось жертовна водиця!&lt;br /&gt;</w:t>
        <w:br/>
        <w:t>Танцюйте круг святині&lt;br /&gt;</w:t>
        <w:br/>
        <w:t>Артеміди-владарки,&lt;br /&gt;</w:t>
        <w:br/>
        <w:t>Артеміду славлячи,&lt;br /&gt;</w:t>
        <w:br/>
        <w:t>Всеблаженну! Треба жертви — рада я&lt;br /&gt;</w:t>
        <w:br/>
        <w:t>Змити кров'ю власною&lt;br /&gt;</w:t>
        <w:br/>
        <w:t>1480] Знак лихий пророцтва!&lt;br /&gt;</w:t>
        <w:br/>
        <w:t>Нене, володарко-мати, не ллю вже&lt;br /&gt;</w:t>
        <w:br/>
        <w:t>Сліз над нещастям твоїм,&lt;br /&gt;</w:t>
        <w:br/>
        <w:t>Бо принизила б жертву сльоза.&lt;br /&gt;</w:t>
        <w:br/>
        <w:t>Гей же, діви, гей!&lt;br /&gt;</w:t>
        <w:br/>
        <w:t>Вславляйте Артеміду&lt;br /&gt;</w:t>
        <w:br/>
        <w:t>З Халкіди, що по той бік&lt;br /&gt;</w:t>
        <w:br/>
        <w:t>Моря, де судна стоять незрушно&lt;br /&gt;</w:t>
        <w:br/>
        <w:t>Через мене на безвітрі&lt;br /&gt;</w:t>
        <w:br/>
        <w:t>У вузині авлідській.&lt;br /&gt;</w:t>
        <w:br/>
        <w:t>1490] Прощай, пеласгів земле,&lt;br /&gt;</w:t>
        <w:br/>
        <w:t>І ви, Мікени рідні!..&lt;br /&gt;</w:t>
        <w:br/>
        <w:t>ХОР&lt;br /&gt;</w:t>
        <w:br/>
        <w:t>Персея місто згадуєш,&lt;br /&gt;</w:t>
        <w:br/>
        <w:t>Трудом кіклопів зведене?&lt;br /&gt;</w:t>
        <w:br/>
        <w:t>ІФІГЕНІЯ&lt;br /&gt;</w:t>
        <w:br/>
        <w:t>Елладі на славу зростили мене,&lt;br /&gt;</w:t>
        <w:br/>
        <w:t>Тому й на смерть одважно йду.&lt;br /&gt;</w:t>
        <w:br/>
        <w:t>ХОР&lt;br /&gt;</w:t>
        <w:br/>
        <w:t>Тебе не вкриє забуття.&lt;br /&gt;</w:t>
        <w:br/>
        <w:t>ІФІГЕНІЯ&lt;br /&gt;</w:t>
        <w:br/>
        <w:t>Та гей же! Гей!&lt;br /&gt;</w:t>
        <w:br/>
        <w:t>Любе серцю світло дня&lt;br /&gt;</w:t>
        <w:br/>
        <w:t>І сяйво Зевса! Інше мене&lt;br /&gt;</w:t>
        <w:br/>
        <w:t>1500] Жде життя, інша доля суджена!&lt;br /&gt;</w:t>
        <w:br/>
        <w:t>Миле сонце, прощавай!..&lt;br /&gt;</w:t>
        <w:br/>
        <w:t>ХОР&lt;br /&gt;</w:t>
        <w:br/>
        <w:t>Погляньте, гей!&lt;br /&gt;</w:t>
        <w:br/>
        <w:t>Іде переможниця&lt;br /&gt;</w:t>
        <w:br/>
        <w:t>Іліона й Фрігії!&lt;br /&gt;</w:t>
        <w:br/>
        <w:t>Чоло — в віночку; ось-ось його&lt;br /&gt;</w:t>
        <w:br/>
        <w:t>Зросить вода очисна, жертовна. [335]&lt;br /&gt;</w:t>
        <w:br/>
        <w:t>Богині грізної вівтар&lt;br /&gt;</w:t>
        <w:br/>
        <w:t>Ось-ось дівоча кров заллє,&lt;br /&gt;</w:t>
        <w:br/>
        <w:t>Як тільки в біле тіло ніж устромиться.&lt;br /&gt;</w:t>
        <w:br/>
        <w:t>1510] Ждуть тебе долоні батька —&lt;br /&gt;</w:t>
        <w:br/>
        <w:t>На рану хвилею хлюпнуть&lt;br /&gt;</w:t>
        <w:br/>
        <w:t>Рясною. Прагне збройний люд —&lt;br /&gt;</w:t>
        <w:br/>
        <w:t>Щоб на Трою шлях одкривсь.&lt;br /&gt;</w:t>
        <w:br/>
        <w:t>Доню Зевсову ясну,&lt;br /&gt;</w:t>
        <w:br/>
        <w:t>Артеміду, закликаймо,&lt;br /&gt;</w:t>
        <w:br/>
        <w:t>Нехай щасливе кораблям дасть плавання.&lt;br /&gt;</w:t>
        <w:br/>
        <w:t>Володарко, що жертвами втішаєшся&lt;br /&gt;</w:t>
        <w:br/>
        <w:t>Людськими, в край фрігійський шли&lt;br /&gt;</w:t>
        <w:br/>
        <w:t>Військо еллінів морське&lt;br /&gt;</w:t>
        <w:br/>
        <w:t>1520] Ген до підступного Іліона!&lt;br /&gt;</w:t>
        <w:br/>
        <w:t>Хай владар Агамемнон оружжям&lt;br /&gt;</w:t>
        <w:br/>
        <w:t>Пишний здобуде вінець Елладі,&lt;br /&gt;</w:t>
        <w:br/>
        <w:t>Нехай і своє чоло&lt;br /&gt;</w:t>
        <w:br/>
        <w:t>Сяєвом слави впов'є навіки!&lt;br /&gt;</w:t>
        <w:br/>
        <w:t>Іфігенія відходить.</w:t>
      </w:r>
    </w:p>
    <w:p>
      <w:r>
        <w:br/>
        <w:t>ЕКСОД&lt;br /&gt;</w:t>
        <w:br/>
        <w:t>Входить вісник.&lt;br /&gt;</w:t>
        <w:br/>
        <w:t>О дочко Тіндарея, на порозі стань,&lt;br /&gt;</w:t>
        <w:br/>
        <w:t>Щоб ти могла почути, що казатиму.&lt;br /&gt;</w:t>
        <w:br/>
        <w:t>КЛІТЕМНЕСТРА&lt;br /&gt;</w:t>
        <w:br/>
        <w:t>На голос твій із дому, бачиш, вийшла я&lt;br /&gt;</w:t>
        <w:br/>
        <w:t>Й тремчу всім тілом, нещаслива, з остраху:&lt;br /&gt;</w:t>
        <w:br/>
        <w:t>Ану ж од тебе вчую про нове якесь,&lt;br /&gt;</w:t>
        <w:br/>
        <w:t>1530] Ще більше горе!..&lt;br /&gt;</w:t>
        <w:br/>
        <w:t>ВІСНИК&lt;br /&gt;</w:t>
        <w:br/>
        <w:t>Про твою дочку скажу&lt;br /&gt;</w:t>
        <w:br/>
        <w:t>Річ дивну, неймовірну, небувалу ще.&lt;br /&gt;</w:t>
        <w:br/>
        <w:t>КЛІТЕМНЕСТРА&lt;br /&gt;</w:t>
        <w:br/>
        <w:t>Розповідай же! Все, як є, не гаючись!&lt;br /&gt;</w:t>
        <w:br/>
        <w:t>ВІСНИК&lt;br /&gt;</w:t>
        <w:br/>
        <w:t>Лиш слухай — все почуєш, о володарко.&lt;br /&gt;</w:t>
        <w:br/>
        <w:t>Почну спочатку. Тільки б не забув чого,&lt;br /&gt;</w:t>
        <w:br/>
        <w:t>Хвилюючись; язик щоб не заплутався.&lt;br /&gt;</w:t>
        <w:br/>
        <w:t>Лиш підійшли ми, ведучи доньку твою,&lt;br /&gt;</w:t>
        <w:br/>
        <w:t>До гаю Артеміди, де луги цвітуть,&lt;br /&gt;</w:t>
        <w:br/>
        <w:t>Де списники ахейці вже зібралися,&lt;br /&gt;</w:t>
        <w:br/>
        <w:t>Туди й аргів'ян юрби стали поспіхом&lt;br /&gt;</w:t>
        <w:br/>
        <w:t>1540] Спливатись. А володар, тільки вгледівши,&lt;br /&gt;</w:t>
        <w:br/>
        <w:t>Як діва, його доня, в гай на смерть іде, [336]&lt;br /&gt;</w:t>
        <w:br/>
        <w:t>Аж застогнав од болю; відвернувшися,&lt;br /&gt;</w:t>
        <w:br/>
        <w:t>Полою потай сльози утирати став.&lt;br /&gt;</w:t>
        <w:br/>
        <w:t>А донька, підійшовши до отця свого,&lt;br /&gt;</w:t>
        <w:br/>
        <w:t>"О батьку, — мовить, — ось я, біля тебе вже,&lt;br /&gt;</w:t>
        <w:br/>
        <w:t>Й своє життя охоче, без жалю віддам&lt;br /&gt;</w:t>
        <w:br/>
        <w:t>За батьківщину любу, за Елладу всю.&lt;br /&gt;</w:t>
        <w:br/>
        <w:t>Ведіть мене і вбийте при жертовнику,&lt;br /&gt;</w:t>
        <w:br/>
        <w:t>Бо так сама богиня й ворожба велить.&lt;br /&gt;</w:t>
        <w:br/>
        <w:t>1550] Ну, а потому — хай щастить вам, воїни,&lt;br /&gt;</w:t>
        <w:br/>
        <w:t>Звитяжцями у край свій повернутися!&lt;br /&gt;</w:t>
        <w:br/>
        <w:t>І ще: мене ніхто хай не торкається:&lt;br /&gt;</w:t>
        <w:br/>
        <w:t>Сама підставлю шию — мовчки, сміливо".&lt;br /&gt;</w:t>
        <w:br/>
        <w:t>Таке сказала. Люд німів, дивуючись&lt;br /&gt;</w:t>
        <w:br/>
        <w:t>Тій силі духу, тій одвазі дівчини.&lt;br /&gt;</w:t>
        <w:br/>
        <w:t>Талфібій — бо ж на ньому цей обов'язок, —&lt;br /&gt;</w:t>
        <w:br/>
        <w:t>Посеред війська ставши, всім мовчать велів.&lt;br /&gt;</w:t>
        <w:br/>
        <w:t>Калхант же, з піхов гостре лезо вийнявши,&lt;br /&gt;</w:t>
        <w:br/>
        <w:t>У кіш його занурив озолочений&lt;br /&gt;</w:t>
        <w:br/>
        <w:t>1560] І дівчині віночок на чоло наклав.&lt;br /&gt;</w:t>
        <w:br/>
        <w:t>Ахілл, той кошик взявши і водиці дзбан,&lt;br /&gt;</w:t>
        <w:br/>
        <w:t>Оббіг вівтар богині, так благаючи:&lt;br /&gt;</w:t>
        <w:br/>
        <w:t>"О Діво, доню Зевса, славна ловами,&lt;br /&gt;</w:t>
        <w:br/>
        <w:t>О ти, що в небо місяць нам викочуєш,&lt;br /&gt;</w:t>
        <w:br/>
        <w:t>Прийми цю жертву, що тобі складаємо,&lt;br /&gt;</w:t>
        <w:br/>
        <w:t>Ахейське військо й Агамемнон, вождь його, —&lt;br /&gt;</w:t>
        <w:br/>
        <w:t>Красуні кров, що бризне з шиї білої,&lt;br /&gt;</w:t>
        <w:br/>
        <w:t>А нам безпечно морем попливти дозволь&lt;br /&gt;</w:t>
        <w:br/>
        <w:t>І списом Трою зруйнувать укріплену!"&lt;br /&gt;</w:t>
        <w:br/>
        <w:t>1570] Вожді й все військо в землю зір потупили.&lt;br /&gt;</w:t>
        <w:br/>
        <w:t>А жрець, меча вхопивши, помолившися,&lt;br /&gt;</w:t>
        <w:br/>
        <w:t>До шиї приглядався, де б ударити.&lt;br /&gt;</w:t>
        <w:br/>
        <w:t>Й мене взяло за серце, в землю очі я&lt;br /&gt;</w:t>
        <w:br/>
        <w:t>Потупив також. Тут і чудо трапилось:&lt;br /&gt;</w:t>
        <w:br/>
        <w:t>Як меч ударив — це виразно кожен чув,&lt;br /&gt;</w:t>
        <w:br/>
        <w:t>Ніхто ж не бачив, де упала дівчина.&lt;br /&gt;</w:t>
        <w:br/>
        <w:t>І жрець, і люд весь мимоволі скрикнули,&lt;br /&gt;</w:t>
        <w:br/>
        <w:t>Неждане диво, кимсь із неба послане,&lt;br /&gt;</w:t>
        <w:br/>
        <w:t>Уздрівши, бо й очам своїм не вірили:&lt;br /&gt;</w:t>
        <w:br/>
        <w:t>1580] На місці жертви билась лань, конаючи, —&lt;br /&gt;</w:t>
        <w:br/>
        <w:t>Розкішна, величава; з рани кров лилась,&lt;br /&gt;</w:t>
        <w:br/>
        <w:t>По вівтарі, багряна, розпливаючись.&lt;br /&gt;</w:t>
        <w:br/>
        <w:t>Тоді Калхант озвався гучно, радісно:&lt;br /&gt;</w:t>
        <w:br/>
        <w:t>"О верховоди війська всеахейського!&lt;br /&gt;</w:t>
        <w:br/>
        <w:t>Ви бачите цю жертву, що Мисливиця&lt;br /&gt;</w:t>
        <w:br/>
        <w:t>На свій вівтар поклала, — пишну лань гірську?&lt;br /&gt;</w:t>
        <w:br/>
        <w:t>Бере її богиня замість дівчини,&lt;br /&gt;</w:t>
        <w:br/>
        <w:t>Щоб на жертовник не лилася кров людська.&lt;br /&gt;</w:t>
        <w:br/>
        <w:t>До Іліона, жертвою вдоволена,&lt;br /&gt;</w:t>
        <w:br/>
        <w:t>1590] Скерує нам вітрила мірним подувом.&lt;br /&gt;</w:t>
        <w:br/>
        <w:t>На судна ж, мореплавці! Вище голови! [337]&lt;br /&gt;</w:t>
        <w:br/>
        <w:t>Настала, врешті, днина, що дозволить нам,&lt;br /&gt;</w:t>
        <w:br/>
        <w:t>З тіснин Авліди глибодонних рушивши,&lt;br /&gt;</w:t>
        <w:br/>
        <w:t>Егейських вод роздолля переплинути".&lt;br /&gt;</w:t>
        <w:br/>
        <w:t>Як лиш огонь Гефестів лань дотла спалив,&lt;br /&gt;</w:t>
        <w:br/>
        <w:t>Одмовив жрець молитву, щоб повернення&lt;br /&gt;</w:t>
        <w:br/>
        <w:t>Було щасливим… Я ж від Агамемнона&lt;br /&gt;</w:t>
        <w:br/>
        <w:t>Прийшов, щоб ти про чудо те дізналася,&lt;br /&gt;</w:t>
        <w:br/>
        <w:t>Про славу, що в Елладі гомонітиме&lt;br /&gt;</w:t>
        <w:br/>
        <w:t>1600] Віками. Сам я бачив — сам кажу тобі:&lt;br /&gt;</w:t>
        <w:br/>
        <w:t>Твоя дитина до богів одлинула.&lt;br /&gt;</w:t>
        <w:br/>
        <w:t>Тож не гнівись на мужа, всі жалі одкинь:&lt;br /&gt;</w:t>
        <w:br/>
        <w:t>Боги, хто дорогий їм, од біди того&lt;br /&gt;</w:t>
        <w:br/>
        <w:t>Неждано порятують. День цей нинішній&lt;br /&gt;</w:t>
        <w:br/>
        <w:t>Дочку твою у смерті і в безсмерті зрів.&lt;br /&gt;</w:t>
        <w:br/>
        <w:t>ПРОВІДНИЦЯ ХОРУ&lt;br /&gt;</w:t>
        <w:br/>
        <w:t>Як радісно почути, що дочка твоя —&lt;br /&gt;</w:t>
        <w:br/>
        <w:t>Живе поміж богами несмертельними!&lt;br /&gt;</w:t>
        <w:br/>
        <w:t>КЛІТЕМНЕСТРА&lt;br /&gt;</w:t>
        <w:br/>
        <w:t>Хто з богів тебе, доню, на небо взяв?&lt;br /&gt;</w:t>
        <w:br/>
        <w:t>Як звернутись до тебе? А що, як це —&lt;br /&gt;</w:t>
        <w:br/>
        <w:t>1610] Лиш розрада, лише балачки пусті,&lt;br /&gt;</w:t>
        <w:br/>
        <w:t>Щоб утрати тяжкої печаль приспать?..&lt;br /&gt;</w:t>
        <w:br/>
        <w:t>ХОР&lt;br /&gt;</w:t>
        <w:br/>
        <w:t>Але ось Агамемнон, володар, іде —&lt;br /&gt;</w:t>
        <w:br/>
        <w:t>Він таку ж новину сповістить тобі.&lt;br /&gt;</w:t>
        <w:br/>
        <w:t>Входить Агамемнон.&lt;br /&gt;</w:t>
        <w:br/>
        <w:t>АГАМЕМНОН&lt;br /&gt;</w:t>
        <w:br/>
        <w:t>Так-так, жоно: дочка нас ощасливила,&lt;br /&gt;</w:t>
        <w:br/>
        <w:t>Бо справді оселилась між безсмертними.&lt;br /&gt;</w:t>
        <w:br/>
        <w:t>Тож, сина мого взявши, ти назад рушай,&lt;br /&gt;</w:t>
        <w:br/>
        <w:t>Додому. Нам же в море, у похід пора.&lt;br /&gt;</w:t>
        <w:br/>
        <w:t>Прощай! Нескоро, з Трої повернувшися,&lt;br /&gt;</w:t>
        <w:br/>
        <w:t>Тебе я привітаю. Хай щастить тобі!..&lt;br /&gt;</w:t>
        <w:br/>
        <w:t>ХОР&lt;br /&gt;</w:t>
        <w:br/>
        <w:t>(Покидаючи орхестру).&lt;br /&gt;</w:t>
        <w:br/>
        <w:t>1620] Хай, Атріде, й тобі пощастить допливти&lt;br /&gt;</w:t>
        <w:br/>
        <w:t>І з фрігійських земель&lt;br /&gt;</w:t>
        <w:br/>
        <w:t>На вітчизну звитяжцем вернутись!</w:t>
      </w:r>
    </w:p>
    <w:p>
      <w:r>
        <w:br/>
        <w:t>ПРИМІТКИ&lt;br /&gt;</w:t>
        <w:br/>
        <w:t>11. Евріп — протока між Бсотією та Евбеєю.&lt;br /&gt;</w:t>
        <w:br/>
        <w:t>72. Суддя богинь — Паріс (див. прим, до "Троянок", рр. 22–23).&lt;br /&gt;</w:t>
        <w:br/>
        <w:t>165. Халкіда — місто і гавань на Евбеї. Аретуса (р. 167) — джерело біля Халкіди.&lt;br /&gt;</w:t>
        <w:br/>
        <w:t>189-286. Перераховуються, як у Гомеровому "каталозі кораблів" (друга книга "Іліади"), знамениті учасники Троянського походу.&lt;br /&gt;</w:t>
        <w:br/>
        <w:t>[444]&lt;br /&gt;</w:t>
        <w:br/>
        <w:t>524. Мисливиця — Артеміда.&lt;br /&gt;</w:t>
        <w:br/>
        <w:t>572. Олімп. — Тут: легендарний фрігійський гравець на флейті.&lt;br /&gt;</w:t>
        <w:br/>
        <w:t>620. Нереїди паросток — Ахілл, син Фетіди, дочки морського бога Нерея.&lt;br /&gt;</w:t>
        <w:br/>
        <w:t>691. Асоп — річковий бог, батько Егіни, що від Зевса народила Еака; син Еака — Пелей, батько Ахілла.&lt;br /&gt;</w:t>
        <w:br/>
        <w:t>703. Хірон — найрозумніший, прихильний до людей кентавр, що жив на горі Пеліон у Фессалії, вихователь Ахілла.&lt;br /&gt;</w:t>
        <w:br/>
        <w:t>734. Богиня аргів'ян — Гера, опікунка Аргосу.&lt;br /&gt;</w:t>
        <w:br/>
        <w:t>791. Піерійські писання — тобто поетичні твори (див. прим, до "Медеї", р. 831).&lt;br /&gt;</w:t>
        <w:br/>
        <w:t>807. Мірмідони — міфічне ахейське плем'я на півдні Фессалії.&lt;br /&gt;</w:t>
        <w:br/>
        <w:t>945. Сіпіл — місто в Малій Азії на пограниччі Лідії та Фрігії неподалік однойменної гори.&lt;br /&gt;</w:t>
        <w:br/>
        <w:t>1029–1076. Хор співає про весілля Пелея та морської богині Фетіди — батьків Ахілла.&lt;br /&gt;</w:t>
        <w:br/>
        <w:t>1087. Інахіди — нащадки Інаха, міфічного володаря Аргосу.&lt;br /&gt;</w:t>
        <w:br/>
        <w:t>1147–1148…мужа… першого, Тантала.. — Йдеться не про приреченого на вічну спрагу в підземному царстві Тантала — предка Агамемнона і Менелая, а про іншого — сина Фієста (Тіеста), двоюрідного брата Агамемнона; згідно однієї з версій міфа він був першим мужем Клітемнестри.&lt;br /&gt;</w:t>
        <w:br/>
        <w:t>1151. Близнята Зевсові — Діоскури (див. прим, до "Електри", р. 742).&lt;br /&gt;</w:t>
        <w:br/>
        <w:t>1162…трьох доньок народила… — в "Іліаді" (IX, 145) Агамемнонові доньки мають такі ймення: Хрісофеміда, Лаодіка, Іфіанасса; у трагіків замість Лаодіки та Іфіанасси — Електра та Іфігенія.&lt;br /&gt;</w:t>
        <w:br/>
        <w:t>1199. Герміона — дочка Менелая і Єлени.&lt;br /&gt;</w:t>
        <w:br/>
        <w:t>1214…гілка у руках благальників… — Обмотані вовною оливкові гілки означали прохання захисту.&lt;br /&gt;</w:t>
        <w:br/>
        <w:t>1290. Александра-красеня — тобто Паріса (див. прим, до "Троянок", р. 925).&lt;br /&gt;</w:t>
        <w:br/>
        <w:t>1396. Еллін варваром хай править… — Евріпід часто підкреслює зверхність еллінів над негрецьким людом — "варварами".&lt;br /&gt;</w:t>
        <w:br/>
        <w:t>1490…пеласгів земле… — див. прим, до "Геракла", р. 471.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Іфігенія в Авліді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