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Євгеній Онєгін</w:t>
      </w:r>
    </w:p>
    <w:p>
      <w:r>
        <w:br/>
        <w:t xml:space="preserve"> Petri de vanite il avait encore plus de&lt;br /&gt;</w:t>
        <w:br/>
        <w:t>cette espece d'orgueil qui fait avouer avec&lt;br /&gt;</w:t>
        <w:br/>
        <w:t>la meme indifference les bonnes comme&lt;br /&gt;</w:t>
        <w:br/>
        <w:t>les mauvaises actions, suite d'un sentiment&lt;br /&gt;</w:t>
        <w:br/>
        <w:t>de superiorite, peut-etre imaginaire.&lt;br /&gt;</w:t>
        <w:br/>
        <w:t>Tire d'une lettre particuliere *</w:t>
      </w:r>
    </w:p>
    <w:p>
      <w:r>
        <w:br/>
        <w:t>Не світ хотівши звеселити&lt;br /&gt;</w:t>
        <w:br/>
        <w:t>У гордості його пустій,&lt;br /&gt;</w:t>
        <w:br/>
        <w:t>Поруку б я хотів явити,&lt;br /&gt;</w:t>
        <w:br/>
        <w:t>Тебе гіднішу, друже мій,&lt;br /&gt;</w:t>
        <w:br/>
        <w:t>Гіднішу мислей величавих,&lt;br /&gt;</w:t>
        <w:br/>
        <w:t>Душі, де мрія розцвіта,&lt;br /&gt;</w:t>
        <w:br/>
        <w:t>Де в шатах простих, нелукавих&lt;br /&gt;</w:t>
        <w:br/>
        <w:t>Живе поезія свята;&lt;br /&gt;</w:t>
        <w:br/>
        <w:t>Та що ж — лиш кілька глав пістрявих&lt;br /&gt;</w:t>
        <w:br/>
        <w:t>Тобі в дарунок я зібрав,&lt;br /&gt;</w:t>
        <w:br/>
        <w:t>Напівсмішних, напівпечальних,&lt;br /&gt;</w:t>
        <w:br/>
        <w:t>Простонародних, ідеальних,&lt;br /&gt;</w:t>
        <w:br/>
        <w:t>Недбалий плід моїх забав,&lt;br /&gt;</w:t>
        <w:br/>
        <w:t>Хвилин натхнення бистрольотних,&lt;br /&gt;</w:t>
        <w:br/>
        <w:t>Зів'ялих рано літ моїх,&lt;br /&gt;</w:t>
        <w:br/>
        <w:t>Досвідчень розуму холодних&lt;br /&gt;</w:t>
        <w:br/>
        <w:t>І серця записів гірких.</w:t>
      </w:r>
    </w:p>
    <w:p>
      <w:r>
        <w:br/>
        <w:t>---------------------&lt;br /&gt;</w:t>
        <w:br/>
        <w:t>* Пройнятий марнолюбством, він, опріч того,&lt;br /&gt;</w:t>
        <w:br/>
        <w:t>мав особливу гордість, що примушує визнавати&lt;br /&gt;</w:t>
        <w:br/>
        <w:t>з однаковою байдужістю як добрі, так і лихі вчинки,&lt;br /&gt;</w:t>
        <w:br/>
        <w:t>внаслідок почуття вищості, може, гаданої.&lt;br /&gt;</w:t>
        <w:br/>
        <w:t>З приватного листа (франц.).</w:t>
      </w:r>
    </w:p>
    <w:p>
      <w:r>
        <w:br/>
        <w:t>Глава перша</w:t>
      </w:r>
    </w:p>
    <w:p>
      <w:r>
        <w:br/>
        <w:t>I</w:t>
      </w:r>
    </w:p>
    <w:p>
      <w:r>
        <w:br/>
        <w:t>І жити квапиться, і почувать спішить.&lt;br /&gt;</w:t>
        <w:br/>
        <w:t>П. Вяземський</w:t>
      </w:r>
    </w:p>
    <w:p>
      <w:r>
        <w:br/>
        <w:t>"Мій дядько чесний без догани,&lt;br /&gt;</w:t>
        <w:br/>
        <w:t>Коли не жартом занеміг,&lt;br /&gt;</w:t>
        <w:br/>
        <w:t>Небожа змусив до пошани&lt;br /&gt;</w:t>
        <w:br/>
        <w:t>І краще вигадать не міг,&lt;br /&gt;</w:t>
        <w:br/>
        <w:t>Воно й для інших приклад гожий;&lt;br /&gt;</w:t>
        <w:br/>
        <w:t>Але яка нудота, боже,&lt;br /&gt;</w:t>
        <w:br/>
        <w:t>При хворім день і ніч сидіть,&lt;br /&gt;</w:t>
        <w:br/>
        <w:t>Не покидаючи й на мить!&lt;br /&gt;</w:t>
        <w:br/>
        <w:t>Яке лукавство двоязике —&lt;br /&gt;</w:t>
        <w:br/>
        <w:t>Напівживого розважать,&lt;br /&gt;</w:t>
        <w:br/>
        <w:t>Йому подушку поправлять,&lt;br /&gt;</w:t>
        <w:br/>
        <w:t>Журливо подавати ліки,&lt;br /&gt;</w:t>
        <w:br/>
        <w:t>Зітхать і думку берегти:&lt;br /&gt;</w:t>
        <w:br/>
        <w:t>"Коли ж візьмуть тебе чорти!"</w:t>
      </w:r>
    </w:p>
    <w:p>
      <w:r>
        <w:br/>
        <w:t>II</w:t>
      </w:r>
    </w:p>
    <w:p>
      <w:r>
        <w:br/>
        <w:t>Так у пилюці, на поштових&lt;br /&gt;</w:t>
        <w:br/>
        <w:t>Гадав гульвіса молодий,&lt;br /&gt;</w:t>
        <w:br/>
        <w:t>Що з волі Зевса прав спадкових&lt;br /&gt;</w:t>
        <w:br/>
        <w:t>Набрав по всій рідні своїй.&lt;br /&gt;</w:t>
        <w:br/>
        <w:t>Людмили друзі та Руслана!&lt;br /&gt;</w:t>
        <w:br/>
        <w:t>З героєм нашого романа&lt;br /&gt;</w:t>
        <w:br/>
        <w:t>Без передмов, у цей же час&lt;br /&gt;</w:t>
        <w:br/>
        <w:t>Дозвольте познайомить вас.&lt;br /&gt;</w:t>
        <w:br/>
        <w:t>Онєгін,— друг мій, я зазначу,-&lt;br /&gt;</w:t>
        <w:br/>
        <w:t>Родивсь на берегах Неви,&lt;br /&gt;</w:t>
        <w:br/>
        <w:t>Де народились, може, й ви,&lt;br /&gt;</w:t>
        <w:br/>
        <w:t>Чи вславилися, мій читачу.&lt;br /&gt;</w:t>
        <w:br/>
        <w:t>Гуляв і я там в давні дні:&lt;br /&gt;</w:t>
        <w:br/>
        <w:t>Та північ вадила мені1.</w:t>
      </w:r>
    </w:p>
    <w:p>
      <w:r>
        <w:br/>
        <w:t>III</w:t>
      </w:r>
    </w:p>
    <w:p>
      <w:r>
        <w:br/>
        <w:t>Служивши чесно, без пороку,&lt;br /&gt;</w:t>
        <w:br/>
        <w:t>З боргів покійник батько жив,&lt;br /&gt;</w:t>
        <w:br/>
        <w:t>Три бали він давав щороку&lt;br /&gt;</w:t>
        <w:br/>
        <w:t>І все за вітром розпустив.&lt;br /&gt;</w:t>
        <w:br/>
        <w:t>Життя Онєгіну сприяло:&lt;br /&gt;</w:t>
        <w:br/>
        <w:t>Madame його гляділа дбало,&lt;br /&gt;</w:t>
        <w:br/>
        <w:t>А там Monsieur узяв до рук,-&lt;br /&gt;</w:t>
        <w:br/>
        <w:t>І всім на втіху ріс малюк.&lt;br /&gt;</w:t>
        <w:br/>
        <w:t>Monsieur l'Abbe, француз убогий,&lt;br /&gt;</w:t>
        <w:br/>
        <w:t>Щоб хлопчик сил не витрачав,&lt;br /&gt;</w:t>
        <w:br/>
        <w:t>Всього, жартуючи, навчав,&lt;br /&gt;</w:t>
        <w:br/>
        <w:t>В моралі був не дуже строгий,&lt;br /&gt;</w:t>
        <w:br/>
        <w:t>Так-сяк за пустощі корив&lt;br /&gt;</w:t>
        <w:br/>
        <w:t>І в Літній сад гулять водив.</w:t>
      </w:r>
    </w:p>
    <w:p>
      <w:r>
        <w:br/>
        <w:t>IV</w:t>
      </w:r>
    </w:p>
    <w:p>
      <w:r>
        <w:br/>
        <w:t>Коли ж юнацьких літ бурхливих&lt;br /&gt;</w:t>
        <w:br/>
        <w:t>Прийшла Євгенію пора,&lt;br /&gt;</w:t>
        <w:br/>
        <w:t>Пора надій і мук щасливих,&lt;br /&gt;</w:t>
        <w:br/>
        <w:t>Француза прогнано з двора.&lt;br /&gt;</w:t>
        <w:br/>
        <w:t>Дістав Онєгін мій свободу,&lt;br /&gt;</w:t>
        <w:br/>
        <w:t>Остригся під останню моду,&lt;br /&gt;</w:t>
        <w:br/>
        <w:t>Як dandy2 той причепуривсь&lt;br /&gt;</w:t>
        <w:br/>
        <w:t>І в колі вищому з'явивсь.&lt;br /&gt;</w:t>
        <w:br/>
        <w:t>Він по-французьки, як годиться,&lt;br /&gt;</w:t>
        <w:br/>
        <w:t>Міг розмовляти і писать,&lt;br /&gt;</w:t>
        <w:br/>
        <w:t>Мазурку легко танцювать,&lt;br /&gt;</w:t>
        <w:br/>
        <w:t>Умів незмушено вклониться;&lt;br /&gt;</w:t>
        <w:br/>
        <w:t>Тож присуд був йому один:&lt;br /&gt;</w:t>
        <w:br/>
        <w:t>Люб'язний і розумний він.</w:t>
      </w:r>
    </w:p>
    <w:p>
      <w:r>
        <w:br/>
        <w:t>V</w:t>
      </w:r>
    </w:p>
    <w:p>
      <w:r>
        <w:br/>
        <w:t>Ми всі навчались небагато,&lt;br /&gt;</w:t>
        <w:br/>
        <w:t>Абияк і абичого,&lt;br /&gt;</w:t>
        <w:br/>
        <w:t>Тож вихованням здивувати&lt;br /&gt;</w:t>
        <w:br/>
        <w:t>В нас можна легко хоч кого.&lt;br /&gt;</w:t>
        <w:br/>
        <w:t>Про юнака судці суворі&lt;br /&gt;</w:t>
        <w:br/>
        <w:t>В загальнім присудили хорі:&lt;br /&gt;</w:t>
        <w:br/>
        <w:t>Учений хлопець, та педант.&lt;br /&gt;</w:t>
        <w:br/>
        <w:t>Він зроду любий мав талант&lt;br /&gt;</w:t>
        <w:br/>
        <w:t>Про будь-що довго не шукати&lt;br /&gt;</w:t>
        <w:br/>
        <w:t>В розмові гострого слівця,&lt;br /&gt;</w:t>
        <w:br/>
        <w:t>З ученим виглядом знавця&lt;br /&gt;</w:t>
        <w:br/>
        <w:t>В поважних справах німувати&lt;br /&gt;</w:t>
        <w:br/>
        <w:t>І викликати усміх дам&lt;br /&gt;</w:t>
        <w:br/>
        <w:t>Огнем нежданих епіграм.</w:t>
      </w:r>
    </w:p>
    <w:p>
      <w:r>
        <w:br/>
        <w:t>VI</w:t>
      </w:r>
    </w:p>
    <w:p>
      <w:r>
        <w:br/>
        <w:t>Латинь із моди вийшла нині;&lt;br /&gt;</w:t>
        <w:br/>
        <w:t>Отож, як правду говорить,&lt;br /&gt;</w:t>
        <w:br/>
        <w:t>Він знав доволі по-латині,&lt;br /&gt;</w:t>
        <w:br/>
        <w:t>Щоб епіграфи розуміть,&lt;br /&gt;</w:t>
        <w:br/>
        <w:t>Поміркувать об Ювеналі,&lt;br /&gt;</w:t>
        <w:br/>
        <w:t>В кінці листа черкнути vale*,&lt;br /&gt;</w:t>
        <w:br/>
        <w:t>З Вергілія процитувать&lt;br /&gt;</w:t>
        <w:br/>
        <w:t>Умів сяк-так рядків із п'ять,&lt;br /&gt;</w:t>
        <w:br/>
        <w:t>Копатись він не мав охоти&lt;br /&gt;</w:t>
        <w:br/>
        <w:t>У хронології тяжкій,&lt;br /&gt;</w:t>
        <w:br/>
        <w:t>Та завжди в пам'яті своїй&lt;br /&gt;</w:t>
        <w:br/>
        <w:t>Часів колишніх анекдоти&lt;br /&gt;</w:t>
        <w:br/>
        <w:t>Від Ромула до наших днів&lt;br /&gt;</w:t>
        <w:br/>
        <w:t>Держав для всіх напоготів.</w:t>
      </w:r>
    </w:p>
    <w:p>
      <w:r>
        <w:br/>
        <w:t>--------------&lt;br /&gt;</w:t>
        <w:br/>
        <w:t>*Бувай здоровий (лат.).</w:t>
      </w:r>
    </w:p>
    <w:p>
      <w:r>
        <w:br/>
        <w:t>VII</w:t>
      </w:r>
    </w:p>
    <w:p>
      <w:r>
        <w:br/>
        <w:t>Високої не мавши сили&lt;br /&gt;</w:t>
        <w:br/>
        <w:t>Життя натхненню присвятить,&lt;br /&gt;</w:t>
        <w:br/>
        <w:t>Не міг він, хоч і як ми вчили,&lt;br /&gt;</w:t>
        <w:br/>
        <w:t>Хорей од ямба відрізнить.&lt;br /&gt;</w:t>
        <w:br/>
        <w:t>Гомера лаяв, Феокріта;&lt;br /&gt;</w:t>
        <w:br/>
        <w:t>Зате читав Адама Сміта&lt;br /&gt;</w:t>
        <w:br/>
        <w:t>І сильний був економіст,&lt;br /&gt;</w:t>
        <w:br/>
        <w:t>Тобто доводити мав хист,&lt;br /&gt;</w:t>
        <w:br/>
        <w:t>На чім держава багатіє,&lt;br /&gt;</w:t>
        <w:br/>
        <w:t>І чим живе, і як вона&lt;br /&gt;</w:t>
        <w:br/>
        <w:t>Бува без золота міцна,&lt;br /&gt;</w:t>
        <w:br/>
        <w:t>Коли продуктом володіє.&lt;br /&gt;</w:t>
        <w:br/>
        <w:t>На все те батько не зважав&lt;br /&gt;</w:t>
        <w:br/>
        <w:t>І, знай, маєтки заставляв.</w:t>
      </w:r>
    </w:p>
    <w:p>
      <w:r>
        <w:br/>
        <w:t>VIII</w:t>
      </w:r>
    </w:p>
    <w:p>
      <w:r>
        <w:br/>
        <w:t>Всього, що знав іще Євгеній,&lt;br /&gt;</w:t>
        <w:br/>
        <w:t>У повісті не ознаймиш;&lt;br /&gt;</w:t>
        <w:br/>
        <w:t>Та в чому він був справжній геній,&lt;br /&gt;</w:t>
        <w:br/>
        <w:t>Що знав з усіх наук твердіш,&lt;br /&gt;</w:t>
        <w:br/>
        <w:t>Що вибрав трохи чи не зроду,&lt;br /&gt;</w:t>
        <w:br/>
        <w:t>Як труд, як муку й насолоду,&lt;br /&gt;</w:t>
        <w:br/>
        <w:t>Чим виповняв він по краї&lt;br /&gt;</w:t>
        <w:br/>
        <w:t>Нудьгу і лінощі свої,-&lt;br /&gt;</w:t>
        <w:br/>
        <w:t>Була наука милування,&lt;br /&gt;</w:t>
        <w:br/>
        <w:t>Яку прославив ще Назон,&lt;br /&gt;</w:t>
        <w:br/>
        <w:t>За що скінчив, як марний сон,&lt;br /&gt;</w:t>
        <w:br/>
        <w:t>В Молдавії, в краю вигнання,&lt;br /&gt;</w:t>
        <w:br/>
        <w:t>У чужодальній стороні&lt;br /&gt;</w:t>
        <w:br/>
        <w:t>Блискучі та бентежні дні.</w:t>
      </w:r>
    </w:p>
    <w:p>
      <w:r>
        <w:br/>
        <w:t>IX</w:t>
      </w:r>
    </w:p>
    <w:p>
      <w:r>
        <w:br/>
        <w:t>. . . . . . . . . . .&lt;br /&gt;</w:t>
        <w:br/>
        <w:t>. . . . . . . . . . .&lt;br /&gt;</w:t>
        <w:br/>
        <w:t>. . . . . . . . . . .</w:t>
      </w:r>
    </w:p>
    <w:p>
      <w:r>
        <w:br/>
        <w:t>X</w:t>
      </w:r>
    </w:p>
    <w:p>
      <w:r>
        <w:br/>
        <w:t>Як рано міг він хитрувати,&lt;br /&gt;</w:t>
        <w:br/>
        <w:t>Ховать надію, ревнувать,&lt;br /&gt;</w:t>
        <w:br/>
        <w:t>Зневіру й віру викликати,&lt;br /&gt;</w:t>
        <w:br/>
        <w:t>Здаваться хмурим, умлівать,&lt;br /&gt;</w:t>
        <w:br/>
        <w:t>Являтись гордим і слухняним,&lt;br /&gt;</w:t>
        <w:br/>
        <w:t>Холодним бути, полум'яним!&lt;br /&gt;</w:t>
        <w:br/>
        <w:t>Як він томливо німував,&lt;br /&gt;</w:t>
        <w:br/>
        <w:t>Як пломенисто промовляв,&lt;br /&gt;</w:t>
        <w:br/>
        <w:t>Які листи писав недбалі!&lt;br /&gt;</w:t>
        <w:br/>
        <w:t>В одній меті, з одним чуттям,&lt;br /&gt;</w:t>
        <w:br/>
        <w:t>Як забував себе він сам!&lt;br /&gt;</w:t>
        <w:br/>
        <w:t>Як очі й ніжні, і зухвалі&lt;br /&gt;</w:t>
        <w:br/>
        <w:t>Умів звести і опустить&lt;br /&gt;</w:t>
        <w:br/>
        <w:t>Чи послухняні сльози лить!</w:t>
      </w:r>
    </w:p>
    <w:p>
      <w:r>
        <w:br/>
        <w:t>XІ</w:t>
      </w:r>
    </w:p>
    <w:p>
      <w:r>
        <w:br/>
        <w:t>Як він умів новим здаватись,&lt;br /&gt;</w:t>
        <w:br/>
        <w:t>Вражать невинність жартома,&lt;br /&gt;</w:t>
        <w:br/>
        <w:t>В готовий розпач удаватись,&lt;br /&gt;</w:t>
        <w:br/>
        <w:t>Годити силами всіма,&lt;br /&gt;</w:t>
        <w:br/>
        <w:t>Як він належної хвилини&lt;br /&gt;</w:t>
        <w:br/>
        <w:t>Передсуд юності невинний&lt;br /&gt;</w:t>
        <w:br/>
        <w:t>Умом і пристрастю боров,&lt;br /&gt;</w:t>
        <w:br/>
        <w:t>Як чатував він на любов,&lt;br /&gt;</w:t>
        <w:br/>
        <w:t>Молив і вимагав признання,&lt;br /&gt;</w:t>
        <w:br/>
        <w:t>Як, серця вчувши перший звук,&lt;br /&gt;</w:t>
        <w:br/>
        <w:t>Добитися без довгих мук&lt;br /&gt;</w:t>
        <w:br/>
        <w:t>Умів таємного стрівання,-&lt;br /&gt;</w:t>
        <w:br/>
        <w:t>І, досягнувши милих прав,&lt;br /&gt;</w:t>
        <w:br/>
        <w:t>Уроки в тиші їй давав!</w:t>
      </w:r>
    </w:p>
    <w:p>
      <w:r>
        <w:br/>
        <w:t>XІІ</w:t>
      </w:r>
    </w:p>
    <w:p>
      <w:r>
        <w:br/>
        <w:t>Як рано міг він хвилювати&lt;br /&gt;</w:t>
        <w:br/>
        <w:t>Серця кокеток записних!&lt;br /&gt;</w:t>
        <w:br/>
        <w:t>Коли ж хотілось покарати&lt;br /&gt;</w:t>
        <w:br/>
        <w:t>Йому суперників своїх,-&lt;br /&gt;</w:t>
        <w:br/>
        <w:t>Як він отруйно лихословив!&lt;br /&gt;</w:t>
        <w:br/>
        <w:t>Які пастки на них готовив!&lt;br /&gt;</w:t>
        <w:br/>
        <w:t>Та ви, володарі дружин,-&lt;br /&gt;</w:t>
        <w:br/>
        <w:t>Був з вами другом завжди він:&lt;br /&gt;</w:t>
        <w:br/>
        <w:t>Його любив і муж лукавий,&lt;br /&gt;</w:t>
        <w:br/>
        <w:t>Фобласа давній ученик,&lt;br /&gt;</w:t>
        <w:br/>
        <w:t>І недовірливий старик,&lt;br /&gt;</w:t>
        <w:br/>
        <w:t>І рогоносець величавий,&lt;br /&gt;</w:t>
        <w:br/>
        <w:t>Що шанував, як то і слід,&lt;br /&gt;</w:t>
        <w:br/>
        <w:t>Себе, жону і свій обід.</w:t>
      </w:r>
    </w:p>
    <w:p>
      <w:r>
        <w:br/>
        <w:t>XІІ. ХІV</w:t>
      </w:r>
    </w:p>
    <w:p>
      <w:r>
        <w:br/>
        <w:t>. . . . . . . . . . .&lt;br /&gt;</w:t>
        <w:br/>
        <w:t>. . . . . . . . . . .&lt;br /&gt;</w:t>
        <w:br/>
        <w:t>. . . . . . . . . . .</w:t>
      </w:r>
    </w:p>
    <w:p>
      <w:r>
        <w:br/>
        <w:t>ХV</w:t>
      </w:r>
    </w:p>
    <w:p>
      <w:r>
        <w:br/>
        <w:t>Іще в постелі він, бувало:&lt;br /&gt;</w:t>
        <w:br/>
        <w:t>Йому записочки несуть.&lt;br /&gt;</w:t>
        <w:br/>
        <w:t>Запросини? Та ще й чимало:&lt;br /&gt;</w:t>
        <w:br/>
        <w:t>На трьох вечірках просять буть,&lt;br /&gt;</w:t>
        <w:br/>
        <w:t>Там буде бал, там іменини.&lt;br /&gt;</w:t>
        <w:br/>
        <w:t>Куди ж гульвіса наш полине?&lt;br /&gt;</w:t>
        <w:br/>
        <w:t>Почне він як? Дарма питать!&lt;br /&gt;</w:t>
        <w:br/>
        <w:t>Усіх він встигне облітать.&lt;br /&gt;</w:t>
        <w:br/>
        <w:t>Тим часом в ранішнім уборі,&lt;br /&gt;</w:t>
        <w:br/>
        <w:t>Надівши модний болівар3,&lt;br /&gt;</w:t>
        <w:br/>
        <w:t>Онєгін їде на бульвар&lt;br /&gt;</w:t>
        <w:br/>
        <w:t>І там гуляє на просторі,&lt;br /&gt;</w:t>
        <w:br/>
        <w:t>Аж поки про обідній час&lt;br /&gt;</w:t>
        <w:br/>
        <w:t>Брегет* не нагадає враз.</w:t>
      </w:r>
    </w:p>
    <w:p>
      <w:r>
        <w:br/>
        <w:t>------------&lt;br /&gt;</w:t>
        <w:br/>
        <w:t>* Брегет — кишеньковий годинник з майстерні&lt;br /&gt;</w:t>
        <w:br/>
        <w:t>французького майстра Брегета.&lt;br /&gt;</w:t>
        <w:br/>
        <w:t>Ці годинники видзвонювали хвилини.</w:t>
      </w:r>
    </w:p>
    <w:p>
      <w:r>
        <w:br/>
        <w:t>ХVI</w:t>
      </w:r>
    </w:p>
    <w:p>
      <w:r>
        <w:br/>
        <w:t>Вже темно: в сани він сідає.&lt;br /&gt;</w:t>
        <w:br/>
        <w:t>"Агей!" — зачувся крик гучний.&lt;br /&gt;</w:t>
        <w:br/>
        <w:t>Морозним сріблом одливає&lt;br /&gt;</w:t>
        <w:br/>
        <w:t>Широкий комір бобряний.&lt;br /&gt;</w:t>
        <w:br/>
        <w:t>Блискучий любленець химерин,&lt;br /&gt;</w:t>
        <w:br/>
        <w:t>Жде у Talon4 його Каверін.&lt;br /&gt;</w:t>
        <w:br/>
        <w:t>Ввійшов: і корок геть летить,&lt;br /&gt;</w:t>
        <w:br/>
        <w:t>Вина комети струм кипить*,&lt;br /&gt;</w:t>
        <w:br/>
        <w:t>Roast-beef чекає їх сочистий&lt;br /&gt;</w:t>
        <w:br/>
        <w:t>І трюфлі, розкіш юних днів,&lt;br /&gt;</w:t>
        <w:br/>
        <w:t>Французьких гордість кухарів,&lt;br /&gt;</w:t>
        <w:br/>
        <w:t>І страсбурзький пиріг пашистий&lt;br /&gt;</w:t>
        <w:br/>
        <w:t>Між сиром лімбурзьким живим&lt;br /&gt;</w:t>
        <w:br/>
        <w:t>І ананасом золотим.</w:t>
      </w:r>
    </w:p>
    <w:p>
      <w:r>
        <w:br/>
        <w:t>------------&lt;br /&gt;</w:t>
        <w:br/>
        <w:t>* "Вино комети" — вино збору 1811 року, вельми&lt;br /&gt;</w:t>
        <w:br/>
        <w:t>врожайного, що люди забобонні пояснювали впливом&lt;br /&gt;</w:t>
        <w:br/>
        <w:t>комети, дуже яскравої та близької до землі.</w:t>
      </w:r>
    </w:p>
    <w:p>
      <w:r>
        <w:br/>
        <w:t>XVII</w:t>
      </w:r>
    </w:p>
    <w:p>
      <w:r>
        <w:br/>
        <w:t>Ще спрага келихів жадає&lt;br /&gt;</w:t>
        <w:br/>
        <w:t>Залить гарячий жир котлет,&lt;br /&gt;</w:t>
        <w:br/>
        <w:t>А дзвін брегета сповіщає,&lt;br /&gt;</w:t>
        <w:br/>
        <w:t>Що вже почавсь новий балет.&lt;br /&gt;</w:t>
        <w:br/>
        <w:t>Театру злий законодавець&lt;br /&gt;</w:t>
        <w:br/>
        <w:t>І перемінливий ласкавець&lt;br /&gt;</w:t>
        <w:br/>
        <w:t>Найчарівливіших актрис,&lt;br /&gt;</w:t>
        <w:br/>
        <w:t>Почесний за?всідник куліс,&lt;br /&gt;</w:t>
        <w:br/>
        <w:t>Онєгін наш уже в театрі,&lt;br /&gt;</w:t>
        <w:br/>
        <w:t>Де всяк, щоб вільність показать,&lt;br /&gt;</w:t>
        <w:br/>
        <w:t>За entrechat* ладен плескать,&lt;br /&gt;</w:t>
        <w:br/>
        <w:t>Свистіти Федрі, Клеопатрі,&lt;br /&gt;</w:t>
        <w:br/>
        <w:t>Моїну викликать — аби&lt;br /&gt;</w:t>
        <w:br/>
        <w:t>Його почули між юрби.</w:t>
      </w:r>
    </w:p>
    <w:p>
      <w:r>
        <w:br/>
        <w:t>-----------------&lt;br /&gt;</w:t>
        <w:br/>
        <w:t>* Стрибок, антраша (франц.)</w:t>
      </w:r>
    </w:p>
    <w:p>
      <w:r>
        <w:br/>
        <w:t>XVIII</w:t>
      </w:r>
    </w:p>
    <w:p>
      <w:r>
        <w:br/>
        <w:t>Чудовий край! Колись там, щирий&lt;br /&gt;</w:t>
        <w:br/>
        <w:t>І незрадливий волі син,&lt;br /&gt;</w:t>
        <w:br/>
        <w:t>Гримів Фонвізін, бог сатири,&lt;br /&gt;</w:t>
        <w:br/>
        <w:t>І запозичливий Княжнін;&lt;br /&gt;</w:t>
        <w:br/>
        <w:t>Там Озеров хвалу народну&lt;br /&gt;</w:t>
        <w:br/>
        <w:t>І сліз данину благородну&lt;br /&gt;</w:t>
        <w:br/>
        <w:t>З Семеновою поділяв;&lt;br /&gt;</w:t>
        <w:br/>
        <w:t>Там наш Катенін воскрешав&lt;br /&gt;</w:t>
        <w:br/>
        <w:t>Корнеля геній величавий;&lt;br /&gt;</w:t>
        <w:br/>
        <w:t>Там вивів Шаховський їдкий&lt;br /&gt;</w:t>
        <w:br/>
        <w:t>Своїх комедій жвавий рій,&lt;br /&gt;</w:t>
        <w:br/>
        <w:t>Там і Дідло домігся слави,&lt;br /&gt;</w:t>
        <w:br/>
        <w:t>Там, там, у присмерках куліс,&lt;br /&gt;</w:t>
        <w:br/>
        <w:t>Минали дні мої колись.</w:t>
      </w:r>
    </w:p>
    <w:p>
      <w:r>
        <w:br/>
        <w:t>XIX</w:t>
      </w:r>
    </w:p>
    <w:p>
      <w:r>
        <w:br/>
        <w:t>О де ви, де, мої богині?&lt;br /&gt;</w:t>
        <w:br/>
        <w:t>Скажіть — ті самі ви в цей час,&lt;br /&gt;</w:t>
        <w:br/>
        <w:t>Чи іншим довелося нині&lt;br /&gt;</w:t>
        <w:br/>
        <w:t>Змінить, не замінивши, вас?&lt;br /&gt;</w:t>
        <w:br/>
        <w:t>Чи знов почую вас у хорі?&lt;br /&gt;</w:t>
        <w:br/>
        <w:t>Чи славу руській Терпсіхорі&lt;br /&gt;</w:t>
        <w:br/>
        <w:t>Складу за пломенистий літ?&lt;br /&gt;</w:t>
        <w:br/>
        <w:t>А чи побачу інший світ,&lt;br /&gt;</w:t>
        <w:br/>
        <w:t>Чужі та нецікаві лиця,&lt;br /&gt;</w:t>
        <w:br/>
        <w:t>І, глянувши, сумний поет,&lt;br /&gt;</w:t>
        <w:br/>
        <w:t>Крізь розчарований лорнет,&lt;br /&gt;</w:t>
        <w:br/>
        <w:t>Як та дрібнота веселиться,&lt;br /&gt;</w:t>
        <w:br/>
        <w:t>Безмовно буду позіхать&lt;br /&gt;</w:t>
        <w:br/>
        <w:t>Та про минуле споминать?</w:t>
      </w:r>
    </w:p>
    <w:p>
      <w:r>
        <w:br/>
        <w:t>XX</w:t>
      </w:r>
    </w:p>
    <w:p>
      <w:r>
        <w:br/>
        <w:t>В театрі повно; ложі сяють;&lt;br /&gt;</w:t>
        <w:br/>
        <w:t>Партер і крісла, все кипить:&lt;br /&gt;</w:t>
        <w:br/>
        <w:t>В райку і плещуть, і гукають, —&lt;br /&gt;</w:t>
        <w:br/>
        <w:t>І от завіса вже шумить.&lt;br /&gt;</w:t>
        <w:br/>
        <w:t>Осяяна, напівефірна,&lt;br /&gt;</w:t>
        <w:br/>
        <w:t>Смичкові владному покірна,&lt;br /&gt;</w:t>
        <w:br/>
        <w:t>Між німф, струнка і вогняна,&lt;br /&gt;</w:t>
        <w:br/>
        <w:t>Стоїть Істоміна. Вона&lt;br /&gt;</w:t>
        <w:br/>
        <w:t>На 'дній нозі посеред кола&lt;br /&gt;</w:t>
        <w:br/>
        <w:t>Кружляє звільна — і за мить&lt;br /&gt;</w:t>
        <w:br/>
        <w:t>Легкий стрибок, і вже летить,&lt;br /&gt;</w:t>
        <w:br/>
        <w:t>Летить, як пух від уст Еола,&lt;br /&gt;</w:t>
        <w:br/>
        <w:t>То вигне стан свій, то зів'є,&lt;br /&gt;</w:t>
        <w:br/>
        <w:t>І ніжкою об ніжку б'є.</w:t>
      </w:r>
    </w:p>
    <w:p>
      <w:r>
        <w:br/>
        <w:t>XXI</w:t>
      </w:r>
    </w:p>
    <w:p>
      <w:r>
        <w:br/>
        <w:t>Всі плещуть. Наш Онєгін входить,&lt;br /&gt;</w:t>
        <w:br/>
        <w:t>Іде поміж рядами сам,&lt;br /&gt;</w:t>
        <w:br/>
        <w:t>Лорнет подвійний свій наводить&lt;br /&gt;</w:t>
        <w:br/>
        <w:t>На ложі незнайомих дам;&lt;br /&gt;</w:t>
        <w:br/>
        <w:t>Всі яруси окинув зором,&lt;br /&gt;</w:t>
        <w:br/>
        <w:t>Все бачив: лицями, убором&lt;br /&gt;</w:t>
        <w:br/>
        <w:t>Загал його роздратував;&lt;br /&gt;</w:t>
        <w:br/>
        <w:t>Уклін мужчинам він оддав,&lt;br /&gt;</w:t>
        <w:br/>
        <w:t>А далі погляд гордовитий&lt;br /&gt;</w:t>
        <w:br/>
        <w:t>На сцену знехотя звернув,&lt;br /&gt;</w:t>
        <w:br/>
        <w:t>Одвівши очі, позіхнув,&lt;br /&gt;</w:t>
        <w:br/>
        <w:t>І каже: "Всіх пора змінити!&lt;br /&gt;</w:t>
        <w:br/>
        <w:t>Балети я терпів як зло,&lt;br /&gt;</w:t>
        <w:br/>
        <w:t>Та вже набрид мені й Дідло!"</w:t>
      </w:r>
    </w:p>
    <w:p>
      <w:r>
        <w:br/>
        <w:t>XXII</w:t>
      </w:r>
    </w:p>
    <w:p>
      <w:r>
        <w:br/>
        <w:t>Іще амури, біси, гноми&lt;br /&gt;</w:t>
        <w:br/>
        <w:t>На сцені скачуть і шумлять;&lt;br /&gt;</w:t>
        <w:br/>
        <w:t>Ще слуги з марної утоми&lt;br /&gt;</w:t>
        <w:br/>
        <w:t>На шубах у прихожій сплять;&lt;br /&gt;</w:t>
        <w:br/>
        <w:t>Іще не кинули плескати,&lt;br /&gt;</w:t>
        <w:br/>
        <w:t>Шипіти, кашляти, гукати,&lt;br /&gt;</w:t>
        <w:br/>
        <w:t>Іще і в залі, й на дворі&lt;br /&gt;</w:t>
        <w:br/>
        <w:t>Блищать мигтючі ліхтарі;&lt;br /&gt;</w:t>
        <w:br/>
        <w:t>Померзлі ще басують коні,&lt;br /&gt;</w:t>
        <w:br/>
        <w:t>І кучери навкруг огнів&lt;br /&gt;</w:t>
        <w:br/>
        <w:t>Зібрались, лаючи панів,&lt;br /&gt;</w:t>
        <w:br/>
        <w:t>Та, щоб зігріться, б'ють в долоні,&lt;br /&gt;</w:t>
        <w:br/>
        <w:t>А вже Онєгін знов у путь,-&lt;br /&gt;</w:t>
        <w:br/>
        <w:t>Вбрання до балу надягнуть.</w:t>
      </w:r>
    </w:p>
    <w:p>
      <w:r>
        <w:br/>
        <w:t>XXIII</w:t>
      </w:r>
    </w:p>
    <w:p>
      <w:r>
        <w:br/>
        <w:t>Як змалювати вам, панове,&lt;br /&gt;</w:t>
        <w:br/>
        <w:t>Той самотинний кабінет,&lt;br /&gt;</w:t>
        <w:br/>
        <w:t>Де вихованець мод зразковий&lt;br /&gt;</w:t>
        <w:br/>
        <w:t>Вершить свій мудрий туалет?&lt;br /&gt;</w:t>
        <w:br/>
        <w:t>Все, що на вигадки безкраї&lt;br /&gt;</w:t>
        <w:br/>
        <w:t>Купецький Лондон виробляє,&lt;br /&gt;</w:t>
        <w:br/>
        <w:t>Щоб через Балтику свій крам&lt;br /&gt;</w:t>
        <w:br/>
        <w:t>За сало й ліс возити нам,&lt;br /&gt;</w:t>
        <w:br/>
        <w:t>Все, що в Парижі смак голодний,&lt;br /&gt;</w:t>
        <w:br/>
        <w:t>Про зиски дбаючи всякчас,&lt;br /&gt;</w:t>
        <w:br/>
        <w:t>На втіху створює для нас,&lt;br /&gt;</w:t>
        <w:br/>
        <w:t>На примхи, на блищання модне,-&lt;br /&gt;</w:t>
        <w:br/>
        <w:t>Все мав, добірності взірець,&lt;br /&gt;</w:t>
        <w:br/>
        <w:t>Літ вісімнадцяти мудрець.</w:t>
      </w:r>
    </w:p>
    <w:p>
      <w:r>
        <w:br/>
        <w:t>XXIV</w:t>
      </w:r>
    </w:p>
    <w:p>
      <w:r>
        <w:br/>
        <w:t>Люльки янтарні з Цареграда,&lt;br /&gt;</w:t>
        <w:br/>
        <w:t>Фарфор і бронза на столі&lt;br /&gt;</w:t>
        <w:br/>
        <w:t>І — ніжним почуттям відрада —&lt;br /&gt;</w:t>
        <w:br/>
        <w:t>Парфуми в чистім кришталі,&lt;br /&gt;</w:t>
        <w:br/>
        <w:t>Гребінки, пилочки предивні,&lt;br /&gt;</w:t>
        <w:br/>
        <w:t>І рівні ножиці, й нерівні,&lt;br /&gt;</w:t>
        <w:br/>
        <w:t>І щіточки на сто ладів&lt;br /&gt;</w:t>
        <w:br/>
        <w:t>Для нігтів, також для зубів.&lt;br /&gt;</w:t>
        <w:br/>
        <w:t>Руссо (на пам'ять він прийшов нам)&lt;br /&gt;</w:t>
        <w:br/>
        <w:t>Гнівився, що поважний Грім&lt;br /&gt;</w:t>
        <w:br/>
        <w:t>Смів чистить нігті перед ним,&lt;br /&gt;</w:t>
        <w:br/>
        <w:t>Химерником прекрасномовним6.&lt;br /&gt;</w:t>
        <w:br/>
        <w:t>Захисник вольності і прав&lt;br /&gt;</w:t>
        <w:br/>
        <w:t>Тут права сердитись не мав.</w:t>
      </w:r>
    </w:p>
    <w:p>
      <w:r>
        <w:br/>
        <w:t>XXV</w:t>
      </w:r>
    </w:p>
    <w:p>
      <w:r>
        <w:br/>
        <w:t>Людина славна бути може&lt;br /&gt;</w:t>
        <w:br/>
        <w:t>І дбать про нігті разом з тим:&lt;br /&gt;</w:t>
        <w:br/>
        <w:t>Хто вік сучасний переможе?&lt;br /&gt;</w:t>
        <w:br/>
        <w:t>Царює звичай над усім.&lt;br /&gt;</w:t>
        <w:br/>
        <w:t>Євгеній мій, Чадаєв другий,&lt;br /&gt;</w:t>
        <w:br/>
        <w:t>Боявшись осуду й наруги,&lt;br /&gt;</w:t>
        <w:br/>
        <w:t>В своїй одежі був педант&lt;br /&gt;</w:t>
        <w:br/>
        <w:t>І те, що ми назвали франт.&lt;br /&gt;</w:t>
        <w:br/>
        <w:t>Щоденно він по три годині&lt;br /&gt;</w:t>
        <w:br/>
        <w:t>Перед свічадом пробував,-&lt;br /&gt;</w:t>
        <w:br/>
        <w:t>Зате ж і вигляд потім мав,&lt;br /&gt;</w:t>
        <w:br/>
        <w:t>Як у пафоської богині,&lt;br /&gt;</w:t>
        <w:br/>
        <w:t>Коли під чоловічий лад&lt;br /&gt;</w:t>
        <w:br/>
        <w:t>Вона вдяглась на маскарад.</w:t>
      </w:r>
    </w:p>
    <w:p>
      <w:r>
        <w:br/>
        <w:t>XXVI</w:t>
      </w:r>
    </w:p>
    <w:p>
      <w:r>
        <w:br/>
        <w:t>Явивши перед ваші зори&lt;br /&gt;</w:t>
        <w:br/>
        <w:t>Ряд туалетних таємниць,&lt;br /&gt;</w:t>
        <w:br/>
        <w:t>Я міг би тут його убори&lt;br /&gt;</w:t>
        <w:br/>
        <w:t>Намалювати до дрібниць;&lt;br /&gt;</w:t>
        <w:br/>
        <w:t>Воно було б, щоправда, сміло,&lt;br /&gt;</w:t>
        <w:br/>
        <w:t>Хоч малювати — наше діло,&lt;br /&gt;</w:t>
        <w:br/>
        <w:t>Та панталони, фрак, жилет&lt;br /&gt;</w:t>
        <w:br/>
        <w:t>Не чув по-руському поет;&lt;br /&gt;</w:t>
        <w:br/>
        <w:t>Проте покаюсь перед вами,&lt;br /&gt;</w:t>
        <w:br/>
        <w:t>Що склад моїх пісень і книг&lt;br /&gt;</w:t>
        <w:br/>
        <w:t>Рябіть не так би густо міг&lt;br /&gt;</w:t>
        <w:br/>
        <w:t>Іноплеменними словами,&lt;br /&gt;</w:t>
        <w:br/>
        <w:t>Хоч я й копався на віку&lt;br /&gt;</w:t>
        <w:br/>
        <w:t>В Академічнім словнику.</w:t>
      </w:r>
    </w:p>
    <w:p>
      <w:r>
        <w:br/>
        <w:t>XXVII</w:t>
      </w:r>
    </w:p>
    <w:p>
      <w:r>
        <w:br/>
        <w:t>Та це, сказати б, не до діла:&lt;br /&gt;</w:t>
        <w:br/>
        <w:t>На бал ми краще поспішім,&lt;br /&gt;</w:t>
        <w:br/>
        <w:t>Куди карета полетіла&lt;br /&gt;</w:t>
        <w:br/>
        <w:t>З моїм героєм молодим.&lt;br /&gt;</w:t>
        <w:br/>
        <w:t>Перед померклими домами&lt;br /&gt;</w:t>
        <w:br/>
        <w:t>По сонній улиці рядами&lt;br /&gt;</w:t>
        <w:br/>
        <w:t>Карет подвійні ліхтарі&lt;br /&gt;</w:t>
        <w:br/>
        <w:t>Горять, як промені зорі,&lt;br /&gt;</w:t>
        <w:br/>
        <w:t>І райдуги на сніг наводять;&lt;br /&gt;</w:t>
        <w:br/>
        <w:t>У гроні плошок золотім&lt;br /&gt;</w:t>
        <w:br/>
        <w:t>Сіяє блискотливий дім,&lt;br /&gt;</w:t>
        <w:br/>
        <w:t>В яскравих вікнах тіні ходять,&lt;br /&gt;</w:t>
        <w:br/>
        <w:t>Мелькають профілі голів&lt;br /&gt;</w:t>
        <w:br/>
        <w:t>І дам, і модних диваків.</w:t>
      </w:r>
    </w:p>
    <w:p>
      <w:r>
        <w:br/>
        <w:t>XXVIII</w:t>
      </w:r>
    </w:p>
    <w:p>
      <w:r>
        <w:br/>
        <w:t>Онєгін в сінях покойових;&lt;br /&gt;</w:t>
        <w:br/>
        <w:t>Швейцара мимо, як стріла,&lt;br /&gt;</w:t>
        <w:br/>
        <w:t>Злетів по сходах мармурових,&lt;br /&gt;</w:t>
        <w:br/>
        <w:t>Волосся він змахнув з чола,&lt;br /&gt;</w:t>
        <w:br/>
        <w:t>Ввійшов. Навкруг юрба велика;&lt;br /&gt;</w:t>
        <w:br/>
        <w:t>Гриміть стомилася музика;&lt;br /&gt;</w:t>
        <w:br/>
        <w:t>Усе в мазурці проліта;&lt;br /&gt;</w:t>
        <w:br/>
        <w:t>Навколо й шум, і тіснота;&lt;br /&gt;</w:t>
        <w:br/>
        <w:t>Дзвенять кавалергарда шпори;&lt;br /&gt;</w:t>
        <w:br/>
        <w:t>Літають ніжки милих дам;&lt;br /&gt;</w:t>
        <w:br/>
        <w:t>Вабливим навздогін слідам —&lt;br /&gt;</w:t>
        <w:br/>
        <w:t>То строгі, то ласкаві зори,&lt;br /&gt;</w:t>
        <w:br/>
        <w:t>І глушить рев скрипок гучних&lt;br /&gt;</w:t>
        <w:br/>
        <w:t>Шептання модниць чарівних.</w:t>
      </w:r>
    </w:p>
    <w:p>
      <w:r>
        <w:br/>
        <w:t>XXIX</w:t>
      </w:r>
    </w:p>
    <w:p>
      <w:r>
        <w:br/>
        <w:t>За днів юнацького буяння&lt;br /&gt;</w:t>
        <w:br/>
        <w:t>Від слова бал я шаленів:&lt;br /&gt;</w:t>
        <w:br/>
        <w:t>Найкраще місце для признання,&lt;br /&gt;</w:t>
        <w:br/>
        <w:t>Для потай даваних листів.&lt;br /&gt;</w:t>
        <w:br/>
        <w:t>О ви, чоловіки статечні!&lt;br /&gt;</w:t>
        <w:br/>
        <w:t>Прийміть поради ці доречні:&lt;br /&gt;</w:t>
        <w:br/>
        <w:t>Я залюбки вам поможу&lt;br /&gt;</w:t>
        <w:br/>
        <w:t>І де в чому остережу.&lt;br /&gt;</w:t>
        <w:br/>
        <w:t>Та й вам, матусі, допоможе&lt;br /&gt;</w:t>
        <w:br/>
        <w:t>Суворий погляд крізь лорнет&lt;br /&gt;</w:t>
        <w:br/>
        <w:t>На ваших Мері та Аннет,&lt;br /&gt;</w:t>
        <w:br/>
        <w:t>А то... а то рятуй нас, боже!&lt;br /&gt;</w:t>
        <w:br/>
        <w:t>Тому про все це я пишу,&lt;br /&gt;</w:t>
        <w:br/>
        <w:t>Що сам давно вже не грішу.</w:t>
      </w:r>
    </w:p>
    <w:p>
      <w:r>
        <w:br/>
        <w:t>XXX</w:t>
      </w:r>
    </w:p>
    <w:p>
      <w:r>
        <w:br/>
        <w:t>Шкода, у втіхах та в марноті&lt;br /&gt;</w:t>
        <w:br/>
        <w:t>Найкращі дні мої спливли!&lt;br /&gt;</w:t>
        <w:br/>
        <w:t>Проте коли б не дань чесноті,&lt;br /&gt;</w:t>
        <w:br/>
        <w:t>Любив би й досі я бали.&lt;br /&gt;</w:t>
        <w:br/>
        <w:t>Люблю я молодість безумну,&lt;br /&gt;</w:t>
        <w:br/>
        <w:t>І тиск, і радість многошумну,&lt;br /&gt;</w:t>
        <w:br/>
        <w:t>І дам обдуманий наряд;&lt;br /&gt;</w:t>
        <w:br/>
        <w:t>Люблю їх ніжки; та навряд&lt;br /&gt;</w:t>
        <w:br/>
        <w:t>Чи пар хоч три на всю Росію&lt;br /&gt;</w:t>
        <w:br/>
        <w:t>Найти струнких жіночих ніг.&lt;br /&gt;</w:t>
        <w:br/>
        <w:t>Ах, довго я забуть не міг&lt;br /&gt;</w:t>
        <w:br/>
        <w:t>Дві ніжки!.. Серцем я старію,&lt;br /&gt;</w:t>
        <w:br/>
        <w:t>Холону,— а й тепер вони&lt;br /&gt;</w:t>
        <w:br/>
        <w:t>Мені тривожать тихі сни.</w:t>
      </w:r>
    </w:p>
    <w:p>
      <w:r>
        <w:br/>
        <w:t>XXXI</w:t>
      </w:r>
    </w:p>
    <w:p>
      <w:r>
        <w:br/>
        <w:t>Коли ж і де, в якій пустині,&lt;br /&gt;</w:t>
        <w:br/>
        <w:t>Безумче, ти забудеш їх?&lt;br /&gt;</w:t>
        <w:br/>
        <w:t>Ах, ніжки, ніжки! Де ви нині?&lt;br /&gt;</w:t>
        <w:br/>
        <w:t>Де мнете квіти лук ясних?&lt;br /&gt;</w:t>
        <w:br/>
        <w:t>Під східним пещені промінням,&lt;br /&gt;</w:t>
        <w:br/>
        <w:t>Ви на снігу, для вас чужиннім,&lt;br /&gt;</w:t>
        <w:br/>
        <w:t>Не відпечатали слідів:&lt;br /&gt;</w:t>
        <w:br/>
        <w:t>Любили ніжних килимів&lt;br /&gt;</w:t>
        <w:br/>
        <w:t>Ви голубливе дотикання.&lt;br /&gt;</w:t>
        <w:br/>
        <w:t>Чи не для вас я забував&lt;br /&gt;</w:t>
        <w:br/>
        <w:t>Жадобу слави, шум забав,&lt;br /&gt;</w:t>
        <w:br/>
        <w:t>І отчий край, і край вигнання?&lt;br /&gt;</w:t>
        <w:br/>
        <w:t>Та зникло щастя те в очах,&lt;br /&gt;</w:t>
        <w:br/>
        <w:t>Як слід легкий ваш у лугах.</w:t>
      </w:r>
    </w:p>
    <w:p>
      <w:r>
        <w:br/>
        <w:t>XXXII</w:t>
      </w:r>
    </w:p>
    <w:p>
      <w:r>
        <w:br/>
        <w:t>Діани перса, щічки Флори&lt;br /&gt;</w:t>
        <w:br/>
        <w:t>Скрашають, друзі, нам життя!&lt;br /&gt;</w:t>
        <w:br/>
        <w:t>Одначе ніжка Терпсіхори&lt;br /&gt;</w:t>
        <w:br/>
        <w:t>Сильніш хвилює почуття.&lt;br /&gt;</w:t>
        <w:br/>
        <w:t>Вона, віщуючи зарання&lt;br /&gt;</w:t>
        <w:br/>
        <w:t>Непорівнянне раювання,&lt;br /&gt;</w:t>
        <w:br/>
        <w:t>Умовною красою вмить&lt;br /&gt;</w:t>
        <w:br/>
        <w:t>Нам серце може запалить.&lt;br /&gt;</w:t>
        <w:br/>
        <w:t>Люблю її, моя Ельвіно,&lt;br /&gt;</w:t>
        <w:br/>
        <w:t>Під довгим накриттям столів,&lt;br /&gt;</w:t>
        <w:br/>
        <w:t>Весною на шовку лугів,&lt;br /&gt;</w:t>
        <w:br/>
        <w:t>Зимою на краю каміна,&lt;br /&gt;</w:t>
        <w:br/>
        <w:t>На тлі паркету світлянім,&lt;br /&gt;</w:t>
        <w:br/>
        <w:t>На узбережжі кам'янім.</w:t>
      </w:r>
    </w:p>
    <w:p>
      <w:r>
        <w:br/>
        <w:t>XXXIII</w:t>
      </w:r>
    </w:p>
    <w:p>
      <w:r>
        <w:br/>
        <w:t>Згадав я час перед грозою:&lt;br /&gt;</w:t>
        <w:br/>
        <w:t>Як заздрив морю я тоді,&lt;br /&gt;</w:t>
        <w:br/>
        <w:t>Що мчалось лавою живою&lt;br /&gt;</w:t>
        <w:br/>
        <w:t>Лягти під ноги молоді!&lt;br /&gt;</w:t>
        <w:br/>
        <w:t>Як прагнув разом з бурунами&lt;br /&gt;</w:t>
        <w:br/>
        <w:t>Діткнутись милих ніг устами!&lt;br /&gt;</w:t>
        <w:br/>
        <w:t>Ніколи у кипучі дні&lt;br /&gt;</w:t>
        <w:br/>
        <w:t>На золотій моїй весні&lt;br /&gt;</w:t>
        <w:br/>
        <w:t>Не прагнув я з таким тремтінням&lt;br /&gt;</w:t>
        <w:br/>
        <w:t>Ні уст рум'яних, ніби цвіт,&lt;br /&gt;</w:t>
        <w:br/>
        <w:t>Ні вкритих розами ланіт,&lt;br /&gt;</w:t>
        <w:br/>
        <w:t>Ні перс, хвильованих томлінням;&lt;br /&gt;</w:t>
        <w:br/>
        <w:t>Ніколи рій бажань палких&lt;br /&gt;</w:t>
        <w:br/>
        <w:t>Так не терзав грудей моїх!</w:t>
      </w:r>
    </w:p>
    <w:p>
      <w:r>
        <w:br/>
        <w:t>XXXIV</w:t>
      </w:r>
    </w:p>
    <w:p>
      <w:r>
        <w:br/>
        <w:t>І другий спогад миготливий&lt;br /&gt;</w:t>
        <w:br/>
        <w:t>Перебігає у думках:&lt;br /&gt;</w:t>
        <w:br/>
        <w:t>Держу я стремено щасливе...&lt;br /&gt;</w:t>
        <w:br/>
        <w:t>І ніжку чую я в руках;&lt;br /&gt;</w:t>
        <w:br/>
        <w:t>І знов кипить моя уява,&lt;br /&gt;</w:t>
        <w:br/>
        <w:t>Знов сила дотику ласкава&lt;br /&gt;</w:t>
        <w:br/>
        <w:t>В холоднім серці палить кров,&lt;br /&gt;</w:t>
        <w:br/>
        <w:t>Росте печаль, росте любов!..&lt;br /&gt;</w:t>
        <w:br/>
        <w:t>Та, ліро! Струнами гучними&lt;br /&gt;</w:t>
        <w:br/>
        <w:t>Про гордовитих не дзвони!&lt;br /&gt;</w:t>
        <w:br/>
        <w:t>Не варті пристрастей вони,&lt;br /&gt;</w:t>
        <w:br/>
        <w:t>Ані пісень, натхненних ними!&lt;br /&gt;</w:t>
        <w:br/>
        <w:t>Слова і зір привабниць тих&lt;br /&gt;</w:t>
        <w:br/>
        <w:t>Оманливі... як ніжки їх.</w:t>
      </w:r>
    </w:p>
    <w:p>
      <w:r>
        <w:br/>
        <w:t>XXXV</w:t>
      </w:r>
    </w:p>
    <w:p>
      <w:r>
        <w:br/>
        <w:t>Що ж мій герой? Утоми повний,&lt;br /&gt;</w:t>
        <w:br/>
        <w:t>Додому швидко полетів,-&lt;br /&gt;</w:t>
        <w:br/>
        <w:t>А Петербург непогамовний&lt;br /&gt;</w:t>
        <w:br/>
        <w:t>Під барабанний стук ожив.&lt;br /&gt;</w:t>
        <w:br/>
        <w:t>Встає купець, візник чвалає,&lt;br /&gt;</w:t>
        <w:br/>
        <w:t>Прудкий рознощик поспішає,&lt;br /&gt;</w:t>
        <w:br/>
        <w:t>Із глеком охтенка спішить,&lt;br /&gt;</w:t>
        <w:br/>
        <w:t>І під ногами сніг рипить.&lt;br /&gt;</w:t>
        <w:br/>
        <w:t>Збудився ранок благодатний.&lt;br /&gt;</w:t>
        <w:br/>
        <w:t>Із коминів прозорий дим&lt;br /&gt;</w:t>
        <w:br/>
        <w:t>Стовпом зростає голубим;&lt;br /&gt;</w:t>
        <w:br/>
        <w:t>І пекар, німець акуратний,&lt;br /&gt;</w:t>
        <w:br/>
        <w:t>У ковпаку, як і всякчас,&lt;br /&gt;</w:t>
        <w:br/>
        <w:t>Вже відкривав свій васісдас.</w:t>
      </w:r>
    </w:p>
    <w:p>
      <w:r>
        <w:br/>
        <w:t>XXXVI</w:t>
      </w:r>
    </w:p>
    <w:p>
      <w:r>
        <w:br/>
        <w:t>Але, стомившися від балу,&lt;br /&gt;</w:t>
        <w:br/>
        <w:t>Зробивши ніч з годин ясних,&lt;br /&gt;</w:t>
        <w:br/>
        <w:t>Ще спить, розкинувшись недбало,&lt;br /&gt;</w:t>
        <w:br/>
        <w:t>Дитя розкошів та утіх.&lt;br /&gt;</w:t>
        <w:br/>
        <w:t>Опівдні встане, і готову&lt;br /&gt;</w:t>
        <w:br/>
        <w:t>Дорогу починає знову,&lt;br /&gt;</w:t>
        <w:br/>
        <w:t>І днів пістрява маячня&lt;br /&gt;</w:t>
        <w:br/>
        <w:t>Та сама й завтра, і щодня.&lt;br /&gt;</w:t>
        <w:br/>
        <w:t>А чи щасливий був Євгеній,&lt;br /&gt;</w:t>
        <w:br/>
        <w:t>Розцвівши вільно, без тривог,&lt;br /&gt;</w:t>
        <w:br/>
        <w:t>Серед блискучих перемог,&lt;br /&gt;</w:t>
        <w:br/>
        <w:t>У насолоді кожноденній?!&lt;br /&gt;</w:t>
        <w:br/>
        <w:t>Чи марно він серед забав&lt;br /&gt;</w:t>
        <w:br/>
        <w:t>Хвороб і острахів не знав?</w:t>
      </w:r>
    </w:p>
    <w:p>
      <w:r>
        <w:br/>
        <w:t>XXXVII</w:t>
      </w:r>
    </w:p>
    <w:p>
      <w:r>
        <w:br/>
        <w:t>Ні: почуття пригасли юні;&lt;br /&gt;</w:t>
        <w:br/>
        <w:t>Докучив рано світський шум;&lt;br /&gt;</w:t>
        <w:br/>
        <w:t>Недовго вабили красуні&lt;br /&gt;</w:t>
        <w:br/>
        <w:t>Нудьгу його всякчасних дум;&lt;br /&gt;</w:t>
        <w:br/>
        <w:t>Лукаві зради натомили,&lt;br /&gt;</w:t>
        <w:br/>
        <w:t>І друзі, й дружба обманили;&lt;br /&gt;</w:t>
        <w:br/>
        <w:t>Та й справді, вічно він не міг&lt;br /&gt;</w:t>
        <w:br/>
        <w:t>Beef-steaks та страсбурзький пиріг&lt;br /&gt;</w:t>
        <w:br/>
        <w:t>Шампанським пінним обливати&lt;br /&gt;</w:t>
        <w:br/>
        <w:t>І сипать дотепів слова,&lt;br /&gt;</w:t>
        <w:br/>
        <w:t>Коли боліла голова;&lt;br /&gt;</w:t>
        <w:br/>
        <w:t>А хоч і був гультяй завзятий,&lt;br /&gt;</w:t>
        <w:br/>
        <w:t>Та розлюбив він під кінець&lt;br /&gt;</w:t>
        <w:br/>
        <w:t>І чвари, й шаблю, і свинець.</w:t>
      </w:r>
    </w:p>
    <w:p>
      <w:r>
        <w:br/>
        <w:t>XXXVIII</w:t>
      </w:r>
    </w:p>
    <w:p>
      <w:r>
        <w:br/>
        <w:t>Недуга, що її причину&lt;br /&gt;</w:t>
        <w:br/>
        <w:t>Давно пора б нам відшукать,&lt;br /&gt;</w:t>
        <w:br/>
        <w:t>Подоба англійського спліну,&lt;br /&gt;</w:t>
        <w:br/>
        <w:t>Нудьга, по-нашому сказать,&lt;br /&gt;</w:t>
        <w:br/>
        <w:t>Його взяла в свою облогу:&lt;br /&gt;</w:t>
        <w:br/>
        <w:t>Застрелитись він, слава богу,&lt;br /&gt;</w:t>
        <w:br/>
        <w:t>Не міг наважитись ніяк,&lt;br /&gt;</w:t>
        <w:br/>
        <w:t>Та до життя утратив смак.&lt;br /&gt;</w:t>
        <w:br/>
        <w:t>Як Child-Harold, похмурий, томний,&lt;br /&gt;</w:t>
        <w:br/>
        <w:t>Він увіходив у салон;&lt;br /&gt;</w:t>
        <w:br/>
        <w:t>Ні шум пліток, ані бостон,&lt;br /&gt;</w:t>
        <w:br/>
        <w:t>Ані зітхання — знак нескромний,-&lt;br /&gt;</w:t>
        <w:br/>
        <w:t>Ні млость у зорі молодім&lt;br /&gt;</w:t>
        <w:br/>
        <w:t>Його не вабили нічим.</w:t>
      </w:r>
    </w:p>
    <w:p>
      <w:r>
        <w:br/>
        <w:t>XXXIX. ХL. ХLІ</w:t>
      </w:r>
    </w:p>
    <w:p>
      <w:r>
        <w:br/>
        <w:t>. . . . . . . . . . .&lt;br /&gt;</w:t>
        <w:br/>
        <w:t>. . . . . . . . . . .&lt;br /&gt;</w:t>
        <w:br/>
        <w:t>. . . . . . . . . . .</w:t>
      </w:r>
    </w:p>
    <w:p>
      <w:r>
        <w:br/>
        <w:t>ХLІІ</w:t>
      </w:r>
    </w:p>
    <w:p>
      <w:r>
        <w:br/>
        <w:t>Химерниці великородні!&lt;br /&gt;</w:t>
        <w:br/>
        <w:t>Йому ви навівали сон.&lt;br /&gt;</w:t>
        <w:br/>
        <w:t>Воно ж і правда, що сьогодні&lt;br /&gt;</w:t>
        <w:br/>
        <w:t>Докучить може вищий тон.&lt;br /&gt;</w:t>
        <w:br/>
        <w:t>Хоча, буває, певна дама&lt;br /&gt;</w:t>
        <w:br/>
        <w:t>Тлумачить Сея чи Бентама,&lt;br /&gt;</w:t>
        <w:br/>
        <w:t>Та їх розмова, як на глум,&lt;br /&gt;</w:t>
        <w:br/>
        <w:t>Нестерпний, хоч невинний шум.&lt;br /&gt;</w:t>
        <w:br/>
        <w:t>А ще й такі ж то непорочні,&lt;br /&gt;</w:t>
        <w:br/>
        <w:t>Такі вони величні всі&lt;br /&gt;</w:t>
        <w:br/>
        <w:t>У тому розумі й красі,&lt;br /&gt;</w:t>
        <w:br/>
        <w:t>Такі завбачливі і точні,&lt;br /&gt;</w:t>
        <w:br/>
        <w:t>Такі суворі до мужчин,&lt;br /&gt;</w:t>
        <w:br/>
        <w:t>Що й вигляд їхній родить сплін7.</w:t>
      </w:r>
    </w:p>
    <w:p>
      <w:r>
        <w:br/>
        <w:t>ХLІІІ</w:t>
      </w:r>
    </w:p>
    <w:p>
      <w:r>
        <w:br/>
        <w:t>І ви, красунечки грайливі,&lt;br /&gt;</w:t>
        <w:br/>
        <w:t>Що бистро об нічній порі&lt;br /&gt;</w:t>
        <w:br/>
        <w:t>Несуть вас коні густогриві&lt;br /&gt;</w:t>
        <w:br/>
        <w:t>Повз петербурзькі ліхтарі,-&lt;br /&gt;</w:t>
        <w:br/>
        <w:t>І вас покинув мій Євгеній.&lt;br /&gt;</w:t>
        <w:br/>
        <w:t>Утіхи зрадивши шалені,&lt;br /&gt;</w:t>
        <w:br/>
        <w:t>Він, позіхаючи, засів&lt;br /&gt;</w:t>
        <w:br/>
        <w:t>У себе вдома, нагострив&lt;br /&gt;</w:t>
        <w:br/>
        <w:t>Перо тонке, хотів писати,-&lt;br /&gt;</w:t>
        <w:br/>
        <w:t>Та здався труд йому нудним,&lt;br /&gt;</w:t>
        <w:br/>
        <w:t>І все кінчилося нічим,&lt;br /&gt;</w:t>
        <w:br/>
        <w:t>І не ввійшов він в цех затятий&lt;br /&gt;</w:t>
        <w:br/>
        <w:t>Людей, що змовчу я про них,&lt;br /&gt;</w:t>
        <w:br/>
        <w:t>Бо сам належу до таких.</w:t>
      </w:r>
    </w:p>
    <w:p>
      <w:r>
        <w:br/>
        <w:t>ХLІV</w:t>
      </w:r>
    </w:p>
    <w:p>
      <w:r>
        <w:br/>
        <w:t>Тоді, в душевній порожнечі,&lt;br /&gt;</w:t>
        <w:br/>
        <w:t>Неробством мучений тяжким,&lt;br /&gt;</w:t>
        <w:br/>
        <w:t>Узявсь до хвальної він речі —&lt;br /&gt;</w:t>
        <w:br/>
        <w:t>Живитись розумом людським;&lt;br /&gt;</w:t>
        <w:br/>
        <w:t>Загін книжок розставив гарно,&lt;br /&gt;</w:t>
        <w:br/>
        <w:t>Читав, читав, а все намарно:&lt;br /&gt;</w:t>
        <w:br/>
        <w:t>Там дурість, там облудна тьма;&lt;br /&gt;</w:t>
        <w:br/>
        <w:t>Там змісту, честі там нема;&lt;br /&gt;</w:t>
        <w:br/>
        <w:t>На все накладено вериги;&lt;br /&gt;</w:t>
        <w:br/>
        <w:t>І застара старовина,&lt;br /&gt;</w:t>
        <w:br/>
        <w:t>І пристаріла новина.&lt;br /&gt;</w:t>
        <w:br/>
        <w:t>Лишив він, як жіноцтво, книги,&lt;br /&gt;</w:t>
        <w:br/>
        <w:t>І їх запилені ряди&lt;br /&gt;</w:t>
        <w:br/>
        <w:t>Закрив тафтою назавжди.</w:t>
      </w:r>
    </w:p>
    <w:p>
      <w:r>
        <w:br/>
        <w:t>ХLV</w:t>
      </w:r>
    </w:p>
    <w:p>
      <w:r>
        <w:br/>
        <w:t>Зненавидівши марнослів'я&lt;br /&gt;</w:t>
        <w:br/>
        <w:t>І світські приписи дрібні,&lt;br /&gt;</w:t>
        <w:br/>
        <w:t>Його зустрів і полюбив я.&lt;br /&gt;</w:t>
        <w:br/>
        <w:t>Припали до душі мені&lt;br /&gt;</w:t>
        <w:br/>
        <w:t>І мрій жадоба мимовільна,&lt;br /&gt;</w:t>
        <w:br/>
        <w:t>І своєрідність непохильна,&lt;br /&gt;</w:t>
        <w:br/>
        <w:t>І ум, холодний та їдкий;&lt;br /&gt;</w:t>
        <w:br/>
        <w:t>Він був похмурий, я — лихий;&lt;br /&gt;</w:t>
        <w:br/>
        <w:t>Обидва пристрасті ми знали,&lt;br /&gt;</w:t>
        <w:br/>
        <w:t>Обох життя гнітило нас;&lt;br /&gt;</w:t>
        <w:br/>
        <w:t>В серцях огонь юнацький згас;&lt;br /&gt;</w:t>
        <w:br/>
        <w:t>Обох підступно чатували&lt;br /&gt;</w:t>
        <w:br/>
        <w:t>Злоба Фортуни і людей,&lt;br /&gt;</w:t>
        <w:br/>
        <w:t>Як тільки в світ прийшли ми цей.</w:t>
      </w:r>
    </w:p>
    <w:p>
      <w:r>
        <w:br/>
        <w:t>ХLVІ</w:t>
      </w:r>
    </w:p>
    <w:p>
      <w:r>
        <w:br/>
        <w:t>Хто жив і мислив, зневажає&lt;br /&gt;</w:t>
        <w:br/>
        <w:t>Людське поріддя мимохіть,&lt;br /&gt;</w:t>
        <w:br/>
        <w:t>Хто почував, той муку знає —&lt;br /&gt;</w:t>
        <w:br/>
        <w:t>За днями вмерлими тужить:&lt;br /&gt;</w:t>
        <w:br/>
        <w:t>Йому чуже зачарування,&lt;br /&gt;</w:t>
        <w:br/>
        <w:t>Йому гадюка споминання&lt;br /&gt;</w:t>
        <w:br/>
        <w:t>Влива трутизну каяття.&lt;br /&gt;</w:t>
        <w:br/>
        <w:t>Це часто додає життя&lt;br /&gt;</w:t>
        <w:br/>
        <w:t>І чару дивного розмові.&lt;br /&gt;</w:t>
        <w:br/>
        <w:t>Мене бентежив попервах&lt;br /&gt;</w:t>
        <w:br/>
        <w:t>Онєгін різкістю в словах,&lt;br /&gt;</w:t>
        <w:br/>
        <w:t>Та все прощав я дивакові:&lt;br /&gt;</w:t>
        <w:br/>
        <w:t>І жарти з жовчю пополам,&lt;br /&gt;</w:t>
        <w:br/>
        <w:t>І злість похмурих епіграм.</w:t>
      </w:r>
    </w:p>
    <w:p>
      <w:r>
        <w:br/>
        <w:t>ХLVІI</w:t>
      </w:r>
    </w:p>
    <w:p>
      <w:r>
        <w:br/>
        <w:t>Як часто літньою порою,&lt;br /&gt;</w:t>
        <w:br/>
        <w:t>Коли прозоре та ясне&lt;br /&gt;</w:t>
        <w:br/>
        <w:t>Нічне склепіння над Невою8&lt;br /&gt;</w:t>
        <w:br/>
        <w:t>І лоно вод лежить скляне,&lt;br /&gt;</w:t>
        <w:br/>
        <w:t>Не відбиваючи Діани,&lt;br /&gt;</w:t>
        <w:br/>
        <w:t>Згадавши давніх літ романи,&lt;br /&gt;</w:t>
        <w:br/>
        <w:t>Згадавши молоду любов,&lt;br /&gt;</w:t>
        <w:br/>
        <w:t>Чутливі, безтурботні знов,&lt;br /&gt;</w:t>
        <w:br/>
        <w:t>Диханням ночі голубливим&lt;br /&gt;</w:t>
        <w:br/>
        <w:t>Німотно упивались ми.&lt;br /&gt;</w:t>
        <w:br/>
        <w:t>Як в ліс зелений із тюрми&lt;br /&gt;</w:t>
        <w:br/>
        <w:t>Колодник лине в сні щасливім,&lt;br /&gt;</w:t>
        <w:br/>
        <w:t>Так ми у мріях золотих&lt;br /&gt;</w:t>
        <w:br/>
        <w:t>До днів летіли молодих.</w:t>
      </w:r>
    </w:p>
    <w:p>
      <w:r>
        <w:br/>
        <w:t>ХLVІІІ</w:t>
      </w:r>
    </w:p>
    <w:p>
      <w:r>
        <w:br/>
        <w:t>У тузі споминів щоденній,&lt;br /&gt;</w:t>
        <w:br/>
        <w:t>Обпершись легко на граніт,&lt;br /&gt;</w:t>
        <w:br/>
        <w:t>Стояв задумливо Євгеній,&lt;br /&gt;</w:t>
        <w:br/>
        <w:t>Як описав себе піїт9.&lt;br /&gt;</w:t>
        <w:br/>
        <w:t>Навколо тиша, ніч погожа,&lt;br /&gt;</w:t>
        <w:br/>
        <w:t>Лиш озивалася сторожа,&lt;br /&gt;</w:t>
        <w:br/>
        <w:t>Та на Мільйонній стук коліс&lt;br /&gt;</w:t>
        <w:br/>
        <w:t>Раптово виникав і ріс;&lt;br /&gt;</w:t>
        <w:br/>
        <w:t>Лиш човен з веслами легкими&lt;br /&gt;</w:t>
        <w:br/>
        <w:t>По задрімалій плив ріці,&lt;br /&gt;</w:t>
        <w:br/>
        <w:t>І душу надили гребці&lt;br /&gt;</w:t>
        <w:br/>
        <w:t>Піснями вольними своїми...&lt;br /&gt;</w:t>
        <w:br/>
        <w:t>Та спів Торкватових октав&lt;br /&gt;</w:t>
        <w:br/>
        <w:t>Іще б солодше чарував!</w:t>
      </w:r>
    </w:p>
    <w:p>
      <w:r>
        <w:br/>
        <w:t>ХLІХ</w:t>
      </w:r>
    </w:p>
    <w:p>
      <w:r>
        <w:br/>
        <w:t>Адріатична срібна хвиле,&lt;br /&gt;</w:t>
        <w:br/>
        <w:t>О Бренто! Ні, побачу вас,&lt;br /&gt;</w:t>
        <w:br/>
        <w:t>І голос ваш чудовно-милий&lt;br /&gt;</w:t>
        <w:br/>
        <w:t>Почую я в натхнення час!&lt;br /&gt;</w:t>
        <w:br/>
        <w:t>Святий він внукам Аполлона;&lt;br /&gt;</w:t>
        <w:br/>
        <w:t>По гордій лірі Альбіона&lt;br /&gt;</w:t>
        <w:br/>
        <w:t>Мені знайомий, рідний він.&lt;br /&gt;</w:t>
        <w:br/>
        <w:t>Блаженством любосних годин&lt;br /&gt;</w:t>
        <w:br/>
        <w:t>Я упиватимусь на волі&lt;br /&gt;</w:t>
        <w:br/>
        <w:t>З венеціанкою вночі,&lt;br /&gt;</w:t>
        <w:br/>
        <w:t>По тихих водах пливучи&lt;br /&gt;</w:t>
        <w:br/>
        <w:t>В таємно-мовчазній гондолі,&lt;br /&gt;</w:t>
        <w:br/>
        <w:t>І серце щасне заспіва&lt;br /&gt;</w:t>
        <w:br/>
        <w:t>Петрарки й любощів слова.</w:t>
      </w:r>
    </w:p>
    <w:p>
      <w:r>
        <w:br/>
        <w:t>L</w:t>
      </w:r>
    </w:p>
    <w:p>
      <w:r>
        <w:br/>
        <w:t>Чи дочекаюсь я свободи?&lt;br /&gt;</w:t>
        <w:br/>
        <w:t>Пора, пора! Той час наспів!&lt;br /&gt;</w:t>
        <w:br/>
        <w:t>Броджу над морем, жду погоди ,&lt;br /&gt;</w:t>
        <w:br/>
        <w:t>Маню вітрила кораблів.&lt;br /&gt;</w:t>
        <w:br/>
        <w:t>Коли, змагаючися з морем,&lt;br /&gt;</w:t>
        <w:br/>
        <w:t>Його розпуттям неозорим&lt;br /&gt;</w:t>
        <w:br/>
        <w:t>Помчуся, сповнений жаги?&lt;br /&gt;</w:t>
        <w:br/>
        <w:t>Пора покинуть береги&lt;br /&gt;</w:t>
        <w:br/>
        <w:t>Мені ворожої стихії,&lt;br /&gt;</w:t>
        <w:br/>
        <w:t>І там, де ясно мерехтить&lt;br /&gt;</w:t>
        <w:br/>
        <w:t>Моєї Африки блакить ,&lt;br /&gt;</w:t>
        <w:br/>
        <w:t>Зітхати по смутній Росії,&lt;br /&gt;</w:t>
        <w:br/>
        <w:t>Де я страждав, де я любив,&lt;br /&gt;</w:t>
        <w:br/>
        <w:t>Де серце я похоронив.</w:t>
      </w:r>
    </w:p>
    <w:p>
      <w:r>
        <w:br/>
        <w:t>LI</w:t>
      </w:r>
    </w:p>
    <w:p>
      <w:r>
        <w:br/>
        <w:t>Ми вдвох з Онєгіним хотіли&lt;br /&gt;</w:t>
        <w:br/>
        <w:t>В далеких побувать краях;&lt;br /&gt;</w:t>
        <w:br/>
        <w:t>Та примхи долі повеліли&lt;br /&gt;</w:t>
        <w:br/>
        <w:t>Йому на інший стати шлях.&lt;br /&gt;</w:t>
        <w:br/>
        <w:t>Без батька він тоді зостався.&lt;br /&gt;</w:t>
        <w:br/>
        <w:t>Перед Онєгіним зібрався&lt;br /&gt;</w:t>
        <w:br/>
        <w:t>Неситих кредиторів рій.&lt;br /&gt;</w:t>
        <w:br/>
        <w:t>З нас має кожен розум свій:&lt;br /&gt;</w:t>
        <w:br/>
        <w:t>Євгеній, позвів не любивши,&lt;br /&gt;</w:t>
        <w:br/>
        <w:t>Усе, що в спадщину дістав,&lt;br /&gt;</w:t>
        <w:br/>
        <w:t>Їм добровільно передав,&lt;br /&gt;</w:t>
        <w:br/>
        <w:t>По тій утраті не жалівши,-&lt;br /&gt;</w:t>
        <w:br/>
        <w:t>А може, чув він оддаля,&lt;br /&gt;</w:t>
        <w:br/>
        <w:t>Що дядька кличе вже земля.</w:t>
      </w:r>
    </w:p>
    <w:p>
      <w:r>
        <w:br/>
        <w:t>LII</w:t>
      </w:r>
    </w:p>
    <w:p>
      <w:r>
        <w:br/>
        <w:t>Що ж? Управитель сповіщає&lt;br /&gt;</w:t>
        <w:br/>
        <w:t>Його писанням жалібним,&lt;br /&gt;</w:t>
        <w:br/>
        <w:t>Що дядько смерті виглядає&lt;br /&gt;</w:t>
        <w:br/>
        <w:t>І попрощатись хоче з ним.&lt;br /&gt;</w:t>
        <w:br/>
        <w:t>Листа проглянувши сумного,&lt;br /&gt;</w:t>
        <w:br/>
        <w:t>Євгеній рушив у дорогу,&lt;br /&gt;</w:t>
        <w:br/>
        <w:t>Валдайську слухаючи мідь,&lt;br /&gt;</w:t>
        <w:br/>
        <w:t>І позіхав заздалегідь,&lt;br /&gt;</w:t>
        <w:br/>
        <w:t>Приготувавшися лукаво&lt;br /&gt;</w:t>
        <w:br/>
        <w:t>Заради грошей до оман&lt;br /&gt;</w:t>
        <w:br/>
        <w:t>(Цим і почав я свій роман),-&lt;br /&gt;</w:t>
        <w:br/>
        <w:t>Та смерть уже скінчила справу;&lt;br /&gt;</w:t>
        <w:br/>
        <w:t>Застав він дядька на столі,&lt;br /&gt;</w:t>
        <w:br/>
        <w:t>Як дань, приречену землі.</w:t>
      </w:r>
    </w:p>
    <w:p>
      <w:r>
        <w:br/>
        <w:t>LIII</w:t>
      </w:r>
    </w:p>
    <w:p>
      <w:r>
        <w:br/>
        <w:t>В покоях челядь метушилась;&lt;br /&gt;</w:t>
        <w:br/>
        <w:t>Щоб честь покійному віддать,&lt;br /&gt;</w:t>
        <w:br/>
        <w:t>І друзі, й недруги з'їздились,&lt;br /&gt;</w:t>
        <w:br/>
        <w:t>Людей охочі поминать.&lt;br /&gt;</w:t>
        <w:br/>
        <w:t>Небіжчика похоронили.&lt;br /&gt;</w:t>
        <w:br/>
        <w:t>Попи та гості попоїли,&lt;br /&gt;</w:t>
        <w:br/>
        <w:t>Статечно випили, а там&lt;br /&gt;</w:t>
        <w:br/>
        <w:t>Зостався наш Онєгін сам.&lt;br /&gt;</w:t>
        <w:br/>
        <w:t>До господарства мусить братись&lt;br /&gt;</w:t>
        <w:br/>
        <w:t>Хазяїн поля та лісів,&lt;br /&gt;</w:t>
        <w:br/>
        <w:t>Ставів та лук, що досі жив,&lt;br /&gt;</w:t>
        <w:br/>
        <w:t>Як непоправний марнотратець,&lt;br /&gt;</w:t>
        <w:br/>
        <w:t>І радий, що на іншу путь&lt;br /&gt;</w:t>
        <w:br/>
        <w:t>Йому судилося звернуть.</w:t>
      </w:r>
    </w:p>
    <w:p>
      <w:r>
        <w:br/>
        <w:t>LIV</w:t>
      </w:r>
    </w:p>
    <w:p>
      <w:r>
        <w:br/>
        <w:t>День, два — нові були для нього&lt;br /&gt;</w:t>
        <w:br/>
        <w:t>Самотні ниви та сади,&lt;br /&gt;</w:t>
        <w:br/>
        <w:t>І сутінь бору вікового,&lt;br /&gt;</w:t>
        <w:br/>
        <w:t>І плескіт тихої води;&lt;br /&gt;</w:t>
        <w:br/>
        <w:t>На третій поле, гай і трави —&lt;br /&gt;</w:t>
        <w:br/>
        <w:t>Усе було вже нецікаве,&lt;br /&gt;</w:t>
        <w:br/>
        <w:t>А там хилило і до сну;&lt;br /&gt;</w:t>
        <w:br/>
        <w:t>Збагнув він істину сумну,&lt;br /&gt;</w:t>
        <w:br/>
        <w:t>Що й на селі відради мало,&lt;br /&gt;</w:t>
        <w:br/>
        <w:t>Хоч там ні вулиць, ні двірців,&lt;br /&gt;</w:t>
        <w:br/>
        <w:t>Ні карт, ні віршів, ні балів.&lt;br /&gt;</w:t>
        <w:br/>
        <w:t>Нудьга на нього чатувала,&lt;br /&gt;</w:t>
        <w:br/>
        <w:t>І бігала за ним вона,&lt;br /&gt;</w:t>
        <w:br/>
        <w:t>Як тінь чи вірная жона.</w:t>
      </w:r>
    </w:p>
    <w:p>
      <w:r>
        <w:br/>
        <w:t>LV</w:t>
      </w:r>
    </w:p>
    <w:p>
      <w:r>
        <w:br/>
        <w:t>Я був народжений для миру&lt;br /&gt;</w:t>
        <w:br/>
        <w:t>Та для сільської глушини:&lt;br /&gt;</w:t>
        <w:br/>
        <w:t>Там краще чути горду ліру,&lt;br /&gt;</w:t>
        <w:br/>
        <w:t>Буйніше квітнуть творчі сни.&lt;br /&gt;</w:t>
        <w:br/>
        <w:t>Дозвіллям тішачись невинним,&lt;br /&gt;</w:t>
        <w:br/>
        <w:t>Ходжу над озером пустинним&lt;br /&gt;</w:t>
        <w:br/>
        <w:t>І far niente* мій закон.&lt;br /&gt;</w:t>
        <w:br/>
        <w:t>Розвіявши ранковий сон,&lt;br /&gt;</w:t>
        <w:br/>
        <w:t>Я віддаюсь життю легкому:&lt;br /&gt;</w:t>
        <w:br/>
        <w:t>Читаю мало, довго сплю,&lt;br /&gt;</w:t>
        <w:br/>
        <w:t>Хисткої слави не ловлю.&lt;br /&gt;</w:t>
        <w:br/>
        <w:t>Хіба ж у віці молодому&lt;br /&gt;</w:t>
        <w:br/>
        <w:t>Не так прожив я в тишині&lt;br /&gt;</w:t>
        <w:br/>
        <w:t>Свої найщасливіші дні?</w:t>
      </w:r>
    </w:p>
    <w:p>
      <w:r>
        <w:br/>
        <w:t>------------------&lt;br /&gt;</w:t>
        <w:br/>
        <w:t>* Безділля (італ.)</w:t>
      </w:r>
    </w:p>
    <w:p>
      <w:r>
        <w:br/>
        <w:t>LVI</w:t>
      </w:r>
    </w:p>
    <w:p>
      <w:r>
        <w:br/>
        <w:t>Село, любов, дозвілля, квіти,&lt;br /&gt;</w:t>
        <w:br/>
        <w:t>Поля! Я вірний вам давно.&lt;br /&gt;</w:t>
        <w:br/>
        <w:t>Тут радий дать я зрозуміти,&lt;br /&gt;</w:t>
        <w:br/>
        <w:t>Що я й Онєгін — не одно,&lt;br /&gt;</w:t>
        <w:br/>
        <w:t>Щоб недовірливий читальник&lt;br /&gt;</w:t>
        <w:br/>
        <w:t>Або лукавий постачальник&lt;br /&gt;</w:t>
        <w:br/>
        <w:t>Спліток злостивих та дрібних,&lt;br /&gt;</w:t>
        <w:br/>
        <w:t>До рис приглянувшись моїх,&lt;br /&gt;</w:t>
        <w:br/>
        <w:t>Не запевняв людей брехливо,&lt;br /&gt;</w:t>
        <w:br/>
        <w:t>Що я подав тут свій портрет,&lt;br /&gt;</w:t>
        <w:br/>
        <w:t>Як Байрон, гордості поет,-&lt;br /&gt;</w:t>
        <w:br/>
        <w:t>Неначе б зовсім неможливо&lt;br /&gt;</w:t>
        <w:br/>
        <w:t>Поему написати нам,&lt;br /&gt;</w:t>
        <w:br/>
        <w:t>Як не герой у ній ти сам.</w:t>
      </w:r>
    </w:p>
    <w:p>
      <w:r>
        <w:br/>
        <w:t>LVII</w:t>
      </w:r>
    </w:p>
    <w:p>
      <w:r>
        <w:br/>
        <w:t>Поети всі, я б тут зазначив,&lt;br /&gt;</w:t>
        <w:br/>
        <w:t>Кохають мріючи, як я.&lt;br /&gt;</w:t>
        <w:br/>
        <w:t>Колись у снах красунь я бачив,&lt;br /&gt;</w:t>
        <w:br/>
        <w:t>І образ їх душа моя&lt;br /&gt;</w:t>
        <w:br/>
        <w:t>Навік таємно заховала;&lt;br /&gt;</w:t>
        <w:br/>
        <w:t>Їх муза потім оживляла:&lt;br /&gt;</w:t>
        <w:br/>
        <w:t>Так оспівав мій давній пал&lt;br /&gt;</w:t>
        <w:br/>
        <w:t>І діву гір, мій ідеал,&lt;br /&gt;</w:t>
        <w:br/>
        <w:t>І полонянок на Салгірі.&lt;br /&gt;</w:t>
        <w:br/>
        <w:t>Тепер питання повсякчас,&lt;br /&gt;</w:t>
        <w:br/>
        <w:t>Братове, чую я від вас:&lt;br /&gt;</w:t>
        <w:br/>
        <w:t>"Хто будить плач у ніжній лірі?&lt;br /&gt;</w:t>
        <w:br/>
        <w:t>Кому, в юрбі ревнивих дів,&lt;br /&gt;</w:t>
        <w:br/>
        <w:t>Її ти голос присвятив?</w:t>
      </w:r>
    </w:p>
    <w:p>
      <w:r>
        <w:br/>
        <w:t>LVIII</w:t>
      </w:r>
    </w:p>
    <w:p>
      <w:r>
        <w:br/>
        <w:t>Чий погляд, чулий та пестливий,&lt;br /&gt;</w:t>
        <w:br/>
        <w:t>Натхнення окриливши мить,&lt;br /&gt;</w:t>
        <w:br/>
        <w:t>Нагородив тебе за співи?&lt;br /&gt;</w:t>
        <w:br/>
        <w:t>Кого твій вірш боготворить?"&lt;br /&gt;</w:t>
        <w:br/>
        <w:t>Нікого, друзі, їй же богу!&lt;br /&gt;</w:t>
        <w:br/>
        <w:t>Любові огняну тривогу&lt;br /&gt;</w:t>
        <w:br/>
        <w:t>Я безвідрадно почував.&lt;br /&gt;</w:t>
        <w:br/>
        <w:t>Блажен, хто з нею сполучав&lt;br /&gt;</w:t>
        <w:br/>
        <w:t>Гарячку рим: він тим подвоїв&lt;br /&gt;</w:t>
        <w:br/>
        <w:t>Поезії священний шал,&lt;br /&gt;</w:t>
        <w:br/>
        <w:t>Петрарки взявши ідеал,&lt;br /&gt;</w:t>
        <w:br/>
        <w:t>А муки серця заспокоїв&lt;br /&gt;</w:t>
        <w:br/>
        <w:t>І слави дещищю дістав;&lt;br /&gt;</w:t>
        <w:br/>
        <w:t>Та я, любивши, німував.</w:t>
      </w:r>
    </w:p>
    <w:p>
      <w:r>
        <w:br/>
        <w:t>LIX</w:t>
      </w:r>
    </w:p>
    <w:p>
      <w:r>
        <w:br/>
        <w:t>Провів любов, стрічаю музу,&lt;br /&gt;</w:t>
        <w:br/>
        <w:t>І прояснився темний ум.&lt;br /&gt;</w:t>
        <w:br/>
        <w:t>Шукаю, вільний, знов союзу&lt;br /&gt;</w:t>
        <w:br/>
        <w:t>Мелодій, почувань і дум;&lt;br /&gt;</w:t>
        <w:br/>
        <w:t>Пишу, і серце не нудьгує;&lt;br /&gt;</w:t>
        <w:br/>
        <w:t>Перо в задумі не рисує&lt;br /&gt;</w:t>
        <w:br/>
        <w:t>Край недописаних рядків&lt;br /&gt;</w:t>
        <w:br/>
        <w:t>Жіночих ніжок та голів.&lt;br /&gt;</w:t>
        <w:br/>
        <w:t>Погаслий попіл не займеться;&lt;br /&gt;</w:t>
        <w:br/>
        <w:t>Я ще сумний, та сліз нема;&lt;br /&gt;</w:t>
        <w:br/>
        <w:t>Небавом буря задріма,&lt;br /&gt;</w:t>
        <w:br/>
        <w:t>Душа на спочив покладеться:&lt;br /&gt;</w:t>
        <w:br/>
        <w:t>Тоді ж то я почну писать&lt;br /&gt;</w:t>
        <w:br/>
        <w:t>Поему глав на двадцять п'ять.</w:t>
      </w:r>
    </w:p>
    <w:p>
      <w:r>
        <w:br/>
        <w:t>LX</w:t>
      </w:r>
    </w:p>
    <w:p>
      <w:r>
        <w:br/>
        <w:t>Вже думав я про форму плану&lt;br /&gt;</w:t>
        <w:br/>
        <w:t>І як героя назову;&lt;br /&gt;</w:t>
        <w:br/>
        <w:t>Тим часом цього от роману&lt;br /&gt;</w:t>
        <w:br/>
        <w:t>Вступну довершую главу.&lt;br /&gt;</w:t>
        <w:br/>
        <w:t>Раз, двічі переглянув дбало,&lt;br /&gt;</w:t>
        <w:br/>
        <w:t>Побачив протиріч чимало,&lt;br /&gt;</w:t>
        <w:br/>
        <w:t>Та їх не хочу виправлять;&lt;br /&gt;</w:t>
        <w:br/>
        <w:t>Цензурі хочу борг віддать&lt;br /&gt;</w:t>
        <w:br/>
        <w:t>І журналістам на поживу&lt;br /&gt;</w:t>
        <w:br/>
        <w:t>Метнути плід своїх трудів.&lt;br /&gt;</w:t>
        <w:br/>
        <w:t>Іди ж до невських берегів,&lt;br /&gt;</w:t>
        <w:br/>
        <w:t>Нове створіння, в мить щасливу&lt;br /&gt;</w:t>
        <w:br/>
        <w:t>І заслужи, як слави дань,&lt;br /&gt;</w:t>
        <w:br/>
        <w:t>Тягар неправих дорікань!</w:t>
      </w:r>
    </w:p>
    <w:p>
      <w:r>
        <w:br/>
        <w:t>Глава друга</w:t>
      </w:r>
    </w:p>
    <w:p>
      <w:r>
        <w:br/>
        <w:t>O rus!..&lt;br /&gt;</w:t>
        <w:br/>
        <w:t>Hor.*&lt;br /&gt;</w:t>
        <w:br/>
        <w:t>О Русь!</w:t>
      </w:r>
    </w:p>
    <w:p>
      <w:r>
        <w:br/>
        <w:t>I</w:t>
      </w:r>
    </w:p>
    <w:p>
      <w:r>
        <w:br/>
        <w:t>Село, де нудьгував Євгеній,&lt;br /&gt;</w:t>
        <w:br/>
        <w:t>Було мов створене для втіх;&lt;br /&gt;</w:t>
        <w:br/>
        <w:t>Там ворог пристрасті шаленій&lt;br /&gt;</w:t>
        <w:br/>
        <w:t>Благословити б небо міг.&lt;br /&gt;</w:t>
        <w:br/>
        <w:t>Будинок панський самотою,&lt;br /&gt;</w:t>
        <w:br/>
        <w:t>Від бур захищений горою,&lt;br /&gt;</w:t>
        <w:br/>
        <w:t>Стояв над річкою; здаля&lt;br /&gt;</w:t>
        <w:br/>
        <w:t>Лились, як золото, поля&lt;br /&gt;</w:t>
        <w:br/>
        <w:t>І луки квітами рябіли,&lt;br /&gt;</w:t>
        <w:br/>
        <w:t>Хати мелькали по горбах,&lt;br /&gt;</w:t>
        <w:br/>
        <w:t>Блукали череди в лугах,&lt;br /&gt;</w:t>
        <w:br/>
        <w:t>І розпускав гілля похиле&lt;br /&gt;</w:t>
        <w:br/>
        <w:t>Занедбаний великий сад,&lt;br /&gt;</w:t>
        <w:br/>
        <w:t>Житло задумливих дріад.</w:t>
      </w:r>
    </w:p>
    <w:p>
      <w:r>
        <w:br/>
        <w:t>--------------------&lt;br /&gt;</w:t>
        <w:br/>
        <w:t>* О село! Горацій (лат.)</w:t>
      </w:r>
    </w:p>
    <w:p>
      <w:r>
        <w:br/>
        <w:t>II</w:t>
      </w:r>
    </w:p>
    <w:p>
      <w:r>
        <w:br/>
        <w:t>Поважний замок фамілійний&lt;br /&gt;</w:t>
        <w:br/>
        <w:t>Чимало добрих мав ознак:&lt;br /&gt;</w:t>
        <w:br/>
        <w:t>Тривалий, вигідний, спокійний,&lt;br /&gt;</w:t>
        <w:br/>
        <w:t>Під старовинний мудрий смак.&lt;br /&gt;</w:t>
        <w:br/>
        <w:t>Високі скрізь опочивальні,&lt;br /&gt;</w:t>
        <w:br/>
        <w:t>Шпалери штофні у вітальні,&lt;br /&gt;</w:t>
        <w:br/>
        <w:t>Царів портрети на стіні,&lt;br /&gt;</w:t>
        <w:br/>
        <w:t>Пістряві грубки кахляні.&lt;br /&gt;</w:t>
        <w:br/>
        <w:t>Усе це нині застаріло,&lt;br /&gt;</w:t>
        <w:br/>
        <w:t>Не знаю вже, з яких причин;&lt;br /&gt;</w:t>
        <w:br/>
        <w:t>А врешті, мій Євгеній,— він&lt;br /&gt;</w:t>
        <w:br/>
        <w:t>На все дивився збайдужіло&lt;br /&gt;</w:t>
        <w:br/>
        <w:t>І в залах позіхав старих&lt;br /&gt;</w:t>
        <w:br/>
        <w:t>Так, як і в модних та нових.</w:t>
      </w:r>
    </w:p>
    <w:p>
      <w:r>
        <w:br/>
        <w:t>III</w:t>
      </w:r>
    </w:p>
    <w:p>
      <w:r>
        <w:br/>
        <w:t>Він у кімнаті оселився,&lt;br /&gt;</w:t>
        <w:br/>
        <w:t>Де старожилець тих країв&lt;br /&gt;</w:t>
        <w:br/>
        <w:t>Весь вік з ключаркою сварився,&lt;br /&gt;</w:t>
        <w:br/>
        <w:t>Дививсь у вікна й мух чавив.&lt;br /&gt;</w:t>
        <w:br/>
        <w:t>Там, на дубовому помості,&lt;br /&gt;</w:t>
        <w:br/>
        <w:t>Був стіл, диван, дві шафи прості,&lt;br /&gt;</w:t>
        <w:br/>
        <w:t>Ніде чорнила й ні сліда.&lt;br /&gt;</w:t>
        <w:br/>
        <w:t>В шафи Онєгін загляда —&lt;br /&gt;</w:t>
        <w:br/>
        <w:t>Видатків зошит там подертий,&lt;br /&gt;</w:t>
        <w:br/>
        <w:t>Пляшок з наливками ряди,&lt;br /&gt;</w:t>
        <w:br/>
        <w:t>Глеки фруктової води&lt;br /&gt;</w:t>
        <w:br/>
        <w:t>І календар за рік четвертий.&lt;br /&gt;</w:t>
        <w:br/>
        <w:t>Старий, багато мавши справ,&lt;br /&gt;</w:t>
        <w:br/>
        <w:t>До інших книг не заглядав.</w:t>
      </w:r>
    </w:p>
    <w:p>
      <w:r>
        <w:br/>
        <w:t>IV</w:t>
      </w:r>
    </w:p>
    <w:p>
      <w:r>
        <w:br/>
        <w:t>Євгеній, сівши панувати&lt;br /&gt;</w:t>
        <w:br/>
        <w:t>В селі, на лоні самоти,&lt;br /&gt;</w:t>
        <w:br/>
        <w:t>Щоб якось час промарнувати,&lt;br /&gt;</w:t>
        <w:br/>
        <w:t>Новини здумав завести.&lt;br /&gt;</w:t>
        <w:br/>
        <w:t>Мудрець пустинний, без турботи&lt;br /&gt;</w:t>
        <w:br/>
        <w:t>Ярмо кріпацької роботи&lt;br /&gt;</w:t>
        <w:br/>
        <w:t>Легким оброком замінив;&lt;br /&gt;</w:t>
        <w:br/>
        <w:t>І раб життя благословив.&lt;br /&gt;</w:t>
        <w:br/>
        <w:t>Сусід ощадний аж здригнувся —&lt;br /&gt;</w:t>
        <w:br/>
        <w:t>В такий страшенний гнів запав&lt;br /&gt;</w:t>
        <w:br/>
        <w:t>На те зламання панських прав;&lt;br /&gt;</w:t>
        <w:br/>
        <w:t>Лукаво інший усміхнувся,&lt;br /&gt;</w:t>
        <w:br/>
        <w:t>І разом вирішили так,&lt;br /&gt;</w:t>
        <w:br/>
        <w:t>Що небезпечний то дивак.</w:t>
      </w:r>
    </w:p>
    <w:p>
      <w:r>
        <w:br/>
        <w:t>V</w:t>
      </w:r>
    </w:p>
    <w:p>
      <w:r>
        <w:br/>
        <w:t>До нього спершу заїжджали;&lt;br /&gt;</w:t>
        <w:br/>
        <w:t>Та з двору іншого кінця&lt;br /&gt;</w:t>
        <w:br/>
        <w:t>Звичайно слуги подавали&lt;br /&gt;</w:t>
        <w:br/>
        <w:t>Йому донського жеребця,&lt;br /&gt;</w:t>
        <w:br/>
        <w:t>Почувши здалеку, з-за річки,&lt;br /&gt;</w:t>
        <w:br/>
        <w:t>Сімейної гурчання брички.&lt;br /&gt;</w:t>
        <w:br/>
        <w:t>Усі, образившися тим,&lt;br /&gt;</w:t>
        <w:br/>
        <w:t>Порвали приятельство з ним.&lt;br /&gt;</w:t>
        <w:br/>
        <w:t>"Сусід наш неук, химерує,&lt;br /&gt;</w:t>
        <w:br/>
        <w:t>Він фармазон; він п'є одно&lt;br /&gt;</w:t>
        <w:br/>
        <w:t>Червоне склянкою вино;&lt;br /&gt;</w:t>
        <w:br/>
        <w:t>Він дамам ручки не цілує;&lt;br /&gt;</w:t>
        <w:br/>
        <w:t>Все про?шу, про?шу,— а нема&lt;br /&gt;</w:t>
        <w:br/>
        <w:t>Уклінно",— визнано всіма.</w:t>
      </w:r>
    </w:p>
    <w:p>
      <w:r>
        <w:br/>
        <w:t>VI</w:t>
      </w:r>
    </w:p>
    <w:p>
      <w:r>
        <w:br/>
        <w:t>Тоді ж таки в село дідизне&lt;br /&gt;</w:t>
        <w:br/>
        <w:t>Новий поміщик прибува,&lt;br /&gt;</w:t>
        <w:br/>
        <w:t>Про нього теж говорять різне,&lt;br /&gt;</w:t>
        <w:br/>
        <w:t>Рішучих присудів слова.&lt;br /&gt;</w:t>
        <w:br/>
        <w:t>На ймення Володимир Ленський,&lt;br /&gt;</w:t>
        <w:br/>
        <w:t>Душею мрійник геттінгенський,&lt;br /&gt;</w:t>
        <w:br/>
        <w:t>Красунь, стрункий, як очерет,&lt;br /&gt;</w:t>
        <w:br/>
        <w:t>Поклонник Канта і поет.&lt;br /&gt;</w:t>
        <w:br/>
        <w:t>Він у Німеччині туманній&lt;br /&gt;</w:t>
        <w:br/>
        <w:t>Засвоїв, ученик палкий,&lt;br /&gt;</w:t>
        <w:br/>
        <w:t>І дух, тривожний та чудний,&lt;br /&gt;</w:t>
        <w:br/>
        <w:t>І волелюбні поривання,&lt;br /&gt;</w:t>
        <w:br/>
        <w:t>Натхненну щохвилини річ&lt;br /&gt;</w:t>
        <w:br/>
        <w:t>І чорні кучері до пліч.</w:t>
      </w:r>
    </w:p>
    <w:p>
      <w:r>
        <w:br/>
        <w:t>VII</w:t>
      </w:r>
    </w:p>
    <w:p>
      <w:r>
        <w:br/>
        <w:t>Іще під подихом пороку&lt;br /&gt;</w:t>
        <w:br/>
        <w:t>Зів'януть серцем він не встиг,&lt;br /&gt;</w:t>
        <w:br/>
        <w:t>То й дружбу, і любов високу&lt;br /&gt;</w:t>
        <w:br/>
        <w:t>Ще цінувати щиро міг;&lt;br /&gt;</w:t>
        <w:br/>
        <w:t>Він серцем був невіглас милий,&lt;br /&gt;</w:t>
        <w:br/>
        <w:t>Ще марева його манили,&lt;br /&gt;</w:t>
        <w:br/>
        <w:t>І полонили юний ум&lt;br /&gt;</w:t>
        <w:br/>
        <w:t>Нові для нього блиск і шум.&lt;br /&gt;</w:t>
        <w:br/>
        <w:t>В часи печалі й неспокою&lt;br /&gt;</w:t>
        <w:br/>
        <w:t>Плекав він мрію золоту,&lt;br /&gt;</w:t>
        <w:br/>
        <w:t>Життя розгадував мету;&lt;br /&gt;</w:t>
        <w:br/>
        <w:t>Його загадливою млою&lt;br /&gt;</w:t>
        <w:br/>
        <w:t>Він голову собі сушив&lt;br /&gt;</w:t>
        <w:br/>
        <w:t>І сподівався різних див.</w:t>
      </w:r>
    </w:p>
    <w:p>
      <w:r>
        <w:br/>
        <w:t>VIII</w:t>
      </w:r>
    </w:p>
    <w:p>
      <w:r>
        <w:br/>
        <w:t>Він вірив: є душа єдина,&lt;br /&gt;</w:t>
        <w:br/>
        <w:t>Яка з'єднатись має з ним;&lt;br /&gt;</w:t>
        <w:br/>
        <w:t>Тривожна, чиста і невинна,&lt;br /&gt;</w:t>
        <w:br/>
        <w:t>Вона живе лише одним;&lt;br /&gt;</w:t>
        <w:br/>
        <w:t>Він вірив: друзі без омани&lt;br /&gt;</w:t>
        <w:br/>
        <w:t>За нього приймуть і кайдани,&lt;br /&gt;</w:t>
        <w:br/>
        <w:t>І в них рука не задрижить&lt;br /&gt;</w:t>
        <w:br/>
        <w:t>Сосуд наклепника розбить;&lt;br /&gt;</w:t>
        <w:br/>
        <w:t>Був певен він: обранці долі,&lt;br /&gt;</w:t>
        <w:br/>
        <w:t>Що возлюбили люд земний,&lt;br /&gt;</w:t>
        <w:br/>
        <w:t>Становлять той союз святий,&lt;br /&gt;</w:t>
        <w:br/>
        <w:t>Який промінням щастя й волі&lt;br /&gt;</w:t>
        <w:br/>
        <w:t>Колись, у пожаданний час.&lt;br /&gt;</w:t>
        <w:br/>
        <w:t>Осяє землю цю і нас.</w:t>
      </w:r>
    </w:p>
    <w:p>
      <w:r>
        <w:br/>
        <w:t>IX</w:t>
      </w:r>
    </w:p>
    <w:p>
      <w:r>
        <w:br/>
        <w:t>І гордий гнів, і жаль ласкавий,&lt;br /&gt;</w:t>
        <w:br/>
        <w:t>І до добра свята любов,&lt;br /&gt;</w:t>
        <w:br/>
        <w:t>І найсолодша мука слави&lt;br /&gt;</w:t>
        <w:br/>
        <w:t>У нього хвилювали кров.&lt;br /&gt;</w:t>
        <w:br/>
        <w:t>Мандрівець, як усі поети,&lt;br /&gt;</w:t>
        <w:br/>
        <w:t>Під небом Шіллера і Гете&lt;br /&gt;</w:t>
        <w:br/>
        <w:t>Він їхнім полум'ям зайнявсь&lt;br /&gt;</w:t>
        <w:br/>
        <w:t>І дзвону лірному віддавсь.&lt;br /&gt;</w:t>
        <w:br/>
        <w:t>І муз прекрасної науки&lt;br /&gt;</w:t>
        <w:br/>
        <w:t>Він осоромою не вкрив;&lt;br /&gt;</w:t>
        <w:br/>
        <w:t>Проміння світлих почуттів&lt;br /&gt;</w:t>
        <w:br/>
        <w:t>Слухняні зберігали звуки,&lt;br /&gt;</w:t>
        <w:br/>
        <w:t>І мрії, повні чистоти,&lt;br /&gt;</w:t>
        <w:br/>
        <w:t>І чар високий простоти.</w:t>
      </w:r>
    </w:p>
    <w:p>
      <w:r>
        <w:br/>
        <w:t>X</w:t>
      </w:r>
    </w:p>
    <w:p>
      <w:r>
        <w:br/>
        <w:t>Співав він про любов, і співи&lt;br /&gt;</w:t>
        <w:br/>
        <w:t>Були невинні та ясні,&lt;br /&gt;</w:t>
        <w:br/>
        <w:t>Як сон маляти, пісня діви,&lt;br /&gt;</w:t>
        <w:br/>
        <w:t>Як у небесній вишині,&lt;br /&gt;</w:t>
        <w:br/>
        <w:t>В пустелі безтурботно-синій,&lt;br /&gt;</w:t>
        <w:br/>
        <w:t>Діана, таємниць богиня.&lt;br /&gt;</w:t>
        <w:br/>
        <w:t>Співав про муки і печаль,&lt;br /&gt;</w:t>
        <w:br/>
        <w:t>Про щось і про гуманну даль,&lt;br /&gt;</w:t>
        <w:br/>
        <w:t>Про дивні романтичні рози,&lt;br /&gt;</w:t>
        <w:br/>
        <w:t>Про дальні пущі та лани,&lt;br /&gt;</w:t>
        <w:br/>
        <w:t>Де довго в лоно тишини&lt;br /&gt;</w:t>
        <w:br/>
        <w:t>Лились його гарячі сльози,&lt;br /&gt;</w:t>
        <w:br/>
        <w:t>Співав, що в'яне серця цвіт,&lt;br /&gt;</w:t>
        <w:br/>
        <w:t>Не мавши й вісімнадцять літ.</w:t>
      </w:r>
    </w:p>
    <w:p>
      <w:r>
        <w:br/>
        <w:t>XI</w:t>
      </w:r>
    </w:p>
    <w:p>
      <w:r>
        <w:br/>
        <w:t>В пустині, де лише Євгеній&lt;br /&gt;</w:t>
        <w:br/>
        <w:t>Збагнув би вдачу цю тонку,&lt;br /&gt;</w:t>
        <w:br/>
        <w:t>Сусідів гульбища буденні&lt;br /&gt;</w:t>
        <w:br/>
        <w:t>Були йому не до смаку;&lt;br /&gt;</w:t>
        <w:br/>
        <w:t>Він утікав од їх розмови.&lt;br /&gt;</w:t>
        <w:br/>
        <w:t>Знай, міркували ті панове&lt;br /&gt;</w:t>
        <w:br/>
        <w:t>Про сіножаті, про вино,&lt;br /&gt;</w:t>
        <w:br/>
        <w:t>Про псарню, про своє майно,-&lt;br /&gt;</w:t>
        <w:br/>
        <w:t>Тож не було в речах статечних&lt;br /&gt;</w:t>
        <w:br/>
        <w:t>Ні поетичних поривань,&lt;br /&gt;</w:t>
        <w:br/>
        <w:t>Ні в бистрих дотепах змагань,&lt;br /&gt;</w:t>
        <w:br/>
        <w:t>Ні висловів розумно-гречних;&lt;br /&gt;</w:t>
        <w:br/>
        <w:t>Але в розмові їх дружин&lt;br /&gt;</w:t>
        <w:br/>
        <w:t>Ще менше глузду бачив він.</w:t>
      </w:r>
    </w:p>
    <w:p>
      <w:r>
        <w:br/>
        <w:t>XII</w:t>
      </w:r>
    </w:p>
    <w:p>
      <w:r>
        <w:br/>
        <w:t>На вроду красень, ще й багатий,&lt;br /&gt;</w:t>
        <w:br/>
        <w:t>Був Ленський хоч куди жених;&lt;br /&gt;</w:t>
        <w:br/>
        <w:t>Тому не треба й дивувати,-&lt;br /&gt;</w:t>
        <w:br/>
        <w:t>Всі дочок ладили своїх&lt;br /&gt;</w:t>
        <w:br/>
        <w:t>Оддать півруському сусіді;&lt;br /&gt;</w:t>
        <w:br/>
        <w:t>Тож у гостях він при обіді,&lt;br /&gt;</w:t>
        <w:br/>
        <w:t>А хтось уже і натяка,&lt;br /&gt;</w:t>
        <w:br/>
        <w:t>Що жить без пари — річ тяжка:&lt;br /&gt;</w:t>
        <w:br/>
        <w:t>Або сидять круг самовара,&lt;br /&gt;</w:t>
        <w:br/>
        <w:t>А Дуня наливає чай,-&lt;br /&gt;</w:t>
        <w:br/>
        <w:t>Їй шепчуть: "Дуню, примічай!"&lt;br /&gt;</w:t>
        <w:br/>
        <w:t>А там з'являється гітара,&lt;br /&gt;</w:t>
        <w:br/>
        <w:t>І скиглить панна (боже мій!):&lt;br /&gt;</w:t>
        <w:br/>
        <w:t>"Прийди в чертог мій золотий!.."</w:t>
      </w:r>
    </w:p>
    <w:p>
      <w:r>
        <w:br/>
        <w:t>XIII</w:t>
      </w:r>
    </w:p>
    <w:p>
      <w:r>
        <w:br/>
        <w:t>Та не хотівши, мов на зло їм,&lt;br /&gt;</w:t>
        <w:br/>
        <w:t>Кайдани шлюбні волокти,&lt;br /&gt;</w:t>
        <w:br/>
        <w:t>Намислив із моїм героєм&lt;br /&gt;</w:t>
        <w:br/>
        <w:t>Знайомство Ленський завести.&lt;br /&gt;</w:t>
        <w:br/>
        <w:t>Вони зійшлися. Тьма і промінь,&lt;br /&gt;</w:t>
        <w:br/>
        <w:t>Пісні і проза, лід і пломінь&lt;br /&gt;</w:t>
        <w:br/>
        <w:t>Ховають більше схожих рис;&lt;br /&gt;</w:t>
        <w:br/>
        <w:t>Тож день знайомства їм приніс&lt;br /&gt;</w:t>
        <w:br/>
        <w:t>Лиш обопільне нудьгування;&lt;br /&gt;</w:t>
        <w:br/>
        <w:t>Та з часом приязнь розцвіла&lt;br /&gt;</w:t>
        <w:br/>
        <w:t>І незабаром перейшла&lt;br /&gt;</w:t>
        <w:br/>
        <w:t>У нерозлучне другування.&lt;br /&gt;</w:t>
        <w:br/>
        <w:t>Так люди з нічого робить —&lt;br /&gt;</w:t>
        <w:br/>
        <w:t>Сам каюсь — друзі мимохіть.</w:t>
      </w:r>
    </w:p>
    <w:p>
      <w:r>
        <w:br/>
        <w:t>XIV</w:t>
      </w:r>
    </w:p>
    <w:p>
      <w:r>
        <w:br/>
        <w:t>Та й дружби вже нема між нами.&lt;br /&gt;</w:t>
        <w:br/>
        <w:t>Без пересудливої тьми&lt;br /&gt;</w:t>
        <w:br/>
        <w:t>Усіх ми числимо нулями,&lt;br /&gt;</w:t>
        <w:br/>
        <w:t>А одиниці — тільки ми.&lt;br /&gt;</w:t>
        <w:br/>
        <w:t>Ми всі — от-от Наполеони;&lt;br /&gt;</w:t>
        <w:br/>
        <w:t>Тварин двоногих міліони&lt;br /&gt;</w:t>
        <w:br/>
        <w:t>Знаряддя лиш для нас одне,&lt;br /&gt;</w:t>
        <w:br/>
        <w:t>А щире почуття — смішне.&lt;br /&gt;</w:t>
        <w:br/>
        <w:t>Євгеній, серцем не злостивий,&lt;br /&gt;</w:t>
        <w:br/>
        <w:t>Людей, щоправда, добре знав,&lt;br /&gt;</w:t>
        <w:br/>
        <w:t>А через те і зневажав,&lt;br /&gt;</w:t>
        <w:br/>
        <w:t>Та всюди ж виняток можливий:&lt;br /&gt;</w:t>
        <w:br/>
        <w:t>Він інших сильно відзначав&lt;br /&gt;</w:t>
        <w:br/>
        <w:t>І почуття їх шанував.</w:t>
      </w:r>
    </w:p>
    <w:p>
      <w:r>
        <w:br/>
        <w:t>XV</w:t>
      </w:r>
    </w:p>
    <w:p>
      <w:r>
        <w:br/>
        <w:t>Ласкава усмішка стрівала&lt;br /&gt;</w:t>
        <w:br/>
        <w:t>Поета речі запальні;&lt;br /&gt;</w:t>
        <w:br/>
        <w:t>І думка, трохи ще нестала,&lt;br /&gt;</w:t>
        <w:br/>
        <w:t>І очі, завжди вогняні,&lt;br /&gt;</w:t>
        <w:br/>
        <w:t>Були Онєгіну за диво;&lt;br /&gt;</w:t>
        <w:br/>
        <w:t>Він стримувався терпеливо,&lt;br /&gt;</w:t>
        <w:br/>
        <w:t>Щоб зимним словом їх не збить,&lt;br /&gt;</w:t>
        <w:br/>
        <w:t>І думав: гріх мені труїть&lt;br /&gt;</w:t>
        <w:br/>
        <w:t>Оце хвилинне раювання;&lt;br /&gt;</w:t>
        <w:br/>
        <w:t>Настане і без мене час;&lt;br /&gt;</w:t>
        <w:br/>
        <w:t>Нехай же, поки не погас,&lt;br /&gt;</w:t>
        <w:br/>
        <w:t>Горить він, повен милування;&lt;br /&gt;</w:t>
        <w:br/>
        <w:t>Пробачмо юності палкій&lt;br /&gt;</w:t>
        <w:br/>
        <w:t>Шаленства юний буревій.</w:t>
      </w:r>
    </w:p>
    <w:p>
      <w:r>
        <w:br/>
        <w:t>XVI</w:t>
      </w:r>
    </w:p>
    <w:p>
      <w:r>
        <w:br/>
        <w:t>Ні в чім вони не мали згоди,&lt;br /&gt;</w:t>
        <w:br/>
        <w:t>Усе до роздумів вело:&lt;br /&gt;</w:t>
        <w:br/>
        <w:t>Племен розвіяних угоди,&lt;br /&gt;</w:t>
        <w:br/>
        <w:t>Плоди наук, добро і зло,&lt;br /&gt;</w:t>
        <w:br/>
        <w:t>Освячений віками звичай,&lt;br /&gt;</w:t>
        <w:br/>
        <w:t>І смерті вирок таємничий,&lt;br /&gt;</w:t>
        <w:br/>
        <w:t>Життя і доля, щастя й труд&lt;br /&gt;</w:t>
        <w:br/>
        <w:t>Під їхній підпадали суд.&lt;br /&gt;</w:t>
        <w:br/>
        <w:t>Поет у творчому натхненні&lt;br /&gt;</w:t>
        <w:br/>
        <w:t>Читав з осяяним лицем&lt;br /&gt;</w:t>
        <w:br/>
        <w:t>Північних розділи поем;&lt;br /&gt;</w:t>
        <w:br/>
        <w:t>Слухач поблажливий, Євгеній,&lt;br /&gt;</w:t>
        <w:br/>
        <w:t>Хоч і не все в них розбирав,&lt;br /&gt;</w:t>
        <w:br/>
        <w:t>Проте уважно вислухав.</w:t>
      </w:r>
    </w:p>
    <w:p>
      <w:r>
        <w:br/>
        <w:t>XVII</w:t>
      </w:r>
    </w:p>
    <w:p>
      <w:r>
        <w:br/>
        <w:t>Найбільше ж пристрасті манили&lt;br /&gt;</w:t>
        <w:br/>
        <w:t>Уми пустельників моїх;&lt;br /&gt;</w:t>
        <w:br/>
        <w:t>Зламавши їх бентежні сили,&lt;br /&gt;</w:t>
        <w:br/>
        <w:t>Онєгін згадував про них&lt;br /&gt;</w:t>
        <w:br/>
        <w:t>Крізь ледве сховане зітхання.&lt;br /&gt;</w:t>
        <w:br/>
        <w:t>Блажен, хто знав ті хвилювання&lt;br /&gt;</w:t>
        <w:br/>
        <w:t>І вчасно знати перестав;&lt;br /&gt;</w:t>
        <w:br/>
        <w:t>Тому ще краще, хто не знав,&lt;br /&gt;</w:t>
        <w:br/>
        <w:t>Хто вмів розлукою — кохання,&lt;br /&gt;</w:t>
        <w:br/>
        <w:t>Гнів — лихослів'ям холодить,&lt;br /&gt;</w:t>
        <w:br/>
        <w:t>Хто, позіхаючи, прожить&lt;br /&gt;</w:t>
        <w:br/>
        <w:t>Міг без ревнивого страждання,&lt;br /&gt;</w:t>
        <w:br/>
        <w:t>І те добро, що дід надбав,&lt;br /&gt;</w:t>
        <w:br/>
        <w:t>Лукавій двійці не звіряв!</w:t>
      </w:r>
    </w:p>
    <w:p>
      <w:r>
        <w:br/>
        <w:t>XVIII</w:t>
      </w:r>
    </w:p>
    <w:p>
      <w:r>
        <w:br/>
        <w:t>Коли ми станем під знамена&lt;br /&gt;</w:t>
        <w:br/>
        <w:t>Розсудливої тишини,&lt;br /&gt;</w:t>
        <w:br/>
        <w:t>І пристрасть вигорить шалена,&lt;br /&gt;</w:t>
        <w:br/>
        <w:t>І нам уже смішні вони,&lt;br /&gt;</w:t>
        <w:br/>
        <w:t>Оті її свавольні хвилі&lt;br /&gt;</w:t>
        <w:br/>
        <w:t>Та серця відгуки спізнілі,&lt;br /&gt;</w:t>
        <w:br/>
        <w:t>Приборкані, хоч не без мук,-&lt;br /&gt;</w:t>
        <w:br/>
        <w:t>Ми радо слухаємо звук&lt;br /&gt;</w:t>
        <w:br/>
        <w:t>Чужих зізнань; душа вбачає&lt;br /&gt;</w:t>
        <w:br/>
        <w:t>У них свойого щастя слід.&lt;br /&gt;</w:t>
        <w:br/>
        <w:t>Так часом сивий інвалід&lt;br /&gt;</w:t>
        <w:br/>
        <w:t>Охоче вухо прихиляє&lt;br /&gt;</w:t>
        <w:br/>
        <w:t>До мови юних усанів,&lt;br /&gt;</w:t>
        <w:br/>
        <w:t>Дарма що вік його відцвів.</w:t>
      </w:r>
    </w:p>
    <w:p>
      <w:r>
        <w:br/>
        <w:t>XIX</w:t>
      </w:r>
    </w:p>
    <w:p>
      <w:r>
        <w:br/>
        <w:t>Зате і юність пломениста&lt;br /&gt;</w:t>
        <w:br/>
        <w:t>Не може почувань таїть;&lt;br /&gt;</w:t>
        <w:br/>
        <w:t>Любов, печаль, надія чиста —&lt;br /&gt;</w:t>
        <w:br/>
        <w:t>Усе на язиці горить.&lt;br /&gt;</w:t>
        <w:br/>
        <w:t>Дочасний інвалід любові,&lt;br /&gt;</w:t>
        <w:br/>
        <w:t>Онєгін речі юнакові,&lt;br /&gt;</w:t>
        <w:br/>
        <w:t>Ту сповідь щирих почуттів,&lt;br /&gt;</w:t>
        <w:br/>
        <w:t>Поважно слухати умів.&lt;br /&gt;</w:t>
        <w:br/>
        <w:t>Свою простосердечну совість&lt;br /&gt;</w:t>
        <w:br/>
        <w:t>Поет одверто викривав;&lt;br /&gt;</w:t>
        <w:br/>
        <w:t>Євгеній незабаром знав&lt;br /&gt;</w:t>
        <w:br/>
        <w:t>Його кохання юну повість,&lt;br /&gt;</w:t>
        <w:br/>
        <w:t>Щоденні радощі й жалі,&lt;br /&gt;</w:t>
        <w:br/>
        <w:t>Давно відомі на землі.</w:t>
      </w:r>
    </w:p>
    <w:p>
      <w:r>
        <w:br/>
        <w:t>XX</w:t>
      </w:r>
    </w:p>
    <w:p>
      <w:r>
        <w:br/>
        <w:t>Ах, він любив, як ми любити&lt;br /&gt;</w:t>
        <w:br/>
        <w:t>Уже не здатні; лиш один&lt;br /&gt;</w:t>
        <w:br/>
        <w:t>Поет, безумством оповитий,&lt;br /&gt;</w:t>
        <w:br/>
        <w:t>Таких подобиться годин:&lt;br /&gt;</w:t>
        <w:br/>
        <w:t>Усюди, скрізь одно бажання,&lt;br /&gt;</w:t>
        <w:br/>
        <w:t>Одно незмінне поривання,&lt;br /&gt;</w:t>
        <w:br/>
        <w:t>Одна незмінлива печаль.&lt;br /&gt;</w:t>
        <w:br/>
        <w:t>Ніщо: ні охолодна даль,&lt;br /&gt;</w:t>
        <w:br/>
        <w:t>Ні літа довгої розлуки,&lt;br /&gt;</w:t>
        <w:br/>
        <w:t>Ні музам віддані часи,&lt;br /&gt;</w:t>
        <w:br/>
        <w:t>Ні блиск чужинної краси,&lt;br /&gt;</w:t>
        <w:br/>
        <w:t>Ні шум бенкетів, ні науки&lt;br /&gt;</w:t>
        <w:br/>
        <w:t>Не загасили день по дню&lt;br /&gt;</w:t>
        <w:br/>
        <w:t>Його цнотливого вогню.</w:t>
      </w:r>
    </w:p>
    <w:p>
      <w:r>
        <w:br/>
        <w:t>XXI</w:t>
      </w:r>
    </w:p>
    <w:p>
      <w:r>
        <w:br/>
        <w:t>Коли він, отрок нелукавий,&lt;br /&gt;</w:t>
        <w:br/>
        <w:t>Сердечних мук іще не знав,&lt;br /&gt;</w:t>
        <w:br/>
        <w:t>Дитячі Ольжині забави&lt;br /&gt;</w:t>
        <w:br/>
        <w:t>Він з милуванням споглядав;&lt;br /&gt;</w:t>
        <w:br/>
        <w:t>В ласкавім затишку діброви&lt;br /&gt;</w:t>
        <w:br/>
        <w:t>Він з нею перші мав розмови,&lt;br /&gt;</w:t>
        <w:br/>
        <w:t>І провіщали їм вінки&lt;br /&gt;</w:t>
        <w:br/>
        <w:t>Сусіди-друзі, їх батьки.&lt;br /&gt;</w:t>
        <w:br/>
        <w:t>У глушині, невинна й чиста,&lt;br /&gt;</w:t>
        <w:br/>
        <w:t>Вона в смиренності села&lt;br /&gt;</w:t>
        <w:br/>
        <w:t>Під рідним доглядом росла,&lt;br /&gt;</w:t>
        <w:br/>
        <w:t>Як та конвалія пашиста,&lt;br /&gt;</w:t>
        <w:br/>
        <w:t>Незнана в тінявій імлі&lt;br /&gt;</w:t>
        <w:br/>
        <w:t>Метеликові та бджолі.</w:t>
      </w:r>
    </w:p>
    <w:p>
      <w:r>
        <w:br/>
        <w:t>XXII</w:t>
      </w:r>
    </w:p>
    <w:p>
      <w:r>
        <w:br/>
        <w:t>Вона співцю подарувала&lt;br /&gt;</w:t>
        <w:br/>
        <w:t>Блаженство молодечих мук,&lt;br /&gt;</w:t>
        <w:br/>
        <w:t>Про неї думка окриляла&lt;br /&gt;</w:t>
        <w:br/>
        <w:t>Його цівниці перший звук.&lt;br /&gt;</w:t>
        <w:br/>
        <w:t>Прощайте, втіхи безтурботні!&lt;br /&gt;</w:t>
        <w:br/>
        <w:t>Він полюбив гаї дрімотні,&lt;br /&gt;</w:t>
        <w:br/>
        <w:t>І тишу самотинних мрій,&lt;br /&gt;</w:t>
        <w:br/>
        <w:t>І зорі, й місяць золотий,&lt;br /&gt;</w:t>
        <w:br/>
        <w:t>Той світоч у безодні темній,&lt;br /&gt;</w:t>
        <w:br/>
        <w:t>Що божествили ми колись,&lt;br /&gt;</w:t>
        <w:br/>
        <w:t>Коли відрадно так лились&lt;br /&gt;</w:t>
        <w:br/>
        <w:t>Солодкі сльози потаємні...&lt;br /&gt;</w:t>
        <w:br/>
        <w:t>Тепер ми бачимо в ньому&lt;br /&gt;</w:t>
        <w:br/>
        <w:t>Заміну ліхтарів саму.</w:t>
      </w:r>
    </w:p>
    <w:p>
      <w:r>
        <w:br/>
        <w:t>XXIII</w:t>
      </w:r>
    </w:p>
    <w:p>
      <w:r>
        <w:br/>
        <w:t>Слухняна завжди, непримхлива,&lt;br /&gt;</w:t>
        <w:br/>
        <w:t>Весела завжди, як весна,&lt;br /&gt;</w:t>
        <w:br/>
        <w:t>Як сни поетові, правдива,&lt;br /&gt;</w:t>
        <w:br/>
        <w:t>Як поцілунок, чарівна;&lt;br /&gt;</w:t>
        <w:br/>
        <w:t>Блакитні очі, чистий голос,&lt;br /&gt;</w:t>
        <w:br/>
        <w:t>Неначе льон, білявий волос,&lt;br /&gt;</w:t>
        <w:br/>
        <w:t>І рухи, й усмішка, і стан,-&lt;br /&gt;</w:t>
        <w:br/>
        <w:t>Все в Ользі... Та візьміть роман&lt;br /&gt;</w:t>
        <w:br/>
        <w:t>Хоч би який, і дуже вірно&lt;br /&gt;</w:t>
        <w:br/>
        <w:t>Там подано її портрет:&lt;br /&gt;</w:t>
        <w:br/>
        <w:t>В нім любих без кінця прикмет,&lt;br /&gt;</w:t>
        <w:br/>
        <w:t>Та він набрид мені безмірно.&lt;br /&gt;</w:t>
        <w:br/>
        <w:t>Про старшу Ольжину сестру,&lt;br /&gt;</w:t>
        <w:br/>
        <w:t>Читачу, слово я беру.</w:t>
      </w:r>
    </w:p>
    <w:p>
      <w:r>
        <w:br/>
        <w:t>XXIV</w:t>
      </w:r>
    </w:p>
    <w:p>
      <w:r>
        <w:br/>
        <w:t>Сестру ту названо Татьяна...&lt;br /&gt;</w:t>
        <w:br/>
        <w:t>У перший раз таке ім'я&lt;br /&gt;</w:t>
        <w:br/>
        <w:t>На ніжні сторінки романа&lt;br /&gt;</w:t>
        <w:br/>
        <w:t>Свавільно запроваджу я.&lt;br /&gt;</w:t>
        <w:br/>
        <w:t>І що ж? Воно приємне, миле,-&lt;br /&gt;</w:t>
        <w:br/>
        <w:t>Та з ним, я знаю, сполучили&lt;br /&gt;</w:t>
        <w:br/>
        <w:t>Ми спомини про давнину&lt;br /&gt;</w:t>
        <w:br/>
        <w:t>Чи про дівочу. Не мину&lt;br /&gt;</w:t>
        <w:br/>
        <w:t>Сказати, що смаку замало&lt;br /&gt;</w:t>
        <w:br/>
        <w:t>У нас і в наших іменах&lt;br /&gt;</w:t>
        <w:br/>
        <w:t>(Ще менше — в віршових рядках);&lt;br /&gt;</w:t>
        <w:br/>
        <w:t>Освіти в нас мов не бувало,&lt;br /&gt;</w:t>
        <w:br/>
        <w:t>Лише манірність ми по ній&lt;br /&gt;</w:t>
        <w:br/>
        <w:t>Сховали, як здобуток свій.</w:t>
      </w:r>
    </w:p>
    <w:p>
      <w:r>
        <w:br/>
        <w:t>XXV</w:t>
      </w:r>
    </w:p>
    <w:p>
      <w:r>
        <w:br/>
        <w:t>Тож названо її Татьяна.&lt;br /&gt;</w:t>
        <w:br/>
        <w:t>Ні врода, що в сестри цвіла,&lt;br /&gt;</w:t>
        <w:br/>
        <w:t>Ні свіжість на виду рум'яна&lt;br /&gt;</w:t>
        <w:br/>
        <w:t>У ній привабить не могла.&lt;br /&gt;</w:t>
        <w:br/>
        <w:t>Печальна, дика, мовчазлива,&lt;br /&gt;</w:t>
        <w:br/>
        <w:t>Неначе сарна полохлива,&lt;br /&gt;</w:t>
        <w:br/>
        <w:t>Вона росла в сім'ї своїй,&lt;br /&gt;</w:t>
        <w:br/>
        <w:t>Немовби зовсім у чужій.&lt;br /&gt;</w:t>
        <w:br/>
        <w:t>Вона горнутися не вміла,&lt;br /&gt;</w:t>
        <w:br/>
        <w:t>Як інші діти, до батьків;&lt;br /&gt;</w:t>
        <w:br/>
        <w:t>Маленька ще, між малюків&lt;br /&gt;</w:t>
        <w:br/>
        <w:t>Стрибать і гратись не хотіла,&lt;br /&gt;</w:t>
        <w:br/>
        <w:t>І часто край вікна сама&lt;br /&gt;</w:t>
        <w:br/>
        <w:t>Сиділа журна та німа.</w:t>
      </w:r>
    </w:p>
    <w:p>
      <w:r>
        <w:br/>
        <w:t>XXVI</w:t>
      </w:r>
    </w:p>
    <w:p>
      <w:r>
        <w:br/>
        <w:t>Задума, друг її незримий,&lt;br /&gt;</w:t>
        <w:br/>
        <w:t>Злюбивши вірно це дитя,&lt;br /&gt;</w:t>
        <w:br/>
        <w:t>Скрашала мріями легкими&lt;br /&gt;</w:t>
        <w:br/>
        <w:t>Сільське забарливе життя.&lt;br /&gt;</w:t>
        <w:br/>
        <w:t>Не знали голки ніжні пальці;&lt;br /&gt;</w:t>
        <w:br/>
        <w:t>Схилившись над покірні п'яльці,&lt;br /&gt;</w:t>
        <w:br/>
        <w:t>Шовками світлими вона&lt;br /&gt;</w:t>
        <w:br/>
        <w:t>Не оживляла полотна.&lt;br /&gt;</w:t>
        <w:br/>
        <w:t>Прикмета потягу до влади:&lt;br /&gt;</w:t>
        <w:br/>
        <w:t>Слухняну ляльку ще дівча&lt;br /&gt;</w:t>
        <w:br/>
        <w:t>Звичаїв ґречності навча —&lt;br /&gt;</w:t>
        <w:br/>
        <w:t>Закону людської громади,&lt;br /&gt;</w:t>
        <w:br/>
        <w:t>І материнський заповіт&lt;br /&gt;</w:t>
        <w:br/>
        <w:t>Їй шепче, лиш уздрівши світ.</w:t>
      </w:r>
    </w:p>
    <w:p>
      <w:r>
        <w:br/>
        <w:t>XXVII</w:t>
      </w:r>
    </w:p>
    <w:p>
      <w:r>
        <w:br/>
        <w:t>Та ляльки, ще в літах дитини,&lt;br /&gt;</w:t>
        <w:br/>
        <w:t>Вона ні разу не взяла;&lt;br /&gt;</w:t>
        <w:br/>
        <w:t>Речей про моди, про новини&lt;br /&gt;</w:t>
        <w:br/>
        <w:t>Ніколи з нею не вела.&lt;br /&gt;</w:t>
        <w:br/>
        <w:t>Були чужі їй пустотливі&lt;br /&gt;</w:t>
        <w:br/>
        <w:t>Розваги; повісті жахливі&lt;br /&gt;</w:t>
        <w:br/>
        <w:t>В зимовій темряві нічній&lt;br /&gt;</w:t>
        <w:br/>
        <w:t>Збавляли більше серце їй.&lt;br /&gt;</w:t>
        <w:br/>
        <w:t>Як няня іноді скликала&lt;br /&gt;</w:t>
        <w:br/>
        <w:t>У теплий день на муріжок&lt;br /&gt;</w:t>
        <w:br/>
        <w:t>Всіх Ольжиних товаришок,-&lt;br /&gt;</w:t>
        <w:br/>
        <w:t>Вона в горю-дуба не грала,&lt;br /&gt;</w:t>
        <w:br/>
        <w:t>Нудний для неї був і сміх,&lt;br /&gt;</w:t>
        <w:br/>
        <w:t>І шум їх вигуків дзвінких.</w:t>
      </w:r>
    </w:p>
    <w:p>
      <w:r>
        <w:br/>
        <w:t>XXVIII</w:t>
      </w:r>
    </w:p>
    <w:p>
      <w:r>
        <w:br/>
        <w:t>Вона любила на балконі&lt;br /&gt;</w:t>
        <w:br/>
        <w:t>Стрічати сонце в тишині,&lt;br /&gt;</w:t>
        <w:br/>
        <w:t>Як на блідім небеснім лоні&lt;br /&gt;</w:t>
        <w:br/>
        <w:t>Згасають зорі вогняні,&lt;br /&gt;</w:t>
        <w:br/>
        <w:t>І тихо край землі ясніє,&lt;br /&gt;</w:t>
        <w:br/>
        <w:t>І, вісник ранку, вітер віє,&lt;br /&gt;</w:t>
        <w:br/>
        <w:t>І день поволі виплива.&lt;br /&gt;</w:t>
        <w:br/>
        <w:t>Коли ж, бувало, зимова&lt;br /&gt;</w:t>
        <w:br/>
        <w:t>На простір тиха ніч лягає,&lt;br /&gt;</w:t>
        <w:br/>
        <w:t>І довго в місячній імлі&lt;br /&gt;</w:t>
        <w:br/>
        <w:t>На затуманеній землі&lt;br /&gt;</w:t>
        <w:br/>
        <w:t>Лінивий схід одпочиває,-&lt;br /&gt;</w:t>
        <w:br/>
        <w:t>У звичний час, по любих снах&lt;br /&gt;</w:t>
        <w:br/>
        <w:t>Вона вставала при свічках.</w:t>
      </w:r>
    </w:p>
    <w:p>
      <w:r>
        <w:br/>
        <w:t>XXIX</w:t>
      </w:r>
    </w:p>
    <w:p>
      <w:r>
        <w:br/>
        <w:t>Їй заміняли все романи&lt;br /&gt;</w:t>
        <w:br/>
        <w:t>Ще з юних літ, як милий сон;&lt;br /&gt;</w:t>
        <w:br/>
        <w:t>Вона злюбила всі омани,&lt;br /&gt;</w:t>
        <w:br/>
        <w:t>Що дав Руссо чи Річардсон.&lt;br /&gt;</w:t>
        <w:br/>
        <w:t>Отець її, добряга милий,&lt;br /&gt;</w:t>
        <w:br/>
        <w:t>В минулім віці запізнілий,&lt;br /&gt;</w:t>
        <w:br/>
        <w:t>Її від того не беріг;&lt;br /&gt;</w:t>
        <w:br/>
        <w:t>Він не читав ніколи книг,&lt;br /&gt;</w:t>
        <w:br/>
        <w:t>Бо бачив там лиш марнослів'я.&lt;br /&gt;</w:t>
        <w:br/>
        <w:t>Його, бувало, й не кортить,&lt;br /&gt;</w:t>
        <w:br/>
        <w:t>Який у доні том лежить,&lt;br /&gt;</w:t>
        <w:br/>
        <w:t>Покладений під узголів'я.&lt;br /&gt;</w:t>
        <w:br/>
        <w:t>А неня — та була сама&lt;br /&gt;</w:t>
        <w:br/>
        <w:t>Від Річардсона без ума.</w:t>
      </w:r>
    </w:p>
    <w:p>
      <w:r>
        <w:br/>
        <w:t>XXX</w:t>
      </w:r>
    </w:p>
    <w:p>
      <w:r>
        <w:br/>
        <w:t>Вона любила Річардсона,&lt;br /&gt;</w:t>
        <w:br/>
        <w:t>Хоч і не встигла прочитать,&lt;br /&gt;</w:t>
        <w:br/>
        <w:t>Хоч із Ловласом Грандісона&lt;br /&gt;</w:t>
        <w:br/>
        <w:t>Не мала змоги порівнять;&lt;br /&gt;</w:t>
        <w:br/>
        <w:t>Та ще колись княжна Аліна,&lt;br /&gt;</w:t>
        <w:br/>
        <w:t>Московська модниця-кузина,&lt;br /&gt;</w:t>
        <w:br/>
        <w:t>Все говорила їй про них;&lt;br /&gt;</w:t>
        <w:br/>
        <w:t>А муж її ще був жених,&lt;br /&gt;</w:t>
        <w:br/>
        <w:t>Ішлося мимохіть до шлюбу;&lt;br /&gt;</w:t>
        <w:br/>
        <w:t>Вона ж зітхала не за ним,&lt;br /&gt;</w:t>
        <w:br/>
        <w:t>Бо інший серцем запальним&lt;br /&gt;</w:t>
        <w:br/>
        <w:t>Панянку божеволив любу;&lt;br /&gt;</w:t>
        <w:br/>
        <w:t>Той Грандісон був славний франт,&lt;br /&gt;</w:t>
        <w:br/>
        <w:t>Картяр і гвардії сержант.</w:t>
      </w:r>
    </w:p>
    <w:p>
      <w:r>
        <w:br/>
        <w:t>XXXI</w:t>
      </w:r>
    </w:p>
    <w:p>
      <w:r>
        <w:br/>
        <w:t>Як він, усе вона вдягалась&lt;br /&gt;</w:t>
        <w:br/>
        <w:t>По моді, гарно й до лиця,&lt;br /&gt;</w:t>
        <w:br/>
        <w:t>Та в неї ради не спитались,&lt;br /&gt;</w:t>
        <w:br/>
        <w:t>Як виряджали до вінця.&lt;br /&gt;</w:t>
        <w:br/>
        <w:t>Щоб швидше їй розвіять горе,&lt;br /&gt;</w:t>
        <w:br/>
        <w:t>Муж, анітрохи не суворий,&lt;br /&gt;</w:t>
        <w:br/>
        <w:t>Її в село своє одвіз.&lt;br /&gt;</w:t>
        <w:br/>
        <w:t>Чимало там пролито сліз;&lt;br /&gt;</w:t>
        <w:br/>
        <w:t>Вона пручалася, ридала,&lt;br /&gt;</w:t>
        <w:br/>
        <w:t>Розлуку вже хотіла брать,&lt;br /&gt;</w:t>
        <w:br/>
        <w:t>Але взялась хазяйнувать,&lt;br /&gt;</w:t>
        <w:br/>
        <w:t>Навикла — і спокійна стала.&lt;br /&gt;</w:t>
        <w:br/>
        <w:t>Навичка — неба дар ясний:&lt;br /&gt;</w:t>
        <w:br/>
        <w:t>Заміна щастю нам у ній...15</w:t>
      </w:r>
    </w:p>
    <w:p>
      <w:r>
        <w:br/>
        <w:t>XXXII</w:t>
      </w:r>
    </w:p>
    <w:p>
      <w:r>
        <w:br/>
        <w:t>Навичка пригасила муку,&lt;br /&gt;</w:t>
        <w:br/>
        <w:t>Що не розвіяти нічим.&lt;br /&gt;</w:t>
        <w:br/>
        <w:t>А тут іще одну науку&lt;br /&gt;</w:t>
        <w:br/>
        <w:t>Найшла вона в житті своїм:&lt;br /&gt;</w:t>
        <w:br/>
        <w:t>Спізнала досвідом великим,&lt;br /&gt;</w:t>
        <w:br/>
        <w:t>Як волю взять над чоловіком&lt;br /&gt;</w:t>
        <w:br/>
        <w:t>Та самовладно управлять,&lt;br /&gt;</w:t>
        <w:br/>
        <w:t>І стала жити-поживать,&lt;br /&gt;</w:t>
        <w:br/>
        <w:t>Людей ганяла на роботу,&lt;br /&gt;</w:t>
        <w:br/>
        <w:t>Солила про запас гриби,&lt;br /&gt;</w:t>
        <w:br/>
        <w:t>Голила кріпакам лоби,&lt;br /&gt;</w:t>
        <w:br/>
        <w:t>Бувала в бані щосуботи&lt;br /&gt;</w:t>
        <w:br/>
        <w:t>І наймичок навчилась бить —&lt;br /&gt;</w:t>
        <w:br/>
        <w:t>Це все без мужа, самохіть.</w:t>
      </w:r>
    </w:p>
    <w:p>
      <w:r>
        <w:br/>
        <w:t>XXXIII</w:t>
      </w:r>
    </w:p>
    <w:p>
      <w:r>
        <w:br/>
        <w:t>Колись вона писала кров'ю&lt;br /&gt;</w:t>
        <w:br/>
        <w:t>Тендітній подрузі в альбом,&lt;br /&gt;</w:t>
        <w:br/>
        <w:t>"Поліна" — звала Парасков'ю&lt;br /&gt;</w:t>
        <w:br/>
        <w:t>Співучим завжди голоском,&lt;br /&gt;</w:t>
        <w:br/>
        <w:t>Корсет найвужчий надівала&lt;br /&gt;</w:t>
        <w:br/>
        <w:t>І Н російське вимовляла&lt;br /&gt;</w:t>
        <w:br/>
        <w:t>Як N французьке, тобто в ніс;&lt;br /&gt;</w:t>
        <w:br/>
        <w:t>Та шлюб усе це геть заніс:&lt;br /&gt;</w:t>
        <w:br/>
        <w:t>Корсет, альбом, княжну Поліну,&lt;br /&gt;</w:t>
        <w:br/>
        <w:t>Чутливих віршиків слова&lt;br /&gt;</w:t>
        <w:br/>
        <w:t>Вона поволі забува,&lt;br /&gt;</w:t>
        <w:br/>
        <w:t>Зове Акулькою Селіну&lt;br /&gt;</w:t>
        <w:br/>
        <w:t>І поновляє під кінець&lt;br /&gt;</w:t>
        <w:br/>
        <w:t>На ваті шлафор і чепець.</w:t>
      </w:r>
    </w:p>
    <w:p>
      <w:r>
        <w:br/>
        <w:t>XXXIV</w:t>
      </w:r>
    </w:p>
    <w:p>
      <w:r>
        <w:br/>
        <w:t>Та муж любив дружину щиро,&lt;br /&gt;</w:t>
        <w:br/>
        <w:t>Ні в чім перечить не хотів,&lt;br /&gt;</w:t>
        <w:br/>
        <w:t>До неї повну мав довіру,&lt;br /&gt;</w:t>
        <w:br/>
        <w:t>А сам в халаті пив та їв;&lt;br /&gt;</w:t>
        <w:br/>
        <w:t>Спокійно дні його спливали;&lt;br /&gt;</w:t>
        <w:br/>
        <w:t>Надвечір часом наїжджали&lt;br /&gt;</w:t>
        <w:br/>
        <w:t>Сусіди з приязних родин,&lt;br /&gt;</w:t>
        <w:br/>
        <w:t>Нецеремонні, як і він,&lt;br /&gt;</w:t>
        <w:br/>
        <w:t>Полихословить, потужити,&lt;br /&gt;</w:t>
        <w:br/>
        <w:t>Пожартувать собі гуртом.&lt;br /&gt;</w:t>
        <w:br/>
        <w:t>Минає час; гостей чайком&lt;br /&gt;</w:t>
        <w:br/>
        <w:t>Накажуть Ользі пригостити,&lt;br /&gt;</w:t>
        <w:br/>
        <w:t>А там вечеря, спать пора —&lt;br /&gt;</w:t>
        <w:br/>
        <w:t>І гості їдуть із двора.</w:t>
      </w:r>
    </w:p>
    <w:p>
      <w:r>
        <w:br/>
        <w:t>XXXV</w:t>
      </w:r>
    </w:p>
    <w:p>
      <w:r>
        <w:br/>
        <w:t>Вони ретельно зберігали,&lt;br /&gt;</w:t>
        <w:br/>
        <w:t>Що давній звичай освятив,&lt;br /&gt;</w:t>
        <w:br/>
        <w:t>І масниці не проминали&lt;br /&gt;</w:t>
        <w:br/>
        <w:t>Без руських наїдних млинців;&lt;br /&gt;</w:t>
        <w:br/>
        <w:t>По двічі кожен рік говіли,&lt;br /&gt;</w:t>
        <w:br/>
        <w:t>Кружисту гойдалку любили,&lt;br /&gt;</w:t>
        <w:br/>
        <w:t>Купальські грища, веснянки;&lt;br /&gt;</w:t>
        <w:br/>
        <w:t>Коли на троїцькі святки&lt;br /&gt;</w:t>
        <w:br/>
        <w:t>Куняли ратаї нехитрі,&lt;br /&gt;</w:t>
        <w:br/>
        <w:t>Молебень слухавши,— вінок&lt;br /&gt;</w:t>
        <w:br/>
        <w:t>Вони святили з нагідок;&lt;br /&gt;</w:t>
        <w:br/>
        <w:t>Їм квас був милий, як повітря,&lt;br /&gt;</w:t>
        <w:br/>
        <w:t>І за столом, по старшині,&lt;br /&gt;</w:t>
        <w:br/>
        <w:t>Там страви ношено смачні.</w:t>
      </w:r>
    </w:p>
    <w:p>
      <w:r>
        <w:br/>
        <w:t>XXXVI</w:t>
      </w:r>
    </w:p>
    <w:p>
      <w:r>
        <w:br/>
        <w:t>Отак життя їх тихо плине,-&lt;br /&gt;</w:t>
        <w:br/>
        <w:t>Та настає всьому кінець.&lt;br /&gt;</w:t>
        <w:br/>
        <w:t>Розкрились двері домовини,&lt;br /&gt;</w:t>
        <w:br/>
        <w:t>І муж прийняв новий вінець.&lt;br /&gt;</w:t>
        <w:br/>
        <w:t>Умер він саме під обіди,&lt;br /&gt;</w:t>
        <w:br/>
        <w:t>Його оплакали сусіди,&lt;br /&gt;</w:t>
        <w:br/>
        <w:t>Слізьми дружина провела&lt;br /&gt;</w:t>
        <w:br/>
        <w:t>Щиріш, як інша б те могла.&lt;br /&gt;</w:t>
        <w:br/>
        <w:t>Він був на мудрість незугарен,&lt;br /&gt;</w:t>
        <w:br/>
        <w:t>Та добросердий чоловік,&lt;br /&gt;</w:t>
        <w:br/>
        <w:t>Над ним написано повік:&lt;br /&gt;</w:t>
        <w:br/>
        <w:t>"Смиренний грішник Дмитрій Ларін,&lt;br /&gt;</w:t>
        <w:br/>
        <w:t>Господній раб і бригадир&lt;br /&gt;</w:t>
        <w:br/>
        <w:t>Вкушає в сій могилі мир".</w:t>
      </w:r>
    </w:p>
    <w:p>
      <w:r>
        <w:br/>
        <w:t>XXXVII</w:t>
      </w:r>
    </w:p>
    <w:p>
      <w:r>
        <w:br/>
        <w:t>Вернувшись до своїх пенатів,&lt;br /&gt;</w:t>
        <w:br/>
        <w:t>На цвинтар Ленський поспішив&lt;br /&gt;</w:t>
        <w:br/>
        <w:t>І над сусідом, що утратив,&lt;br /&gt;</w:t>
        <w:br/>
        <w:t>Біля надгробка потужив;&lt;br /&gt;</w:t>
        <w:br/>
        <w:t>І серце так журливо билось!&lt;br /&gt;</w:t>
        <w:br/>
        <w:t>"Poor Jorick!16 — слово прохопилось, —&lt;br /&gt;</w:t>
        <w:br/>
        <w:t>Він на руках мене держав,&lt;br /&gt;</w:t>
        <w:br/>
        <w:t>Мені погратися давав&lt;br /&gt;</w:t>
        <w:br/>
        <w:t>Медаль вояцьку за Очаків!&lt;br /&gt;</w:t>
        <w:br/>
        <w:t>Він Ольгу готував мені,&lt;br /&gt;</w:t>
        <w:br/>
        <w:t>Казав: "Діждуся я чи ні?!" —&lt;br /&gt;</w:t>
        <w:br/>
        <w:t>Тут Ленський мало не заплакав&lt;br /&gt;</w:t>
        <w:br/>
        <w:t>І мадригалом жалібним&lt;br /&gt;</w:t>
        <w:br/>
        <w:t>Навіки попрощався з ним.</w:t>
      </w:r>
    </w:p>
    <w:p>
      <w:r>
        <w:br/>
        <w:t>XXXVIII</w:t>
      </w:r>
    </w:p>
    <w:p>
      <w:r>
        <w:br/>
        <w:t>Тоді ж в елегії печальній&lt;br /&gt;</w:t>
        <w:br/>
        <w:t>Він батька й матері, в сльозах,&lt;br /&gt;</w:t>
        <w:br/>
        <w:t>Увічнив прах патріархальний...&lt;br /&gt;</w:t>
        <w:br/>
        <w:t>Ох! На житейських борознах&lt;br /&gt;</w:t>
        <w:br/>
        <w:t>Скороминущі покоління,&lt;br /&gt;</w:t>
        <w:br/>
        <w:t>З небес таємного веління,&lt;br /&gt;</w:t>
        <w:br/>
        <w:t>Як жниво, стигнуть і падуть;&lt;br /&gt;</w:t>
        <w:br/>
        <w:t>Наступні їм услід ідуть...&lt;br /&gt;</w:t>
        <w:br/>
        <w:t>Так наше плем'я безтурботне&lt;br /&gt;</w:t>
        <w:br/>
        <w:t>Росте, хвилюється, кипить&lt;br /&gt;</w:t>
        <w:br/>
        <w:t>І до могил дідів тіснить.&lt;br /&gt;</w:t>
        <w:br/>
        <w:t>Та прийде він, наш день скорботний,&lt;br /&gt;</w:t>
        <w:br/>
        <w:t>І наші внуки в добрий час&lt;br /&gt;</w:t>
        <w:br/>
        <w:t>Із світу витіснять і нас!</w:t>
      </w:r>
    </w:p>
    <w:p>
      <w:r>
        <w:br/>
        <w:t>XXXIX</w:t>
      </w:r>
    </w:p>
    <w:p>
      <w:r>
        <w:br/>
        <w:t>Тим часом упивайтесь, друзі,&lt;br /&gt;</w:t>
        <w:br/>
        <w:t>Життям, як маєво, легким!&lt;br /&gt;</w:t>
        <w:br/>
        <w:t>Я знаю: в радості і тузі&lt;br /&gt;</w:t>
        <w:br/>
        <w:t>Не варто дорожити ним;&lt;br /&gt;</w:t>
        <w:br/>
        <w:t>Закрив я очі на омани;&lt;br /&gt;</w:t>
        <w:br/>
        <w:t>Та ще надія, дар жаданий,&lt;br /&gt;</w:t>
        <w:br/>
        <w:t>Здалека часом вигляда:&lt;br /&gt;</w:t>
        <w:br/>
        <w:t>Без непримітного сліда&lt;br /&gt;</w:t>
        <w:br/>
        <w:t>Я не хотів би світ лишити.&lt;br /&gt;</w:t>
        <w:br/>
        <w:t>Живу, пишу не для хвали;&lt;br /&gt;</w:t>
        <w:br/>
        <w:t>Та марю, щоб пісні могли&lt;br /&gt;</w:t>
        <w:br/>
        <w:t>Мій день печальний пережити,&lt;br /&gt;</w:t>
        <w:br/>
        <w:t>Щоб друг мій вірний серед мук&lt;br /&gt;</w:t>
        <w:br/>
        <w:t>Про мене нагадав хоч звук.</w:t>
      </w:r>
    </w:p>
    <w:p>
      <w:r>
        <w:br/>
        <w:t>XL</w:t>
      </w:r>
    </w:p>
    <w:p>
      <w:r>
        <w:br/>
        <w:t>І хтось, у роздуму хвилини,&lt;br /&gt;</w:t>
        <w:br/>
        <w:t>Здригнеться над рядком моїм,&lt;br /&gt;</w:t>
        <w:br/>
        <w:t>І тиха Лета не поглине&lt;br /&gt;</w:t>
        <w:br/>
        <w:t>Моїх співучих строф і рим.&lt;br /&gt;</w:t>
        <w:br/>
        <w:t>І може (о солодка мріє!) —&lt;br /&gt;</w:t>
        <w:br/>
        <w:t>Гучною славою окриє&lt;br /&gt;</w:t>
        <w:br/>
        <w:t>Якийсь невіглас мій портрет&lt;br /&gt;</w:t>
        <w:br/>
        <w:t>І скаже: то ж то був поет!&lt;br /&gt;</w:t>
        <w:br/>
        <w:t>Прийми ж мою подяку щиру,&lt;br /&gt;</w:t>
        <w:br/>
        <w:t>Прихильче мирних аонід,&lt;br /&gt;</w:t>
        <w:br/>
        <w:t>Що віднайдеш мій тихий слід&lt;br /&gt;</w:t>
        <w:br/>
        <w:t>І давню пошануєш ліру,&lt;br /&gt;</w:t>
        <w:br/>
        <w:t>Чия незаздрісна рука&lt;br /&gt;</w:t>
        <w:br/>
        <w:t>Потріпа лаври старика!</w:t>
      </w:r>
    </w:p>
    <w:p>
      <w:r>
        <w:br/>
        <w:t>Глава третя</w:t>
      </w:r>
    </w:p>
    <w:p>
      <w:r>
        <w:br/>
        <w:t>Elle etait fille, elle etait amoreuse.&lt;br /&gt;</w:t>
        <w:br/>
        <w:t>Malfilatre*</w:t>
      </w:r>
    </w:p>
    <w:p>
      <w:r>
        <w:br/>
        <w:t>I</w:t>
      </w:r>
    </w:p>
    <w:p>
      <w:r>
        <w:br/>
        <w:t>"Куди? Ох, ці мені поети!"&lt;br /&gt;</w:t>
        <w:br/>
        <w:t>"Пора, Онєгіне, мені!"&lt;br /&gt;</w:t>
        <w:br/>
        <w:t>"Я не держу тебе, та де ти&lt;br /&gt;</w:t>
        <w:br/>
        <w:t>Марнуєш вечір день при дні?"&lt;br /&gt;</w:t>
        <w:br/>
        <w:t>"У Ларіних".— "Їй-богу, диво!&lt;br /&gt;</w:t>
        <w:br/>
        <w:t>Та чи воно ж таки можливо&lt;br /&gt;</w:t>
        <w:br/>
        <w:t>Туди так пильно учащать?"&lt;br /&gt;</w:t>
        <w:br/>
        <w:t>"Звичайно".— "Чудно, що й казать!&lt;br /&gt;</w:t>
        <w:br/>
        <w:t>Я бачу й без твого визнання:&lt;br /&gt;</w:t>
        <w:br/>
        <w:t>По-перше (ну, вгадаю я?),&lt;br /&gt;</w:t>
        <w:br/>
        <w:t>Російська проста це сім'я,&lt;br /&gt;</w:t>
        <w:br/>
        <w:t>Гостей невпинне частування,&lt;br /&gt;</w:t>
        <w:br/>
        <w:t>Розмови про вчорашній сон,&lt;br /&gt;</w:t>
        <w:br/>
        <w:t>Про дощ, про скотний двір, про льон..."</w:t>
      </w:r>
    </w:p>
    <w:p>
      <w:r>
        <w:br/>
        <w:t>-----------------------&lt;br /&gt;</w:t>
        <w:br/>
        <w:t>* Вона була дівчина, вона була закохана. Мальфілатр (Франц.)</w:t>
      </w:r>
    </w:p>
    <w:p>
      <w:r>
        <w:br/>
        <w:t>II</w:t>
      </w:r>
    </w:p>
    <w:p>
      <w:r>
        <w:br/>
        <w:t>"Я тут біди ще не вбачаю".&lt;br /&gt;</w:t>
        <w:br/>
        <w:t>"Нудота, друже, от біда!"&lt;br /&gt;</w:t>
        <w:br/>
        <w:t>"Я світ ваш модний зневажаю;&lt;br /&gt;</w:t>
        <w:br/>
        <w:t>Серед родинного гнізда&lt;br /&gt;</w:t>
        <w:br/>
        <w:t>Я можу..." — "Ох, ізнов еклога!&lt;br /&gt;</w:t>
        <w:br/>
        <w:t>Та годі, любий мій, на бога!&lt;br /&gt;</w:t>
        <w:br/>
        <w:t>Ну що ж? Ти їдеш: хай щастить!&lt;br /&gt;</w:t>
        <w:br/>
        <w:t>Ах, слухай! Як би хоч уздріть&lt;br /&gt;</w:t>
        <w:br/>
        <w:t>Оту Філліду, слави варту,&lt;br /&gt;</w:t>
        <w:br/>
        <w:t>Оту натхненницю пера,&lt;br /&gt;</w:t>
        <w:br/>
        <w:t>І сліз, і рим, et cetera?..&lt;br /&gt;</w:t>
        <w:br/>
        <w:t>Представ мене!" — "Тебе?" — "Без&lt;br /&gt;</w:t>
        <w:br/>
        <w:t>жарту!"&lt;br /&gt;</w:t>
        <w:br/>
        <w:t>"Гаразд".— "Коли ж?" — "Хоч зараз.&lt;br /&gt;</w:t>
        <w:br/>
        <w:t>Там,&lt;br /&gt;</w:t>
        <w:br/>
        <w:t>Звичайно, раді будуть нам.</w:t>
      </w:r>
    </w:p>
    <w:p>
      <w:r>
        <w:br/>
        <w:t>III</w:t>
      </w:r>
    </w:p>
    <w:p>
      <w:r>
        <w:br/>
        <w:t>В дорогу ж".&lt;br /&gt;</w:t>
        <w:br/>
        <w:t>Рушили другове,&lt;br /&gt;</w:t>
        <w:br/>
        <w:t>З'явились; розіслав для них&lt;br /&gt;</w:t>
        <w:br/>
        <w:t>Закон гостинності готовий&lt;br /&gt;</w:t>
        <w:br/>
        <w:t>Ряд послуг, іноді й тяжких.&lt;br /&gt;</w:t>
        <w:br/>
        <w:t>Відомий звичай стародення:&lt;br /&gt;</w:t>
        <w:br/>
        <w:t>Несуть на блюдечках варення,&lt;br /&gt;</w:t>
        <w:br/>
        <w:t>На стіл воскований мерщій&lt;br /&gt;</w:t>
        <w:br/>
        <w:t>Брусничний подають напій.&lt;br /&gt;</w:t>
        <w:br/>
        <w:t>. . . . . . . . . . . . .&lt;br /&gt;</w:t>
        <w:br/>
        <w:t>. . . . . . . . . . . . .&lt;br /&gt;</w:t>
        <w:br/>
        <w:t>. . . . . . . . . . . . .&lt;br /&gt;</w:t>
        <w:br/>
        <w:t>. . . . . . . . . . . . .&lt;br /&gt;</w:t>
        <w:br/>
        <w:t>. . . . . . . . . . . . .&lt;br /&gt;</w:t>
        <w:br/>
        <w:t>. . . . . . . . . . . . .</w:t>
      </w:r>
    </w:p>
    <w:p>
      <w:r>
        <w:br/>
        <w:t>IV</w:t>
      </w:r>
    </w:p>
    <w:p>
      <w:r>
        <w:br/>
        <w:t>Додому, вже пори нічної,&lt;br /&gt;</w:t>
        <w:br/>
        <w:t>Вони не їдуть, а летять17.&lt;br /&gt;</w:t>
        <w:br/>
        <w:t>Підслухаймо ж, про що герої&lt;br /&gt;</w:t>
        <w:br/>
        <w:t>Між себе тихо гомонять:&lt;br /&gt;</w:t>
        <w:br/>
        <w:t>"Ну, що, Онєгін? Позіхаєш?"&lt;br /&gt;</w:t>
        <w:br/>
        <w:t>"Це звичка, Ленський".— "Та скучаєш&lt;br /&gt;</w:t>
        <w:br/>
        <w:t>Ти більше".— "Ні, як і раніш.&lt;br /&gt;</w:t>
        <w:br/>
        <w:t>Одначе пізно вже. Скоріш,&lt;br /&gt;</w:t>
        <w:br/>
        <w:t>Скоріше поганяй, Андрюшко!&lt;br /&gt;</w:t>
        <w:br/>
        <w:t>Дурні місця! Дурна пора!&lt;br /&gt;</w:t>
        <w:br/>
        <w:t>До речі: Ларіна стара&lt;br /&gt;</w:t>
        <w:br/>
        <w:t>Пресимпатична, хоч простушка;&lt;br /&gt;</w:t>
        <w:br/>
        <w:t>Ох! Від брусничної води&lt;br /&gt;</w:t>
        <w:br/>
        <w:t>Мені б не сталося біди!</w:t>
      </w:r>
    </w:p>
    <w:p>
      <w:r>
        <w:br/>
        <w:t>V</w:t>
      </w:r>
    </w:p>
    <w:p>
      <w:r>
        <w:br/>
        <w:t>Скажи: котра із них Татьяна?"&lt;br /&gt;</w:t>
        <w:br/>
        <w:t>"А та, задумлива, смутна&lt;br /&gt;</w:t>
        <w:br/>
        <w:t>І мовчазлива, як Світлана,&lt;br /&gt;</w:t>
        <w:br/>
        <w:t>Що все сиділа край вікна".&lt;br /&gt;</w:t>
        <w:br/>
        <w:t>"Невже ти в меншу залюбився?"&lt;br /&gt;</w:t>
        <w:br/>
        <w:t>"А що?" — "На другій я б спинився,&lt;br /&gt;</w:t>
        <w:br/>
        <w:t>Коли б поетом був, як ти.&lt;br /&gt;</w:t>
        <w:br/>
        <w:t>Життя в тій Ользі не найти.&lt;br /&gt;</w:t>
        <w:br/>
        <w:t>Як у Вандіковій Мадонні;&lt;br /&gt;</w:t>
        <w:br/>
        <w:t>Червоний вид її — немов&lt;br /&gt;</w:t>
        <w:br/>
        <w:t>Дурний цей місяць, що зійшов&lt;br /&gt;</w:t>
        <w:br/>
        <w:t>На цім дурнім небеснім лоні!"&lt;br /&gt;</w:t>
        <w:br/>
        <w:t>Поет щось холодно сказав&lt;br /&gt;</w:t>
        <w:br/>
        <w:t>І потім цілу путь мовчав.</w:t>
      </w:r>
    </w:p>
    <w:p>
      <w:r>
        <w:br/>
        <w:t>VI</w:t>
      </w:r>
    </w:p>
    <w:p>
      <w:r>
        <w:br/>
        <w:t>Візит Онєгіна чимало&lt;br /&gt;</w:t>
        <w:br/>
        <w:t>Збудив у Ларіних розмов,&lt;br /&gt;</w:t>
        <w:br/>
        <w:t>Сусідство теж до діла встряло,&lt;br /&gt;</w:t>
        <w:br/>
        <w:t>І прослух між людьми пішов.&lt;br /&gt;</w:t>
        <w:br/>
        <w:t>Найшлася язикам робота!&lt;br /&gt;</w:t>
        <w:br/>
        <w:t>Усяко міркували потай&lt;br /&gt;</w:t>
        <w:br/>
        <w:t>І ладили не без гріха&lt;br /&gt;</w:t>
        <w:br/>
        <w:t>Татьяні, звісно, жениха;&lt;br /&gt;</w:t>
        <w:br/>
        <w:t>Поважно деякі казали,&lt;br /&gt;</w:t>
        <w:br/>
        <w:t>Що вже й весіллю вийшов строк,&lt;br /&gt;</w:t>
        <w:br/>
        <w:t>А тільки модних обручок,&lt;br /&gt;</w:t>
        <w:br/>
        <w:t>Мовляв, і досі не дістали.&lt;br /&gt;</w:t>
        <w:br/>
        <w:t>Про Ольгу й Ленського у них&lt;br /&gt;</w:t>
        <w:br/>
        <w:t>І поговір уже затих.</w:t>
      </w:r>
    </w:p>
    <w:p>
      <w:r>
        <w:br/>
        <w:t>VII</w:t>
      </w:r>
    </w:p>
    <w:p>
      <w:r>
        <w:br/>
        <w:t>Татьяну молоду гнівили&lt;br /&gt;</w:t>
        <w:br/>
        <w:t>Людські пересуди й чутки,&lt;br /&gt;</w:t>
        <w:br/>
        <w:t>Та чар якийсь незрозумілий&lt;br /&gt;</w:t>
        <w:br/>
        <w:t>Закрався у її думки;&lt;br /&gt;</w:t>
        <w:br/>
        <w:t>У серці мрія зародилась;&lt;br /&gt;</w:t>
        <w:br/>
        <w:t>Прийшла пора — любов явилась.&lt;br /&gt;</w:t>
        <w:br/>
        <w:t>Так зерно під огнем весни&lt;br /&gt;</w:t>
        <w:br/>
        <w:t>Росте з земної глибини.&lt;br /&gt;</w:t>
        <w:br/>
        <w:t>Давно палало поривання,&lt;br /&gt;</w:t>
        <w:br/>
        <w:t>Уяві снився молодій&lt;br /&gt;</w:t>
        <w:br/>
        <w:t>Чуття палкого дар страшний;&lt;br /&gt;</w:t>
        <w:br/>
        <w:t>Давно сердечне умлівання&lt;br /&gt;</w:t>
        <w:br/>
        <w:t>У груди стиснені лилось,&lt;br /&gt;</w:t>
        <w:br/>
        <w:t>І ждала дівчина... когось.</w:t>
      </w:r>
    </w:p>
    <w:p>
      <w:r>
        <w:br/>
        <w:t>VIII</w:t>
      </w:r>
    </w:p>
    <w:p>
      <w:r>
        <w:br/>
        <w:t>Діждалася... Відкрились очі;&lt;br /&gt;</w:t>
        <w:br/>
        <w:t>"Це він!" — подумала вона.&lt;br /&gt;</w:t>
        <w:br/>
        <w:t>Тепер, ой леле! дні і ночі,&lt;br /&gt;</w:t>
        <w:br/>
        <w:t>І сну жарота самітна.&lt;br /&gt;</w:t>
        <w:br/>
        <w:t>Все повне ним; чудесна сила&lt;br /&gt;</w:t>
        <w:br/>
        <w:t>Мрійливу діву охопила&lt;br /&gt;</w:t>
        <w:br/>
        <w:t>Тісним кільцем. Докучні їй&lt;br /&gt;</w:t>
        <w:br/>
        <w:t>І гомін лагідний людський,&lt;br /&gt;</w:t>
        <w:br/>
        <w:t>І погляд челяді дбайливий,&lt;br /&gt;</w:t>
        <w:br/>
        <w:t>З журбою в глибині очей&lt;br /&gt;</w:t>
        <w:br/>
        <w:t>Вона не слухає гостей,&lt;br /&gt;</w:t>
        <w:br/>
        <w:t>Клене в душі їх рій шумливий,&lt;br /&gt;</w:t>
        <w:br/>
        <w:t>І їх одвідини гучні,&lt;br /&gt;</w:t>
        <w:br/>
        <w:t>І всі розмови їх нудні.</w:t>
      </w:r>
    </w:p>
    <w:p>
      <w:r>
        <w:br/>
        <w:t>IX</w:t>
      </w:r>
    </w:p>
    <w:p>
      <w:r>
        <w:br/>
        <w:t>Тепер з яким вона тремтінням&lt;br /&gt;</w:t>
        <w:br/>
        <w:t>Солодкий розгорта роман!&lt;br /&gt;</w:t>
        <w:br/>
        <w:t>З яким кипучим оп'янінням&lt;br /&gt;</w:t>
        <w:br/>
        <w:t>П'є чашу пристрасних оман!&lt;br /&gt;</w:t>
        <w:br/>
        <w:t>Диханням творчості живої&lt;br /&gt;</w:t>
        <w:br/>
        <w:t>Одухотворені герої,&lt;br /&gt;</w:t>
        <w:br/>
        <w:t>Коханець Юлії Вольмар,&lt;br /&gt;</w:t>
        <w:br/>
        <w:t>Малек-Адель і де Лінар,&lt;br /&gt;</w:t>
        <w:br/>
        <w:t>І Вертер, мучень бунтівливий,&lt;br /&gt;</w:t>
        <w:br/>
        <w:t>І незрівнянний Грандісон,&lt;br /&gt;</w:t>
        <w:br/>
        <w:t>Що нам лиш навіває сон,-&lt;br /&gt;</w:t>
        <w:br/>
        <w:t>Усі в уяві нетерпливій&lt;br /&gt;</w:t>
        <w:br/>
        <w:t>В єдиний образ одяглись,&lt;br /&gt;</w:t>
        <w:br/>
        <w:t>Усі в Онєгіні злились.</w:t>
      </w:r>
    </w:p>
    <w:p>
      <w:r>
        <w:br/>
        <w:t>X</w:t>
      </w:r>
    </w:p>
    <w:p>
      <w:r>
        <w:br/>
        <w:t>Взірець узявши з героїні&lt;br /&gt;</w:t>
        <w:br/>
        <w:t>Своїх улюблених творців,&lt;br /&gt;</w:t>
        <w:br/>
        <w:t>Подібна Юлії, Дельфіні,&lt;br /&gt;</w:t>
        <w:br/>
        <w:t>Татьяна в тишині лісів&lt;br /&gt;</w:t>
        <w:br/>
        <w:t>Їз томом небезпечним бродить,&lt;br /&gt;</w:t>
        <w:br/>
        <w:t>В ньому шукає і знаходить&lt;br /&gt;</w:t>
        <w:br/>
        <w:t>Свій пал таємний, вицвіт мрій,&lt;br /&gt;</w:t>
        <w:br/>
        <w:t>В душі народжених живій,&lt;br /&gt;</w:t>
        <w:br/>
        <w:t>Зітхає тугою чужою,&lt;br /&gt;</w:t>
        <w:br/>
        <w:t>Чужим захопленням горить&lt;br /&gt;</w:t>
        <w:br/>
        <w:t>І все напам'ять шепотить&lt;br /&gt;</w:t>
        <w:br/>
        <w:t>Листа коханому герою.&lt;br /&gt;</w:t>
        <w:br/>
        <w:t>Та наш герой, як знає всяк,&lt;br /&gt;</w:t>
        <w:br/>
        <w:t>Не Грандісон був аніяк.</w:t>
      </w:r>
    </w:p>
    <w:p>
      <w:r>
        <w:br/>
        <w:t>XI</w:t>
      </w:r>
    </w:p>
    <w:p>
      <w:r>
        <w:br/>
        <w:t>Поважний тон узявши строго,&lt;br /&gt;</w:t>
        <w:br/>
        <w:t>Колись, було, палкий творець&lt;br /&gt;</w:t>
        <w:br/>
        <w:t>Героя нам являв свойого&lt;br /&gt;</w:t>
        <w:br/>
        <w:t>Як досконалості взірець.&lt;br /&gt;</w:t>
        <w:br/>
        <w:t>Він малював його прекрасним,&lt;br /&gt;</w:t>
        <w:br/>
        <w:t>Неправо гоненим, нещасним,&lt;br /&gt;</w:t>
        <w:br/>
        <w:t>З чуттям і розумом тонким,&lt;br /&gt;</w:t>
        <w:br/>
        <w:t>З обличчям, звісно, чарівним.&lt;br /&gt;</w:t>
        <w:br/>
        <w:t>Священним вірний пориванням,&lt;br /&gt;</w:t>
        <w:br/>
        <w:t>Герой ладен був полягти&lt;br /&gt;</w:t>
        <w:br/>
        <w:t>В ім'я високої мети,&lt;br /&gt;</w:t>
        <w:br/>
        <w:t>І завжди в розділі останнім&lt;br /&gt;</w:t>
        <w:br/>
        <w:t>Покараний бував порок,&lt;br /&gt;</w:t>
        <w:br/>
        <w:t>Добру достойний був вінок.</w:t>
      </w:r>
    </w:p>
    <w:p>
      <w:r>
        <w:br/>
        <w:t>XII</w:t>
      </w:r>
    </w:p>
    <w:p>
      <w:r>
        <w:br/>
        <w:t>А нині голови в тумані,&lt;br /&gt;</w:t>
        <w:br/>
        <w:t>Мораль лиш навіває сон,&lt;br /&gt;</w:t>
        <w:br/>
        <w:t>Порок нас вабить і в романі,&lt;br /&gt;</w:t>
        <w:br/>
        <w:t>І там посів найвищий трон.&lt;br /&gt;</w:t>
        <w:br/>
        <w:t>І муз британських небилиці&lt;br /&gt;</w:t>
        <w:br/>
        <w:t>Тривожать сон отроковиці,&lt;br /&gt;</w:t>
        <w:br/>
        <w:t>І вже тепер її кумир&lt;br /&gt;</w:t>
        <w:br/>
        <w:t>Або задумливий Вампір,&lt;br /&gt;</w:t>
        <w:br/>
        <w:t>Або Мельмот, бродяга хмурний,&lt;br /&gt;</w:t>
        <w:br/>
        <w:t>Чи Вічний жид, а чи Корсар,&lt;br /&gt;</w:t>
        <w:br/>
        <w:t>Чи вкритий тайною Сбогар.&lt;br /&gt;</w:t>
        <w:br/>
        <w:t>Лорд Байрон, цей примхливець бурний,&lt;br /&gt;</w:t>
        <w:br/>
        <w:t>Одяг у тьмяний романтизм&lt;br /&gt;</w:t>
        <w:br/>
        <w:t>І безнадійний егоїзм.</w:t>
      </w:r>
    </w:p>
    <w:p>
      <w:r>
        <w:br/>
        <w:t>XIII</w:t>
      </w:r>
    </w:p>
    <w:p>
      <w:r>
        <w:br/>
        <w:t>Та, друзі милі, що по тому?&lt;br /&gt;</w:t>
        <w:br/>
        <w:t>А може, вийде рішенець —&lt;br /&gt;</w:t>
        <w:br/>
        <w:t>В обладу бісові новому&lt;br /&gt;</w:t>
        <w:br/>
        <w:t>Поет потрапить під кінець,&lt;br /&gt;</w:t>
        <w:br/>
        <w:t>Зневажить Фебові загрози&lt;br /&gt;</w:t>
        <w:br/>
        <w:t>І смирно знизиться до прози;&lt;br /&gt;</w:t>
        <w:br/>
        <w:t>Тоді роман на давній стрій&lt;br /&gt;</w:t>
        <w:br/>
        <w:t>Розважить ясний вечір мій.&lt;br /&gt;</w:t>
        <w:br/>
        <w:t>Не лиходійові страждання&lt;br /&gt;</w:t>
        <w:br/>
        <w:t>Я в ньому грізно покажу,&lt;br /&gt;</w:t>
        <w:br/>
        <w:t>А просто вам перекажу&lt;br /&gt;</w:t>
        <w:br/>
        <w:t>Родини руської подання,&lt;br /&gt;</w:t>
        <w:br/>
        <w:t>Любові чарівливі сни&lt;br /&gt;</w:t>
        <w:br/>
        <w:t>Та звичаї старовини.</w:t>
      </w:r>
    </w:p>
    <w:p>
      <w:r>
        <w:br/>
        <w:t>XIV</w:t>
      </w:r>
    </w:p>
    <w:p>
      <w:r>
        <w:br/>
        <w:t>Перекажу немудру мову&lt;br /&gt;</w:t>
        <w:br/>
        <w:t>Отця чи дядька-старика,&lt;br /&gt;</w:t>
        <w:br/>
        <w:t>З дівчатком зустріч юнакову&lt;br /&gt;</w:t>
        <w:br/>
        <w:t>Між лип столітніх, край струмка;&lt;br /&gt;</w:t>
        <w:br/>
        <w:t>Нещасних ревнощів томління,&lt;br /&gt;</w:t>
        <w:br/>
        <w:t>Розлуку, радісне миріння,&lt;br /&gt;</w:t>
        <w:br/>
        <w:t>Знов посварю,— а під кінець&lt;br /&gt;</w:t>
        <w:br/>
        <w:t>Весільний присуджу вінець...&lt;br /&gt;</w:t>
        <w:br/>
        <w:t>Згадаю ті признання юні,&lt;br /&gt;</w:t>
        <w:br/>
        <w:t>Ті речі ніжно-запальні,&lt;br /&gt;</w:t>
        <w:br/>
        <w:t>Що на життя мого весні&lt;br /&gt;</w:t>
        <w:br/>
        <w:t>В ногах у милої красуні&lt;br /&gt;</w:t>
        <w:br/>
        <w:t>Мені спадали на язик,-&lt;br /&gt;</w:t>
        <w:br/>
        <w:t>Тепер від того я одвик.</w:t>
      </w:r>
    </w:p>
    <w:p>
      <w:r>
        <w:br/>
        <w:t>XV</w:t>
      </w:r>
    </w:p>
    <w:p>
      <w:r>
        <w:br/>
        <w:t>Татьяно, друже мій Татьяно!&lt;br /&gt;</w:t>
        <w:br/>
        <w:t>З тобою разом сльози ллю:&lt;br /&gt;</w:t>
        <w:br/>
        <w:t>У руки модному тирану&lt;br /&gt;</w:t>
        <w:br/>
        <w:t>Ти долю віддала свою.&lt;br /&gt;</w:t>
        <w:br/>
        <w:t>Загинеш, друже мій, та нині&lt;br /&gt;</w:t>
        <w:br/>
        <w:t>Ти у сліпучім оп'янінні&lt;br /&gt;</w:t>
        <w:br/>
        <w:t>Солодке кличеш забуття,&lt;br /&gt;</w:t>
        <w:br/>
        <w:t>Ти спізнаєш жагу життя,&lt;br /&gt;</w:t>
        <w:br/>
        <w:t>Ти п'єш отруйний чар бажання,&lt;br /&gt;</w:t>
        <w:br/>
        <w:t>Тобі спокою не знайти;&lt;br /&gt;</w:t>
        <w:br/>
        <w:t>В уяві скрізь малюєш ти&lt;br /&gt;</w:t>
        <w:br/>
        <w:t>Місця щасливого стрівання;&lt;br /&gt;</w:t>
        <w:br/>
        <w:t>Усюди, всюди в сяйві мрій&lt;br /&gt;</w:t>
        <w:br/>
        <w:t>Фатальний спокуситель твій.</w:t>
      </w:r>
    </w:p>
    <w:p>
      <w:r>
        <w:br/>
        <w:t>XVI</w:t>
      </w:r>
    </w:p>
    <w:p>
      <w:r>
        <w:br/>
        <w:t>Любові сум Татьяну гонить,&lt;br /&gt;</w:t>
        <w:br/>
        <w:t>Вона журливо йде в саду&lt;br /&gt;</w:t>
        <w:br/>
        <w:t>І нерухомі очі клонить,&lt;br /&gt;</w:t>
        <w:br/>
        <w:t>І втома сковує ходу.&lt;br /&gt;</w:t>
        <w:br/>
        <w:t>Піднеслись груди, блідні лиця&lt;br /&gt;</w:t>
        <w:br/>
        <w:t>Заграли, ніби зоряниця,&lt;br /&gt;</w:t>
        <w:br/>
        <w:t>Завмерли віддихи в устах,&lt;br /&gt;</w:t>
        <w:br/>
        <w:t>В очах огонь і дзвін в ушах...&lt;br /&gt;</w:t>
        <w:br/>
        <w:t>Настане вечір; місяць ходить,&lt;br /&gt;</w:t>
        <w:br/>
        <w:t>Ясну вартуючи блакить,&lt;br /&gt;</w:t>
        <w:br/>
        <w:t>Серед імлистих верховіть&lt;br /&gt;</w:t>
        <w:br/>
        <w:t>Свій виспів соловей заводить,-&lt;br /&gt;</w:t>
        <w:br/>
        <w:t>І з нянею в безсонну ніч&lt;br /&gt;</w:t>
        <w:br/>
        <w:t>Веде Татьяна тиху річ.</w:t>
      </w:r>
    </w:p>
    <w:p>
      <w:r>
        <w:br/>
        <w:t>XVII</w:t>
      </w:r>
    </w:p>
    <w:p>
      <w:r>
        <w:br/>
        <w:t>"Не спиться, няню: дихать важко!&lt;br /&gt;</w:t>
        <w:br/>
        <w:t>Відкрий вікно, хоч одітхну".&lt;br /&gt;</w:t>
        <w:br/>
        <w:t>"Що, Таню, що тобі?" — "Так тяжко!&lt;br /&gt;</w:t>
        <w:br/>
        <w:t>Поговорім про давнину".&lt;br /&gt;</w:t>
        <w:br/>
        <w:t>"Про що ж бо, Таню? Я, бувало,&lt;br /&gt;</w:t>
        <w:br/>
        <w:t>Ховаю в пам'яті чимало&lt;br /&gt;</w:t>
        <w:br/>
        <w:t>Бувальщин давніх, небилиць,&lt;br /&gt;</w:t>
        <w:br/>
        <w:t>Про духів злих і про дівиць;&lt;br /&gt;</w:t>
        <w:br/>
        <w:t>А нині все забулось, Таню,&lt;br /&gt;</w:t>
        <w:br/>
        <w:t>Потьмарилось. Лиха пора!&lt;br /&gt;</w:t>
        <w:br/>
        <w:t>І недолуга я, й стара!&lt;br /&gt;</w:t>
        <w:br/>
        <w:t>Минулось..." — "Розкажи-но, няню,&lt;br /&gt;</w:t>
        <w:br/>
        <w:t>Хоч дещо про минулі дні;&lt;br /&gt;</w:t>
        <w:br/>
        <w:t>Кохала ти кого чи ні?"</w:t>
      </w:r>
    </w:p>
    <w:p>
      <w:r>
        <w:br/>
        <w:t>XVIII</w:t>
      </w:r>
    </w:p>
    <w:p>
      <w:r>
        <w:br/>
        <w:t>"І, годі, Таню! Я ж бо й знати&lt;br /&gt;</w:t>
        <w:br/>
        <w:t>Про те кохання не могла;&lt;br /&gt;</w:t>
        <w:br/>
        <w:t>А то б свекруха, злая мати,&lt;br /&gt;</w:t>
        <w:br/>
        <w:t>Зо світу білого звела".&lt;br /&gt;</w:t>
        <w:br/>
        <w:t>"Та як же ти вінчалась, няню?"&lt;br /&gt;</w:t>
        <w:br/>
        <w:t>"Так, певно, бог велів. Мій Ваня&lt;br /&gt;</w:t>
        <w:br/>
        <w:t>Пізніш, як я, побачив світ,-&lt;br /&gt;</w:t>
        <w:br/>
        <w:t>Мені ж було тринадцять літ.&lt;br /&gt;</w:t>
        <w:br/>
        <w:t>Приймали тижнів зо два сваху,&lt;br /&gt;</w:t>
        <w:br/>
        <w:t>А далі батько навпростець&lt;br /&gt;</w:t>
        <w:br/>
        <w:t>Велів зряджати під вінець.&lt;br /&gt;</w:t>
        <w:br/>
        <w:t>Я гірко плакала зо страху;&lt;br /&gt;</w:t>
        <w:br/>
        <w:t>З плачем і косу розплели,&lt;br /&gt;</w:t>
        <w:br/>
        <w:t>З піснями в церкву повели.</w:t>
      </w:r>
    </w:p>
    <w:p>
      <w:r>
        <w:br/>
        <w:t>XIX</w:t>
      </w:r>
    </w:p>
    <w:p>
      <w:r>
        <w:br/>
        <w:t>І от серед сім'ї чужої...&lt;br /&gt;</w:t>
        <w:br/>
        <w:t>Та ти не слухаєш, либонь!"&lt;br /&gt;</w:t>
        <w:br/>
        <w:t>"Ах, няню, серце в неспокої,&lt;br /&gt;</w:t>
        <w:br/>
        <w:t>У грудях мов пече вогонь.&lt;br /&gt;</w:t>
        <w:br/>
        <w:t>Я плакать, я ридать готова!"&lt;br /&gt;</w:t>
        <w:br/>
        <w:t>"Дитя моє, ти нездорова;&lt;br /&gt;</w:t>
        <w:br/>
        <w:t>Помилуй, господи, спаси!&lt;br /&gt;</w:t>
        <w:br/>
        <w:t>Чого ти хочеш, попроси...&lt;br /&gt;</w:t>
        <w:br/>
        <w:t>Скроплю свяченою водою,-&lt;br /&gt;</w:t>
        <w:br/>
        <w:t>Гориш ти..." — "Нянечко моя,&lt;br /&gt;</w:t>
        <w:br/>
        <w:t>Не хвора, ні — кохаю я!"&lt;br /&gt;</w:t>
        <w:br/>
        <w:t>"Дитя моє, господь з тобою!" —&lt;br /&gt;</w:t>
        <w:br/>
        <w:t>І хрестить Таню молоду&lt;br /&gt;</w:t>
        <w:br/>
        <w:t>Вона, щоб одвернуть біду.</w:t>
      </w:r>
    </w:p>
    <w:p>
      <w:r>
        <w:br/>
        <w:t>XX</w:t>
      </w:r>
    </w:p>
    <w:p>
      <w:r>
        <w:br/>
        <w:t>"Кохаю",— Таня шепотіла&lt;br /&gt;</w:t>
        <w:br/>
        <w:t>Сама, здавалось, не своя.&lt;br /&gt;</w:t>
        <w:br/>
        <w:t>"Недужа ти, голубко мила!"&lt;br /&gt;</w:t>
        <w:br/>
        <w:t>"Облиш мене: кохаю я!"&lt;br /&gt;</w:t>
        <w:br/>
        <w:t>А місяць під німим склепінням&lt;br /&gt;</w:t>
        <w:br/>
        <w:t>Томливим облива промінням&lt;br /&gt;</w:t>
        <w:br/>
        <w:t>Красу її поблідлих рис,&lt;br /&gt;</w:t>
        <w:br/>
        <w:t>І сльози, й хвилі довгих кіс,&lt;br /&gt;</w:t>
        <w:br/>
        <w:t>І насупроти героїні&lt;br /&gt;</w:t>
        <w:br/>
        <w:t>Стареньку на низькім стільці&lt;br /&gt;</w:t>
        <w:br/>
        <w:t>З тривоги тінню на лиці,&lt;br /&gt;</w:t>
        <w:br/>
        <w:t>У тілогрійці та в хустині;&lt;br /&gt;</w:t>
        <w:br/>
        <w:t>І світ, що навкруги дрімав,&lt;br /&gt;</w:t>
        <w:br/>
        <w:t>Натхненник-місяць осявав.</w:t>
      </w:r>
    </w:p>
    <w:p>
      <w:r>
        <w:br/>
        <w:t>XXI</w:t>
      </w:r>
    </w:p>
    <w:p>
      <w:r>
        <w:br/>
        <w:t>І серцем Таня залітала&lt;br /&gt;</w:t>
        <w:br/>
        <w:t>У невідому далечінь...&lt;br /&gt;</w:t>
        <w:br/>
        <w:t>Враз думка в голові постала...&lt;br /&gt;</w:t>
        <w:br/>
        <w:t>"Іди, саму мене покинь.&lt;br /&gt;</w:t>
        <w:br/>
        <w:t>Подай перо мені й чорнило&lt;br /&gt;</w:t>
        <w:br/>
        <w:t>Та стіл присунь; добраніч, мила,&lt;br /&gt;</w:t>
        <w:br/>
        <w:t>Прощай!" — І от сама вона.&lt;br /&gt;</w:t>
        <w:br/>
        <w:t>Їй ніч присвічує ясна.&lt;br /&gt;</w:t>
        <w:br/>
        <w:t>Обпершись ліктем, Таня пише,&lt;br /&gt;</w:t>
        <w:br/>
        <w:t>Євгеній, як живий, в очах.&lt;br /&gt;</w:t>
        <w:br/>
        <w:t>В необміркованих рядках&lt;br /&gt;</w:t>
        <w:br/>
        <w:t>Любов її невинна дише.&lt;br /&gt;</w:t>
        <w:br/>
        <w:t>І от закінчено листа...&lt;br /&gt;</w:t>
        <w:br/>
        <w:t>А хто ж, Татьяно, прочита?</w:t>
      </w:r>
    </w:p>
    <w:p>
      <w:r>
        <w:br/>
        <w:t>XXII</w:t>
      </w:r>
    </w:p>
    <w:p>
      <w:r>
        <w:br/>
        <w:t>Красунь я бачив неприступних,&lt;br /&gt;</w:t>
        <w:br/>
        <w:t>Холодних, чистих, як зима,&lt;br /&gt;</w:t>
        <w:br/>
        <w:t>Неутомленних, непідкупних,&lt;br /&gt;</w:t>
        <w:br/>
        <w:t>Незрозумілих для ума;&lt;br /&gt;</w:t>
        <w:br/>
        <w:t>Я дивувався з їх пишноти,&lt;br /&gt;</w:t>
        <w:br/>
        <w:t>Із їх природної чесноти,&lt;br /&gt;</w:t>
        <w:br/>
        <w:t>І, признаюсь, од них тікав&lt;br /&gt;</w:t>
        <w:br/>
        <w:t>І над бровами їх читав&lt;br /&gt;</w:t>
        <w:br/>
        <w:t>Слова, що в пеклі біля входу:&lt;br /&gt;</w:t>
        <w:br/>
        <w:t>Навік зречись надій усіх.&lt;br /&gt;</w:t>
        <w:br/>
        <w:t>Будить любов біда для них,&lt;br /&gt;</w:t>
        <w:br/>
        <w:t>Жахать людей їм любо зроду.&lt;br /&gt;</w:t>
        <w:br/>
        <w:t>Мабуть, на берегах Неви&lt;br /&gt;</w:t>
        <w:br/>
        <w:t>Подібних дам стрічали й ви.</w:t>
      </w:r>
    </w:p>
    <w:p>
      <w:r>
        <w:br/>
        <w:t>XXIII</w:t>
      </w:r>
    </w:p>
    <w:p>
      <w:r>
        <w:br/>
        <w:t>Вигадниць я ще й інших знаю&lt;br /&gt;</w:t>
        <w:br/>
        <w:t>Із самолюбством крижаним;&lt;br /&gt;</w:t>
        <w:br/>
        <w:t>Ні шум хвали, ні зойк одчаю&lt;br /&gt;</w:t>
        <w:br/>
        <w:t>Не потривожать серця їм,&lt;br /&gt;</w:t>
        <w:br/>
        <w:t>І що ж помітив я, на диво?&lt;br /&gt;</w:t>
        <w:br/>
        <w:t>Вони, жахаючи примхливо&lt;br /&gt;</w:t>
        <w:br/>
        <w:t>Несмілу молоду любов,&lt;br /&gt;</w:t>
        <w:br/>
        <w:t>Її приваблюють ізнов&lt;br /&gt;</w:t>
        <w:br/>
        <w:t>Жалем, хоча б і лицемірним,&lt;br /&gt;</w:t>
        <w:br/>
        <w:t>Хоча б ласкавістю речей&lt;br /&gt;</w:t>
        <w:br/>
        <w:t>Та ніжним поглядом очей,-&lt;br /&gt;</w:t>
        <w:br/>
        <w:t>І в засліпінні легковірнім&lt;br /&gt;</w:t>
        <w:br/>
        <w:t>Коханець знов марнує дні&lt;br /&gt;</w:t>
        <w:br/>
        <w:t>У любій серцю метушні.</w:t>
      </w:r>
    </w:p>
    <w:p>
      <w:r>
        <w:br/>
        <w:t>XXIV</w:t>
      </w:r>
    </w:p>
    <w:p>
      <w:r>
        <w:br/>
        <w:t>А чим же більший гріх Татьяни?&lt;br /&gt;</w:t>
        <w:br/>
        <w:t>Чи тим, що в щирості своїй&lt;br /&gt;</w:t>
        <w:br/>
        <w:t>Вона не відає омани&lt;br /&gt;</w:t>
        <w:br/>
        <w:t>І вірить витворові мрій?&lt;br /&gt;</w:t>
        <w:br/>
        <w:t>Чи тим, що хитрощів не знає,&lt;br /&gt;</w:t>
        <w:br/>
        <w:t>Тим, що без роздуму кохає,&lt;br /&gt;</w:t>
        <w:br/>
        <w:t>Тим, що довірлива вона&lt;br /&gt;</w:t>
        <w:br/>
        <w:t>І що уява вогняна&lt;br /&gt;</w:t>
        <w:br/>
        <w:t>Заполонила розум жвавий,&lt;br /&gt;</w:t>
        <w:br/>
        <w:t>Що своєвільна голова&lt;br /&gt;</w:t>
        <w:br/>
        <w:t>Її всякчасно порива,&lt;br /&gt;</w:t>
        <w:br/>
        <w:t>А серце і палке, й ласкаве?&lt;br /&gt;</w:t>
        <w:br/>
        <w:t>Невже не здатні ви простить&lt;br /&gt;</w:t>
        <w:br/>
        <w:t>Душі, що юністю кипить?</w:t>
      </w:r>
    </w:p>
    <w:p>
      <w:r>
        <w:br/>
        <w:t>XXV</w:t>
      </w:r>
    </w:p>
    <w:p>
      <w:r>
        <w:br/>
        <w:t>Кокетка холодно міркує,&lt;br /&gt;</w:t>
        <w:br/>
        <w:t>Татьяна любить, як дитя,&lt;br /&gt;</w:t>
        <w:br/>
        <w:t>І щире серце офірує&lt;br /&gt;</w:t>
        <w:br/>
        <w:t>Для молодого почуття.&lt;br /&gt;</w:t>
        <w:br/>
        <w:t>Вона не каже: слід заждати,&lt;br /&gt;</w:t>
        <w:br/>
        <w:t>Щоб пристрасті ціну підняти,&lt;br /&gt;</w:t>
        <w:br/>
        <w:t>В тенета вірно упіймать;&lt;br /&gt;</w:t>
        <w:br/>
        <w:t>Спочатку слід покепкувать,&lt;br /&gt;</w:t>
        <w:br/>
        <w:t>Надією, розчаруванням&lt;br /&gt;</w:t>
        <w:br/>
        <w:t>Помучить серце, далі знов&lt;br /&gt;</w:t>
        <w:br/>
        <w:t>Огонь ревнивий влити в кров;&lt;br /&gt;</w:t>
        <w:br/>
        <w:t>А то, упившись раюванням,&lt;br /&gt;</w:t>
        <w:br/>
        <w:t>Невольник пута розірве,&lt;br /&gt;</w:t>
        <w:br/>
        <w:t>Про щастя мріючи нове.</w:t>
      </w:r>
    </w:p>
    <w:p>
      <w:r>
        <w:br/>
        <w:t>XXVI</w:t>
      </w:r>
    </w:p>
    <w:p>
      <w:r>
        <w:br/>
        <w:t>Іще утруднення я бачу:&lt;br /&gt;</w:t>
        <w:br/>
        <w:t>Щоб честь отчизни врятувать,&lt;br /&gt;</w:t>
        <w:br/>
        <w:t>Татьянин лист я, мій читачу,&lt;br /&gt;</w:t>
        <w:br/>
        <w:t>В перекладі повинен дать.&lt;br /&gt;</w:t>
        <w:br/>
        <w:t>Вона-бо зле по-руськи знала,&lt;br /&gt;</w:t>
        <w:br/>
        <w:t>Журналів наших не читала,&lt;br /&gt;</w:t>
        <w:br/>
        <w:t>І для думок та почуттів&lt;br /&gt;</w:t>
        <w:br/>
        <w:t>Їй бракувало рідних слів.&lt;br /&gt;</w:t>
        <w:br/>
        <w:t>Отож писала по-французьки...&lt;br /&gt;</w:t>
        <w:br/>
        <w:t>Ну що ж! Признатись я готов:&lt;br /&gt;</w:t>
        <w:br/>
        <w:t>Жіноцтва нашого любов&lt;br /&gt;</w:t>
        <w:br/>
        <w:t>Не розмовляє ще по-руськи,&lt;br /&gt;</w:t>
        <w:br/>
        <w:t>Вживати гордий наш язик&lt;br /&gt;</w:t>
        <w:br/>
        <w:t>Поштову прозу ще не звик.</w:t>
      </w:r>
    </w:p>
    <w:p>
      <w:r>
        <w:br/>
        <w:t>XXVII</w:t>
      </w:r>
    </w:p>
    <w:p>
      <w:r>
        <w:br/>
        <w:t>Я знаю: дам хотять навчити&lt;br /&gt;</w:t>
        <w:br/>
        <w:t>Читать по-руськи. Просто жах!&lt;br /&gt;</w:t>
        <w:br/>
        <w:t>Хіба ж їх можна уявити&lt;br /&gt;</w:t>
        <w:br/>
        <w:t>З "Благонамеренным" в руках!&lt;br /&gt;</w:t>
        <w:br/>
        <w:t>Пошлюсь на вас, мої поети:&lt;br /&gt;</w:t>
        <w:br/>
        <w:t>Чи то ж не всі, кому несете&lt;br /&gt;</w:t>
        <w:br/>
        <w:t>Ви полум'я чуттів своїх&lt;br /&gt;</w:t>
        <w:br/>
        <w:t>І вірші, писані за гріх,&lt;br /&gt;</w:t>
        <w:br/>
        <w:t>Кому ви серце присвятили,-&lt;br /&gt;</w:t>
        <w:br/>
        <w:t>Чи то ж не всі вони підряд&lt;br /&gt;</w:t>
        <w:br/>
        <w:t>Своєї мови звук і склад&lt;br /&gt;</w:t>
        <w:br/>
        <w:t>Калічать в спосіб дуже милий,&lt;br /&gt;</w:t>
        <w:br/>
        <w:t>Чи здавна звуки слів чужих&lt;br /&gt;</w:t>
        <w:br/>
        <w:t>Не стали рідними для них?</w:t>
      </w:r>
    </w:p>
    <w:p>
      <w:r>
        <w:br/>
        <w:t>XXVIII</w:t>
      </w:r>
    </w:p>
    <w:p>
      <w:r>
        <w:br/>
        <w:t>Не дай нам боже стріть на балі&lt;br /&gt;</w:t>
        <w:br/>
        <w:t>Чи між гостей на рундуці&lt;br /&gt;</w:t>
        <w:br/>
        <w:t>Семінариста в жовтій шалі&lt;br /&gt;</w:t>
        <w:br/>
        <w:t>Чи академіка в чепці!&lt;br /&gt;</w:t>
        <w:br/>
        <w:t>Як без усмішки уст рум'яних,&lt;br /&gt;</w:t>
        <w:br/>
        <w:t>Я граматично бездоганних&lt;br /&gt;</w:t>
        <w:br/>
        <w:t>Російських речень не люблю.&lt;br /&gt;</w:t>
        <w:br/>
        <w:t>Можливо, на біду мою,&lt;br /&gt;</w:t>
        <w:br/>
        <w:t>Красунь теперішніх порода,&lt;br /&gt;</w:t>
        <w:br/>
        <w:t>Щоб журналістам догодить,&lt;br /&gt;</w:t>
        <w:br/>
        <w:t>Нас до граматики привчить;&lt;br /&gt;</w:t>
        <w:br/>
        <w:t>На віршування вийде мода;&lt;br /&gt;</w:t>
        <w:br/>
        <w:t>Та я... до того що мені?&lt;br /&gt;</w:t>
        <w:br/>
        <w:t>Я вірний буду давнині.</w:t>
      </w:r>
    </w:p>
    <w:p>
      <w:r>
        <w:br/>
        <w:t>XXIX</w:t>
      </w:r>
    </w:p>
    <w:p>
      <w:r>
        <w:br/>
        <w:t>Легке, недбале лепетання,&lt;br /&gt;</w:t>
        <w:br/>
        <w:t>Вимови огріхи дрібні&lt;br /&gt;</w:t>
        <w:br/>
        <w:t>І досі будять хвилювання&lt;br /&gt;</w:t>
        <w:br/>
        <w:t>І серце радують мені;&lt;br /&gt;</w:t>
        <w:br/>
        <w:t>Розкаятись я не при силі,&lt;br /&gt;</w:t>
        <w:br/>
        <w:t>Що галліцизми серцю милі,&lt;br /&gt;</w:t>
        <w:br/>
        <w:t>Як літ юнацьких помилки,&lt;br /&gt;</w:t>
        <w:br/>
        <w:t>Як Богдановича рядки.&lt;br /&gt;</w:t>
        <w:br/>
        <w:t>Та годі. Лист пора дівочий&lt;br /&gt;</w:t>
        <w:br/>
        <w:t>У віршовий укласти лад.&lt;br /&gt;</w:t>
        <w:br/>
        <w:t>Я слово дав,— і що ж? Назад&lt;br /&gt;</w:t>
        <w:br/>
        <w:t>Тепер би взяв його охоче.&lt;br /&gt;</w:t>
        <w:br/>
        <w:t>Я знаю: ніжного Парні&lt;br /&gt;</w:t>
        <w:br/>
        <w:t>Перо не в моді в наші дні.</w:t>
      </w:r>
    </w:p>
    <w:p>
      <w:r>
        <w:br/>
        <w:t>XXX</w:t>
      </w:r>
    </w:p>
    <w:p>
      <w:r>
        <w:br/>
        <w:t>Мій друже, що журбу й Бенкети&lt;br /&gt;</w:t>
        <w:br/>
        <w:t>На лірі вславив золотій,&lt;br /&gt;</w:t>
        <w:br/>
        <w:t>Я б попросив тебе, поете,&lt;br /&gt;</w:t>
        <w:br/>
        <w:t>Допомогти в біді моїй:&lt;br /&gt;</w:t>
        <w:br/>
        <w:t>Щоб ти на милозвучні співи&lt;br /&gt;</w:t>
        <w:br/>
        <w:t>Моєї пристрасної діви&lt;br /&gt;</w:t>
        <w:br/>
        <w:t>Чужинні переклав слова.&lt;br /&gt;</w:t>
        <w:br/>
        <w:t>Де ти? Прийди: свої права&lt;br /&gt;</w:t>
        <w:br/>
        <w:t>Передаю тобі з уклоном...&lt;br /&gt;</w:t>
        <w:br/>
        <w:t>Шкода! Між скель, в самотині,&lt;br /&gt;</w:t>
        <w:br/>
        <w:t>Забувши похвали гучні,&lt;br /&gt;</w:t>
        <w:br/>
        <w:t>Над фінським тінявим затоном&lt;br /&gt;</w:t>
        <w:br/>
        <w:t>Він бродить, і душа його&lt;br /&gt;</w:t>
        <w:br/>
        <w:t>Не чує поклику мого.</w:t>
      </w:r>
    </w:p>
    <w:p>
      <w:r>
        <w:br/>
        <w:t>XXXI</w:t>
      </w:r>
    </w:p>
    <w:p>
      <w:r>
        <w:br/>
        <w:t>Татьянин лист передо мною;&lt;br /&gt;</w:t>
        <w:br/>
        <w:t>Мов скарб, його я бережу,&lt;br /&gt;</w:t>
        <w:br/>
        <w:t>Читаю потайно з журбою&lt;br /&gt;</w:t>
        <w:br/>
        <w:t>І кожним словом дорожу.&lt;br /&gt;</w:t>
        <w:br/>
        <w:t>Хто ніжність їй таку навіяв,&lt;br /&gt;</w:t>
        <w:br/>
        <w:t>Палких чуттів недбалий вияв?&lt;br /&gt;</w:t>
        <w:br/>
        <w:t>Хто їй навіяв ту бредню,&lt;br /&gt;</w:t>
        <w:br/>
        <w:t>Безумну серця маячню,&lt;br /&gt;</w:t>
        <w:br/>
        <w:t>Чар небезпечний і принадний?&lt;br /&gt;</w:t>
        <w:br/>
        <w:t>Не розумію я. Подам&lt;br /&gt;</w:t>
        <w:br/>
        <w:t>Лише блідий переклад вам,&lt;br /&gt;</w:t>
        <w:br/>
        <w:t>Картини список недоладний,&lt;br /&gt;</w:t>
        <w:br/>
        <w:t>Фрейшіца гармонійний звук&lt;br /&gt;</w:t>
        <w:br/>
        <w:t>З-під боязких учнівських рук.</w:t>
      </w:r>
    </w:p>
    <w:p>
      <w:r>
        <w:br/>
        <w:t>Лист Татьяни до Онєгіна</w:t>
      </w:r>
    </w:p>
    <w:p>
      <w:r>
        <w:br/>
        <w:t>Я вам пишу — чи не доволі?&lt;br /&gt;</w:t>
        <w:br/>
        <w:t>Що можу вам іще сказать?&lt;br /&gt;</w:t>
        <w:br/>
        <w:t>Тепер, я знаю, в вашій волі&lt;br /&gt;</w:t>
        <w:br/>
        <w:t>Мене презирством покарать.&lt;br /&gt;</w:t>
        <w:br/>
        <w:t>Та як мене в нещасній долі&lt;br /&gt;</w:t>
        <w:br/>
        <w:t>Хоч пожаліти ви ладні,&lt;br /&gt;</w:t>
        <w:br/>
        <w:t>То відгукнетеся мені.&lt;br /&gt;</w:t>
        <w:br/>
        <w:t>Спочатку я мовчать хотіла;&lt;br /&gt;</w:t>
        <w:br/>
        <w:t>Повірте: сором свій од вас&lt;br /&gt;</w:t>
        <w:br/>
        <w:t>Я б заховала навсякчас,&lt;br /&gt;</w:t>
        <w:br/>
        <w:t>Коли б надія хоч бриніла&lt;br /&gt;</w:t>
        <w:br/>
        <w:t>Лиш раз на тиждень, в певний час,&lt;br /&gt;</w:t>
        <w:br/>
        <w:t>У нашім домі стріти вас,&lt;br /&gt;</w:t>
        <w:br/>
        <w:t>Щоб тільки слухать вашу мову,&lt;br /&gt;</w:t>
        <w:br/>
        <w:t>Слівце сказати,— а за тим&lt;br /&gt;</w:t>
        <w:br/>
        <w:t>Все думать, думать об однім&lt;br /&gt;</w:t>
        <w:br/>
        <w:t>І зустрічі чекати знову.&lt;br /&gt;</w:t>
        <w:br/>
        <w:t>Та ви гордуєте людьми,&lt;br /&gt;</w:t>
        <w:br/>
        <w:t>Вам на селі і тяжко, й душно,&lt;br /&gt;</w:t>
        <w:br/>
        <w:t>А ми... нічим не славні ми,&lt;br /&gt;</w:t>
        <w:br/>
        <w:t>Хоч вам і раді простодушно.</w:t>
      </w:r>
    </w:p>
    <w:p>
      <w:r>
        <w:br/>
        <w:t>Нащо ви прибули до нас?&lt;br /&gt;</w:t>
        <w:br/>
        <w:t>У самоті села глухого&lt;br /&gt;</w:t>
        <w:br/>
        <w:t>Ніколи б я не знала вас,&lt;br /&gt;</w:t>
        <w:br/>
        <w:t>Не знала б я страждання цього.&lt;br /&gt;</w:t>
        <w:br/>
        <w:t>Душі дівочої тривогу&lt;br /&gt;</w:t>
        <w:br/>
        <w:t>З часом приборкавши (хто зна?),&lt;br /&gt;</w:t>
        <w:br/>
        <w:t>Могла б я з іншим шлюб узяти&lt;br /&gt;</w:t>
        <w:br/>
        <w:t>І стала б дітям добра мати&lt;br /&gt;</w:t>
        <w:br/>
        <w:t>І вірна мужеві жона.&lt;br /&gt;</w:t>
        <w:br/>
        <w:t>Не ти!.. Ні, серцем полюбила&lt;br /&gt;</w:t>
        <w:br/>
        <w:t>Лише тебе навіки я!&lt;br /&gt;</w:t>
        <w:br/>
        <w:t>Так вища рада присудила...&lt;br /&gt;</w:t>
        <w:br/>
        <w:t>То воля неба: я твоя;&lt;br /&gt;</w:t>
        <w:br/>
        <w:t>Життя мойого всі години —&lt;br /&gt;</w:t>
        <w:br/>
        <w:t>Порука зустрічі одній;&lt;br /&gt;</w:t>
        <w:br/>
        <w:t>Сам бог послав тебе, єдиний,&lt;br /&gt;</w:t>
        <w:br/>
        <w:t>Повік ти охоронець мій.&lt;br /&gt;</w:t>
        <w:br/>
        <w:t>У снах мені ти привиджався,&lt;br /&gt;</w:t>
        <w:br/>
        <w:t>Незримий, душу ти палив,&lt;br /&gt;</w:t>
        <w:br/>
        <w:t>Твій дивний зір мене томив,&lt;br /&gt;</w:t>
        <w:br/>
        <w:t>Твій голос в серці відбивався&lt;br /&gt;</w:t>
        <w:br/>
        <w:t>Давно... ні, то було не в сні!&lt;br /&gt;</w:t>
        <w:br/>
        <w:t>Ти увійшов, і я впізнала,&lt;br /&gt;</w:t>
        <w:br/>
        <w:t>Вся обімліла, запалала,&lt;br /&gt;</w:t>
        <w:br/>
        <w:t>Шепнула: він явивсь мені!&lt;br /&gt;</w:t>
        <w:br/>
        <w:t>Чи правда ж: я тебе вчувала,&lt;br /&gt;</w:t>
        <w:br/>
        <w:t>Зо мною вів розмову ти,&lt;br /&gt;</w:t>
        <w:br/>
        <w:t>Коли я бідним помагала&lt;br /&gt;</w:t>
        <w:br/>
        <w:t>Або молитвою втішала&lt;br /&gt;</w:t>
        <w:br/>
        <w:t>Тривожні муки самоти?&lt;br /&gt;</w:t>
        <w:br/>
        <w:t>Хіба крізь морок занімілий&lt;br /&gt;</w:t>
        <w:br/>
        <w:t>Не ти, неначе привид милий,&lt;br /&gt;</w:t>
        <w:br/>
        <w:t>У цю хвилину промайнув&lt;br /&gt;</w:t>
        <w:br/>
        <w:t>І став тихенько в узголов'ю?&lt;br /&gt;</w:t>
        <w:br/>
        <w:t>Не ти з відрадою й любов'ю&lt;br /&gt;</w:t>
        <w:br/>
        <w:t>Слова надії тут шепнув?&lt;br /&gt;</w:t>
        <w:br/>
        <w:t>Хто ти: чи ангел мій ласкавий,&lt;br /&gt;</w:t>
        <w:br/>
        <w:t>Чи спокуситель мій лукавий:&lt;br /&gt;</w:t>
        <w:br/>
        <w:t>Розвій ці сумніви до дна.&lt;br /&gt;</w:t>
        <w:br/>
        <w:t>Таж, може, все це марні болі,&lt;br /&gt;</w:t>
        <w:br/>
        <w:t>Душі дівочої мана!&lt;br /&gt;</w:t>
        <w:br/>
        <w:t>І зовсім інший вирок долі...&lt;br /&gt;</w:t>
        <w:br/>
        <w:t>Але дарма! Тобі свою&lt;br /&gt;</w:t>
        <w:br/>
        <w:t>Віднині душу доручаю,&lt;br /&gt;</w:t>
        <w:br/>
        <w:t>Перед тобою сльози ллю,&lt;br /&gt;</w:t>
        <w:br/>
        <w:t>Твого заступництва благаю...&lt;br /&gt;</w:t>
        <w:br/>
        <w:t>Ти уяви: я тут сама,&lt;br /&gt;</w:t>
        <w:br/>
        <w:t>Ніхто мене не розуміє,&lt;br /&gt;</w:t>
        <w:br/>
        <w:t>В знемозі думка туманіє,&lt;br /&gt;</w:t>
        <w:br/>
        <w:t>І порятунку вже нема.&lt;br /&gt;</w:t>
        <w:br/>
        <w:t>Я жду тебе: єдиним зором&lt;br /&gt;</w:t>
        <w:br/>
        <w:t>Надії в серці оживи,&lt;br /&gt;</w:t>
        <w:br/>
        <w:t>Чи сон гнітючий мій урви,&lt;br /&gt;</w:t>
        <w:br/>
        <w:t>На жаль, заслуженим докором!</w:t>
      </w:r>
    </w:p>
    <w:p>
      <w:r>
        <w:br/>
        <w:t>Кінець! перечитать боюсь...&lt;br /&gt;</w:t>
        <w:br/>
        <w:t>На серці сором, страх і мука...&lt;br /&gt;</w:t>
        <w:br/>
        <w:t>Але ні з чим я не таюсь,&lt;br /&gt;</w:t>
        <w:br/>
        <w:t>І ваша честь мені порука...</w:t>
      </w:r>
    </w:p>
    <w:p>
      <w:r>
        <w:br/>
        <w:t>XXXII</w:t>
      </w:r>
    </w:p>
    <w:p>
      <w:r>
        <w:br/>
        <w:t>Татьяна то зітхне, то охне;&lt;br /&gt;</w:t>
        <w:br/>
        <w:t>Дрижить листок в її руці;&lt;br /&gt;</w:t>
        <w:br/>
        <w:t>Облаточка рожева сохне&lt;br /&gt;</w:t>
        <w:br/>
        <w:t>На гарячковім язиці.&lt;br /&gt;</w:t>
        <w:br/>
        <w:t>К плечу голівкою склепилась.&lt;br /&gt;</w:t>
        <w:br/>
        <w:t>Легка сорочка опустилась&lt;br /&gt;</w:t>
        <w:br/>
        <w:t>Із прехорошого плеча...&lt;br /&gt;</w:t>
        <w:br/>
        <w:t>Вона того й не поміча,&lt;br /&gt;</w:t>
        <w:br/>
        <w:t>Що місяць гасне. Там долина&lt;br /&gt;</w:t>
        <w:br/>
        <w:t>Крізь пару сяє. Там струмок&lt;br /&gt;</w:t>
        <w:br/>
        <w:t>Заграв, як срібло; там ріжок&lt;br /&gt;</w:t>
        <w:br/>
        <w:t>Пастуший будить селянина.&lt;br /&gt;</w:t>
        <w:br/>
        <w:t>Світає: люд устав уже,&lt;br /&gt;</w:t>
        <w:br/>
        <w:t>Моїй Татьяні байдуже.</w:t>
      </w:r>
    </w:p>
    <w:p>
      <w:r>
        <w:br/>
        <w:t>XXXIII</w:t>
      </w:r>
    </w:p>
    <w:p>
      <w:r>
        <w:br/>
        <w:t>Вона зорі не помічає,&lt;br /&gt;</w:t>
        <w:br/>
        <w:t>Сидить з похиленим чолом&lt;br /&gt;</w:t>
        <w:br/>
        <w:t>І до листа не прикладає&lt;br /&gt;</w:t>
        <w:br/>
        <w:t>Печатки з вирізним гербом.&lt;br /&gt;</w:t>
        <w:br/>
        <w:t>Уже Пилипівна похила&lt;br /&gt;</w:t>
        <w:br/>
        <w:t>Тихенько двері відчинила,&lt;br /&gt;</w:t>
        <w:br/>
        <w:t>Несе їй на підносі чай.&lt;br /&gt;</w:t>
        <w:br/>
        <w:t>"Пора, дитя моє, вставай!&lt;br /&gt;</w:t>
        <w:br/>
        <w:t>Та ти, красунечко, готова!&lt;br /&gt;</w:t>
        <w:br/>
        <w:t>О пташко ранняя моя!&lt;br /&gt;</w:t>
        <w:br/>
        <w:t>А вчора як злякалась я!&lt;br /&gt;</w:t>
        <w:br/>
        <w:t>Та, слава богу, ти здорова!&lt;br /&gt;</w:t>
        <w:br/>
        <w:t>Журба нічна майнула в світ,&lt;br /&gt;</w:t>
        <w:br/>
        <w:t>Лице твоє як маків цвіт".</w:t>
      </w:r>
    </w:p>
    <w:p>
      <w:r>
        <w:br/>
        <w:t>XXXIV</w:t>
      </w:r>
    </w:p>
    <w:p>
      <w:r>
        <w:br/>
        <w:t>"Ах! няня, прошу, будь ласкава..."&lt;br /&gt;</w:t>
        <w:br/>
        <w:t>"Та добре, серце, все зроблю!"&lt;br /&gt;</w:t>
        <w:br/>
        <w:t>"Не думай... бачиш-бо, ця справа.&lt;br /&gt;</w:t>
        <w:br/>
        <w:t>Підозри... Не відмов, молю!"&lt;br /&gt;</w:t>
        <w:br/>
        <w:t>"Мій друже, бог тобі порука!"&lt;br /&gt;</w:t>
        <w:br/>
        <w:t>"Отож пошли тихенько внука...&lt;br /&gt;</w:t>
        <w:br/>
        <w:t>Листа до О... ну, знаєш ти...&lt;br /&gt;</w:t>
        <w:br/>
        <w:t>Сусіда... потай віднести,&lt;br /&gt;</w:t>
        <w:br/>
        <w:t>Не говорити там ні слова,&lt;br /&gt;</w:t>
        <w:br/>
        <w:t>Мовчати про моє ім'я..."&lt;br /&gt;</w:t>
        <w:br/>
        <w:t>"Кому ж, голубонько моя?&lt;br /&gt;</w:t>
        <w:br/>
        <w:t>Стара вже я, пустоголова!&lt;br /&gt;</w:t>
        <w:br/>
        <w:t>Багато є сусідів тих,&lt;br /&gt;</w:t>
        <w:br/>
        <w:t>Мені й не полічити їх".</w:t>
      </w:r>
    </w:p>
    <w:p>
      <w:r>
        <w:br/>
        <w:t>XXXV</w:t>
      </w:r>
    </w:p>
    <w:p>
      <w:r>
        <w:br/>
        <w:t>"Та й недогадлива ти, няню!"&lt;br /&gt;</w:t>
        <w:br/>
        <w:t>"Тепер я, друже, нешвидка,&lt;br /&gt;</w:t>
        <w:br/>
        <w:t>Стара; тупіє розум, Таню;&lt;br /&gt;</w:t>
        <w:br/>
        <w:t>А то, бувало, я метка:&lt;br /&gt;</w:t>
        <w:br/>
        <w:t>Словечка панського одного..."&lt;br /&gt;</w:t>
        <w:br/>
        <w:t>"Ах, няню, що мені до того?&lt;br /&gt;</w:t>
        <w:br/>
        <w:t>Що в розумі мені твоїм?&lt;br /&gt;</w:t>
        <w:br/>
        <w:t>Ідеться ж об листі оцім&lt;br /&gt;</w:t>
        <w:br/>
        <w:t>Онегіну..." — "Ну, зрозуміла.&lt;br /&gt;</w:t>
        <w:br/>
        <w:t>Не гнівайсь, ластівко моя,&lt;br /&gt;</w:t>
        <w:br/>
        <w:t>Кажу ж — тепер безтямна я...&lt;br /&gt;</w:t>
        <w:br/>
        <w:t>Чого ж ти знову поблідніла?"&lt;br /&gt;</w:t>
        <w:br/>
        <w:t>"Ні, няню, то здається лиш...&lt;br /&gt;</w:t>
        <w:br/>
        <w:t>Пошли ж онука, та скоріш!"</w:t>
      </w:r>
    </w:p>
    <w:p>
      <w:r>
        <w:br/>
        <w:t>XXXVI</w:t>
      </w:r>
    </w:p>
    <w:p>
      <w:r>
        <w:br/>
        <w:t>Та день минув без відповіту,&lt;br /&gt;</w:t>
        <w:br/>
        <w:t>Минає другий — знов нема.&lt;br /&gt;</w:t>
        <w:br/>
        <w:t>Бліда, одягшись ще до світу,&lt;br /&gt;</w:t>
        <w:br/>
        <w:t>Татьяна жде його, німа.&lt;br /&gt;</w:t>
        <w:br/>
        <w:t>Надвечір Ленський приїжджає.&lt;br /&gt;</w:t>
        <w:br/>
        <w:t>"А де ж ваш приятель? — питає&lt;br /&gt;</w:t>
        <w:br/>
        <w:t>Хазяйка.— Він давно вже був,&lt;br /&gt;</w:t>
        <w:br/>
        <w:t>Неначе зовсім нас забув".&lt;br /&gt;</w:t>
        <w:br/>
        <w:t>Татьяна вся аж затремтіла.&lt;br /&gt;</w:t>
        <w:br/>
        <w:t>"Сьогодні він приїхать мав,-&lt;br /&gt;</w:t>
        <w:br/>
        <w:t>Старенькій Ленський одказав,-&lt;br /&gt;</w:t>
        <w:br/>
        <w:t>Та, певно, пошта забарила".&lt;br /&gt;</w:t>
        <w:br/>
        <w:t>Татьяна опустила зір,&lt;br /&gt;</w:t>
        <w:br/>
        <w:t>Немов почувши злий докір.</w:t>
      </w:r>
    </w:p>
    <w:p>
      <w:r>
        <w:br/>
        <w:t>XXXVII</w:t>
      </w:r>
    </w:p>
    <w:p>
      <w:r>
        <w:br/>
        <w:t>Смеркало; самовар вечірній&lt;br /&gt;</w:t>
        <w:br/>
        <w:t>Шипів дрімотним голоском;&lt;br /&gt;</w:t>
        <w:br/>
        <w:t>Вилися випари прозірні&lt;br /&gt;</w:t>
        <w:br/>
        <w:t>Попід китайським чайником.&lt;br /&gt;</w:t>
        <w:br/>
        <w:t>Під Ольги білою рукою&lt;br /&gt;</w:t>
        <w:br/>
        <w:t>Вже лився цівкою густою&lt;br /&gt;</w:t>
        <w:br/>
        <w:t>Напій пахучий у чашки,&lt;br /&gt;</w:t>
        <w:br/>
        <w:t>І хлопчик подавав вершки.&lt;br /&gt;</w:t>
        <w:br/>
        <w:t>Татьяна край вікна стояла,&lt;br /&gt;</w:t>
        <w:br/>
        <w:t>На шиби дмухала, сумна,-&lt;br /&gt;</w:t>
        <w:br/>
        <w:t>І на туманнім склі вона&lt;br /&gt;</w:t>
        <w:br/>
        <w:t>Коханий вензель рисувала&lt;br /&gt;</w:t>
        <w:br/>
        <w:t>Прегарним пальчиком своїм;&lt;br /&gt;</w:t>
        <w:br/>
        <w:t>Все О та Є спліталось в нім.</w:t>
      </w:r>
    </w:p>
    <w:p>
      <w:r>
        <w:br/>
        <w:t>XXXVIII</w:t>
      </w:r>
    </w:p>
    <w:p>
      <w:r>
        <w:br/>
        <w:t>Але душа у неї нила&lt;br /&gt;</w:t>
        <w:br/>
        <w:t>І сліз був повен млосний зір.&lt;br /&gt;</w:t>
        <w:br/>
        <w:t>Враз тупіт!.. Кров їй заніміла.&lt;br /&gt;</w:t>
        <w:br/>
        <w:t>Ось ближче... В'їхали у двір...&lt;br /&gt;</w:t>
        <w:br/>
        <w:t>Євгеній! "Ах!" — Як тінь пташини,&lt;br /&gt;</w:t>
        <w:br/>
        <w:t>Татьяна скок у другі сіни,&lt;br /&gt;</w:t>
        <w:br/>
        <w:t>Там на подвір'я, далі в сад&lt;br /&gt;</w:t>
        <w:br/>
        <w:t>Летить; поглянути назад&lt;br /&gt;</w:t>
        <w:br/>
        <w:t>Не сміє; миттю перемчала&lt;br /&gt;</w:t>
        <w:br/>
        <w:t>Куртини, мостики, лужок,&lt;br /&gt;</w:t>
        <w:br/>
        <w:t>Алею липову, лісок,&lt;br /&gt;</w:t>
        <w:br/>
        <w:t>Кущі бузкові поламала&lt;br /&gt;</w:t>
        <w:br/>
        <w:t>І врешті з віддихом тяжким&lt;br /&gt;</w:t>
        <w:br/>
        <w:t>На лаву, над струмком дзвінким</w:t>
      </w:r>
    </w:p>
    <w:p>
      <w:r>
        <w:br/>
        <w:t>XXXIX</w:t>
      </w:r>
    </w:p>
    <w:p>
      <w:r>
        <w:br/>
        <w:t>Упала...&lt;br /&gt;</w:t>
        <w:br/>
        <w:t>"Тут він! тут Євгеній!&lt;br /&gt;</w:t>
        <w:br/>
        <w:t>О боже! що подумав він!"&lt;br /&gt;</w:t>
        <w:br/>
        <w:t>Таїть вона в душі стражденній&lt;br /&gt;</w:t>
        <w:br/>
        <w:t>Надію, як живлющий плин;&lt;br /&gt;</w:t>
        <w:br/>
        <w:t>Вона тремтить і наслухає,&lt;br /&gt;</w:t>
        <w:br/>
        <w:t>Чи не надходить? Ні, немає!&lt;br /&gt;</w:t>
        <w:br/>
        <w:t>В саду служниці, на грядках.&lt;br /&gt;</w:t>
        <w:br/>
        <w:t>Збирали ягоди в кущах&lt;br /&gt;</w:t>
        <w:br/>
        <w:t>І по наказу всі співали.&lt;br /&gt;</w:t>
        <w:br/>
        <w:t>(В наказі тім була мета,&lt;br /&gt;</w:t>
        <w:br/>
        <w:t>Щоб то лукаві їх уста&lt;br /&gt;</w:t>
        <w:br/>
        <w:t>У співанках розвагу мали,&lt;br /&gt;</w:t>
        <w:br/>
        <w:t>Не ївши панських ягідок:&lt;br /&gt;</w:t>
        <w:br/>
        <w:t>Сільської мудрості зразок!)</w:t>
      </w:r>
    </w:p>
    <w:p>
      <w:r>
        <w:br/>
        <w:t>Пісня дівчат</w:t>
      </w:r>
    </w:p>
    <w:p>
      <w:r>
        <w:br/>
        <w:t>Дівоньки, красунечки,&lt;br /&gt;</w:t>
        <w:br/>
        <w:t>Душеньки, подруженьки,&lt;br /&gt;</w:t>
        <w:br/>
        <w:t>Розгуляйтесь, дівоньки,&lt;br /&gt;</w:t>
        <w:br/>
        <w:t>Розгуляйтесь, краснії!&lt;br /&gt;</w:t>
        <w:br/>
        <w:t>Заведіть ви пісеньки,&lt;br /&gt;</w:t>
        <w:br/>
        <w:t>Пісні заповітної,&lt;br /&gt;</w:t>
        <w:br/>
        <w:t>Заманіть ви парубка&lt;br /&gt;</w:t>
        <w:br/>
        <w:t>Та й до кола нашого.&lt;br /&gt;</w:t>
        <w:br/>
        <w:t>Як заманим парубка,&lt;br /&gt;</w:t>
        <w:br/>
        <w:t>Як набачим здалеку,&lt;br /&gt;</w:t>
        <w:br/>
        <w:t>Розбіжімось, дівоньки,&lt;br /&gt;</w:t>
        <w:br/>
        <w:t>Та обсипмо вишнею,&lt;br /&gt;</w:t>
        <w:br/>
        <w:t>Вишнею, калиною,&lt;br /&gt;</w:t>
        <w:br/>
        <w:t>Спілою малиною.&lt;br /&gt;</w:t>
        <w:br/>
        <w:t>Не ходи ти підслухом,&lt;br /&gt;</w:t>
        <w:br/>
        <w:t>Де співають дівоньки,&lt;br /&gt;</w:t>
        <w:br/>
        <w:t>Не ходи ти назирцем,&lt;br /&gt;</w:t>
        <w:br/>
        <w:t>Де гуляють краснії!</w:t>
      </w:r>
    </w:p>
    <w:p>
      <w:r>
        <w:br/>
        <w:t>ХL</w:t>
      </w:r>
    </w:p>
    <w:p>
      <w:r>
        <w:br/>
        <w:t>До всього на землі недбала,&lt;br /&gt;</w:t>
        <w:br/>
        <w:t>Байдуже слухаючи спів,&lt;br /&gt;</w:t>
        <w:br/>
        <w:t>Татьяна нетерпляче ждала,&lt;br /&gt;</w:t>
        <w:br/>
        <w:t>Щоб трепет серця занімів,&lt;br /&gt;</w:t>
        <w:br/>
        <w:t>Щоб ніжні щоки не горіли.&lt;br /&gt;</w:t>
        <w:br/>
        <w:t>Та перса бурно тріпотіли,&lt;br /&gt;</w:t>
        <w:br/>
        <w:t>І жар на лицях не згасав,&lt;br /&gt;</w:t>
        <w:br/>
        <w:t>А все ясніш, ясніш палав.&lt;br /&gt;</w:t>
        <w:br/>
        <w:t>Отак метелик нещасливий,&lt;br /&gt;</w:t>
        <w:br/>
        <w:t>До рук узятий пустуном,&lt;br /&gt;</w:t>
        <w:br/>
        <w:t>Тріпоче райдужним крилом;&lt;br /&gt;</w:t>
        <w:br/>
        <w:t>Так часом зайчик полохливий&lt;br /&gt;</w:t>
        <w:br/>
        <w:t>Дрижить в густій озимині,&lt;br /&gt;</w:t>
        <w:br/>
        <w:t>Стрільця уздрівши вдалині.</w:t>
      </w:r>
    </w:p>
    <w:p>
      <w:r>
        <w:br/>
        <w:t>ХLІ</w:t>
      </w:r>
    </w:p>
    <w:p>
      <w:r>
        <w:br/>
        <w:t>Нарешті дівчина зітхнула&lt;br /&gt;</w:t>
        <w:br/>
        <w:t>І з лави підвелась, сумна;&lt;br /&gt;</w:t>
        <w:br/>
        <w:t>Пішла, та тільки-но звернула&lt;br /&gt;</w:t>
        <w:br/>
        <w:t>Між липи,— враз, як тінь грізна,&lt;br /&gt;</w:t>
        <w:br/>
        <w:t>З блискучим зором проти неї&lt;br /&gt;</w:t>
        <w:br/>
        <w:t>Євгеній став серед алеї,-&lt;br /&gt;</w:t>
        <w:br/>
        <w:t>І, ніби в полум'ї страшнім,&lt;br /&gt;</w:t>
        <w:br/>
        <w:t>Вона спинилась перед ним.&lt;br /&gt;</w:t>
        <w:br/>
        <w:t>Та їх наступної розмови&lt;br /&gt;</w:t>
        <w:br/>
        <w:t>Переказать не годен я,&lt;br /&gt;</w:t>
        <w:br/>
        <w:t>Бо затяглася річ моя;&lt;br /&gt;</w:t>
        <w:br/>
        <w:t>Тож відпочити слід, панове,&lt;br /&gt;</w:t>
        <w:br/>
        <w:t>Зітхнути повними грудьми:&lt;br /&gt;</w:t>
        <w:br/>
        <w:t>Іще зустрінемося ми.</w:t>
      </w:r>
    </w:p>
    <w:p>
      <w:r>
        <w:br/>
        <w:t>Глава четверта</w:t>
      </w:r>
    </w:p>
    <w:p>
      <w:r>
        <w:br/>
        <w:t>La morale est dans la nature des choses.&lt;br /&gt;</w:t>
        <w:br/>
        <w:t>Necher*</w:t>
      </w:r>
    </w:p>
    <w:p>
      <w:r>
        <w:br/>
        <w:t>І. II. III. IV. V. VI.</w:t>
      </w:r>
    </w:p>
    <w:p>
      <w:r>
        <w:br/>
        <w:t>VII</w:t>
      </w:r>
    </w:p>
    <w:p>
      <w:r>
        <w:br/>
        <w:t>Що менше жінку ми кохаєм,&lt;br /&gt;</w:t>
        <w:br/>
        <w:t>То більше ми до серця їй&lt;br /&gt;</w:t>
        <w:br/>
        <w:t>І то вірніш її вловляєм&lt;br /&gt;</w:t>
        <w:br/>
        <w:t>У згубне плетиво надій.&lt;br /&gt;</w:t>
        <w:br/>
        <w:t>Колись розпуста схолодніла&lt;br /&gt;</w:t>
        <w:br/>
        <w:t>В науці любощів гриміла,&lt;br /&gt;</w:t>
        <w:br/>
        <w:t>Про славу власну скрізь гула&lt;br /&gt;</w:t>
        <w:br/>
        <w:t>І, не любивши, мед пила.&lt;br /&gt;</w:t>
        <w:br/>
        <w:t>Але поважна ця забава&lt;br /&gt;</w:t>
        <w:br/>
        <w:t>Годилась лиш мавпа?м старим&lt;br /&gt;</w:t>
        <w:br/>
        <w:t>В минулім віці голоснім:&lt;br /&gt;</w:t>
        <w:br/>
        <w:t>Ловласів підупала слава&lt;br /&gt;</w:t>
        <w:br/>
        <w:t>Як і червоний закаблук&lt;br /&gt;</w:t>
        <w:br/>
        <w:t>Та пишні кучері перук.</w:t>
      </w:r>
    </w:p>
    <w:p>
      <w:r>
        <w:br/>
        <w:t>-----------------&lt;br /&gt;</w:t>
        <w:br/>
        <w:t>* Моральність — у природі речей. Неккер (франц.).— Ред.</w:t>
      </w:r>
    </w:p>
    <w:p>
      <w:r>
        <w:br/>
        <w:t>VIII</w:t>
      </w:r>
    </w:p>
    <w:p>
      <w:r>
        <w:br/>
        <w:t>Кому не нудно лицемірить,&lt;br /&gt;</w:t>
        <w:br/>
        <w:t>Казать по-різному одно,&lt;br /&gt;</w:t>
        <w:br/>
        <w:t>В тім намагатися завірить,&lt;br /&gt;</w:t>
        <w:br/>
        <w:t>Що вже відоме всім давно,&lt;br /&gt;</w:t>
        <w:br/>
        <w:t>Стрічать ті самі перепони,&lt;br /&gt;</w:t>
        <w:br/>
        <w:t>Перемагати забобони,&lt;br /&gt;</w:t>
        <w:br/>
        <w:t>Яких нема, відколи світ,&lt;br /&gt;</w:t>
        <w:br/>
        <w:t>У дівчинки в тринадцять літ!&lt;br /&gt;</w:t>
        <w:br/>
        <w:t>Кого не вимучать погрози,&lt;br /&gt;</w:t>
        <w:br/>
        <w:t>Благання, клятви, вданий страх,&lt;br /&gt;</w:t>
        <w:br/>
        <w:t>Записки на шести листах,&lt;br /&gt;</w:t>
        <w:br/>
        <w:t>Сплітки, омани, персні, сльози,&lt;br /&gt;</w:t>
        <w:br/>
        <w:t>Дозор тіток і матерів&lt;br /&gt;</w:t>
        <w:br/>
        <w:t>І дружба докучна мужів!</w:t>
      </w:r>
    </w:p>
    <w:p>
      <w:r>
        <w:br/>
        <w:t>IX</w:t>
      </w:r>
    </w:p>
    <w:p>
      <w:r>
        <w:br/>
        <w:t>Євгеній думав так от саме.&lt;br /&gt;</w:t>
        <w:br/>
        <w:t>Він на світанку літ своїх&lt;br /&gt;</w:t>
        <w:br/>
        <w:t>Був жертва пристрастей без тями&lt;br /&gt;</w:t>
        <w:br/>
        <w:t>І серця заблудів палких.&lt;br /&gt;</w:t>
        <w:br/>
        <w:t>З колиски відданий дозвіллю,&lt;br /&gt;</w:t>
        <w:br/>
        <w:t>Тим зачарований на хвилю&lt;br /&gt;</w:t>
        <w:br/>
        <w:t>І розчарований у цім,&lt;br /&gt;</w:t>
        <w:br/>
        <w:t>Бажанням томлений палким&lt;br /&gt;</w:t>
        <w:br/>
        <w:t>І втомним відданий утіхам,&lt;br /&gt;</w:t>
        <w:br/>
        <w:t>Ловивши в шумі й тишині&lt;br /&gt;</w:t>
        <w:br/>
        <w:t>Душі зітхання неясні&lt;br /&gt;</w:t>
        <w:br/>
        <w:t>І позіхи глушивши сміхом,-&lt;br /&gt;</w:t>
        <w:br/>
        <w:t>Так змарнував він вісім літ.&lt;br /&gt;</w:t>
        <w:br/>
        <w:t>Так стратив свій найкращий цвіт.</w:t>
      </w:r>
    </w:p>
    <w:p>
      <w:r>
        <w:br/>
        <w:t>X</w:t>
      </w:r>
    </w:p>
    <w:p>
      <w:r>
        <w:br/>
        <w:t>В красунь він більш не залюблявся,&lt;br /&gt;</w:t>
        <w:br/>
        <w:t>Лиш залицяючись на мить;&lt;br /&gt;</w:t>
        <w:br/>
        <w:t>Відмовлять — хутко розважався,&lt;br /&gt;</w:t>
        <w:br/>
        <w:t>А зрадять — привід одпочить.&lt;br /&gt;</w:t>
        <w:br/>
        <w:t>Він їх шукав без оп'яніння,&lt;br /&gt;</w:t>
        <w:br/>
        <w:t>А залишав їх без тужіння,&lt;br /&gt;</w:t>
        <w:br/>
        <w:t>Забувши і любов, і злість.&lt;br /&gt;</w:t>
        <w:br/>
        <w:t>Достоту так байдужий гість&lt;br /&gt;</w:t>
        <w:br/>
        <w:t>За карти ввечері сідав&lt;br /&gt;</w:t>
        <w:br/>
        <w:t>До столу, а кінчиться гра,-&lt;br /&gt;</w:t>
        <w:br/>
        <w:t>Він їде повагом з двора,&lt;br /&gt;</w:t>
        <w:br/>
        <w:t>Спокійно дома засинає,&lt;br /&gt;</w:t>
        <w:br/>
        <w:t>Нездатний вранці сам сказать,&lt;br /&gt;</w:t>
        <w:br/>
        <w:t>Де буде вечір гостювать.</w:t>
      </w:r>
    </w:p>
    <w:p>
      <w:r>
        <w:br/>
        <w:t>XI</w:t>
      </w:r>
    </w:p>
    <w:p>
      <w:r>
        <w:br/>
        <w:t>Та лист од скромної Татьяни&lt;br /&gt;</w:t>
        <w:br/>
        <w:t>Мого героя зворушив:&lt;br /&gt;</w:t>
        <w:br/>
        <w:t>Дівочий порив полум'яний&lt;br /&gt;</w:t>
        <w:br/>
        <w:t>Рої думок у нім збудив;&lt;br /&gt;</w:t>
        <w:br/>
        <w:t>Згадав він Тані личко миле,&lt;br /&gt;</w:t>
        <w:br/>
        <w:t>Таке бліде та посмутніле,&lt;br /&gt;</w:t>
        <w:br/>
        <w:t>І заглибивсь, як у затон,&lt;br /&gt;</w:t>
        <w:br/>
        <w:t>В солодкий і безгрішний сон.&lt;br /&gt;</w:t>
        <w:br/>
        <w:t>Можливо, знов полуменисту&lt;br /&gt;</w:t>
        <w:br/>
        <w:t>Спізнав він бурю почуттів,&lt;br /&gt;</w:t>
        <w:br/>
        <w:t>Та ошукати не хотів&lt;br /&gt;</w:t>
        <w:br/>
        <w:t>Її душі довіру чисту.&lt;br /&gt;</w:t>
        <w:br/>
        <w:t>Тепер ми в сад перелетім,&lt;br /&gt;</w:t>
        <w:br/>
        <w:t>Де стрілася Татьяна з ним.</w:t>
      </w:r>
    </w:p>
    <w:p>
      <w:r>
        <w:br/>
        <w:t>XII</w:t>
      </w:r>
    </w:p>
    <w:p>
      <w:r>
        <w:br/>
        <w:t>Хвилину-дві вони мовчали,&lt;br /&gt;</w:t>
        <w:br/>
        <w:t>Тоді Онєгін ближче став&lt;br /&gt;</w:t>
        <w:br/>
        <w:t>І каже: "Ви мені писали,&lt;br /&gt;</w:t>
        <w:br/>
        <w:t>Не відмовляйтесь. Я читав&lt;br /&gt;</w:t>
        <w:br/>
        <w:t>Душі невинне сповідання,&lt;br /&gt;</w:t>
        <w:br/>
        <w:t>Любові чистої признання;&lt;br /&gt;</w:t>
        <w:br/>
        <w:t>Одвертість ваша — чарівна;&lt;br /&gt;</w:t>
        <w:br/>
        <w:t>У серці підняла вона&lt;br /&gt;</w:t>
        <w:br/>
        <w:t>Чуттів колишніх вир яскравий;&lt;br /&gt;</w:t>
        <w:br/>
        <w:t>Та вас не хочу я хвалить&lt;br /&gt;</w:t>
        <w:br/>
        <w:t>І вам повинен тут зложить&lt;br /&gt;</w:t>
        <w:br/>
        <w:t>Признання також нелукаве;&lt;br /&gt;</w:t>
        <w:br/>
        <w:t>Прийміть же сповідь і мою:&lt;br /&gt;</w:t>
        <w:br/>
        <w:t>Себе на суд вам оддаю.</w:t>
      </w:r>
    </w:p>
    <w:p>
      <w:r>
        <w:br/>
        <w:t>XIII</w:t>
      </w:r>
    </w:p>
    <w:p>
      <w:r>
        <w:br/>
        <w:t>"Коли б життя в домашнім колі&lt;br /&gt;</w:t>
        <w:br/>
        <w:t>Навік замкнути я хотів;&lt;br /&gt;</w:t>
        <w:br/>
        <w:t>Коли б щасливий вирок долі&lt;br /&gt;</w:t>
        <w:br/>
        <w:t>Отцем і мужем буть велів;&lt;br /&gt;</w:t>
        <w:br/>
        <w:t>Коли б родинності картину&lt;br /&gt;</w:t>
        <w:br/>
        <w:t>Злюбив я на одну хвилину,-&lt;br /&gt;</w:t>
        <w:br/>
        <w:t>То, вірте, тільки б вас одну&lt;br /&gt;</w:t>
        <w:br/>
        <w:t>Узяти марив за жону.&lt;br /&gt;</w:t>
        <w:br/>
        <w:t>Скажу без лесток мадригальних:&lt;br /&gt;</w:t>
        <w:br/>
        <w:t>Свій ідеал найшовши знов,&lt;br /&gt;</w:t>
        <w:br/>
        <w:t>Лише б із вами я пішов,&lt;br /&gt;</w:t>
        <w:br/>
        <w:t>Як з другом днів моїх печальних,&lt;br /&gt;</w:t>
        <w:br/>
        <w:t>І, склавши вам любов до ніг,&lt;br /&gt;</w:t>
        <w:br/>
        <w:t>Щасливий був би... скільки міг!</w:t>
      </w:r>
    </w:p>
    <w:p>
      <w:r>
        <w:br/>
        <w:t>XIV</w:t>
      </w:r>
    </w:p>
    <w:p>
      <w:r>
        <w:br/>
        <w:t>"Та я не створений для раю,&lt;br /&gt;</w:t>
        <w:br/>
        <w:t>Йому чужа душа моя;&lt;br /&gt;</w:t>
        <w:br/>
        <w:t>Сама довершеність ви, знаю;&lt;br /&gt;</w:t>
        <w:br/>
        <w:t>Що ж! — вас не вартий зовсім я.&lt;br /&gt;</w:t>
        <w:br/>
        <w:t>Повірте (совість в тім порука),&lt;br /&gt;</w:t>
        <w:br/>
        <w:t>З одруженням нам буде мука.&lt;br /&gt;</w:t>
        <w:br/>
        <w:t>Я, хоч і як любив би вас,&lt;br /&gt;</w:t>
        <w:br/>
        <w:t>Як звикну — розлюблю в той час;&lt;br /&gt;</w:t>
        <w:br/>
        <w:t>Зачнете плакать: ваші сльози&lt;br /&gt;</w:t>
        <w:br/>
        <w:t>До серця не дійдуть мого,&lt;br /&gt;</w:t>
        <w:br/>
        <w:t>А роздратують лиш його.&lt;br /&gt;</w:t>
        <w:br/>
        <w:t>Подумайте ж, які нам рози&lt;br /&gt;</w:t>
        <w:br/>
        <w:t>В дарунок Гіменей прирік,&lt;br /&gt;</w:t>
        <w:br/>
        <w:t>Ще й не на день і не на рік!</w:t>
      </w:r>
    </w:p>
    <w:p>
      <w:r>
        <w:br/>
        <w:t>XV</w:t>
      </w:r>
    </w:p>
    <w:p>
      <w:r>
        <w:br/>
        <w:t>"На світі гіршого немає,&lt;br /&gt;</w:t>
        <w:br/>
        <w:t>Аніж родина, де жона&lt;br /&gt;</w:t>
        <w:br/>
        <w:t>Тужливо мужа виглядає,&lt;br /&gt;</w:t>
        <w:br/>
        <w:t>Щодня самотня і сумна;&lt;br /&gt;</w:t>
        <w:br/>
        <w:t>Де чоловік, ціну їй знавши,&lt;br /&gt;</w:t>
        <w:br/>
        <w:t>Хоч проклинає долю завше,&lt;br /&gt;</w:t>
        <w:br/>
        <w:t>Щораз похмурий, мовчазний,&lt;br /&gt;</w:t>
        <w:br/>
        <w:t>Ревнивий, зимний і лихий!&lt;br /&gt;</w:t>
        <w:br/>
        <w:t>Такий от я. Невже шукали&lt;br /&gt;</w:t>
        <w:br/>
        <w:t>Того ви серцем молодим,&lt;br /&gt;</w:t>
        <w:br/>
        <w:t>Коли мені з чуттям таким,&lt;br /&gt;</w:t>
        <w:br/>
        <w:t>Розумно й просто так писали?&lt;br /&gt;</w:t>
        <w:br/>
        <w:t>Чи вам такий судив кінець&lt;br /&gt;</w:t>
        <w:br/>
        <w:t>Суворий долі рішенець?</w:t>
      </w:r>
    </w:p>
    <w:p>
      <w:r>
        <w:br/>
        <w:t>XVI</w:t>
      </w:r>
    </w:p>
    <w:p>
      <w:r>
        <w:br/>
        <w:t>"Літа і мрії — вічна втрата;&lt;br /&gt;</w:t>
        <w:br/>
        <w:t>Душі тепер не воскресиш...&lt;br /&gt;</w:t>
        <w:br/>
        <w:t>Я вас люблю любов'ю брата&lt;br /&gt;</w:t>
        <w:br/>
        <w:t>І, може бути, ще ніжніш.&lt;br /&gt;</w:t>
        <w:br/>
        <w:t>Послухайте ж мене без гніву:&lt;br /&gt;</w:t>
        <w:br/>
        <w:t>Не раз іще зчарують діву&lt;br /&gt;</w:t>
        <w:br/>
        <w:t>Принади легкокрилих мрій,&lt;br /&gt;</w:t>
        <w:br/>
        <w:t>Так лист переміняє свій&lt;br /&gt;</w:t>
        <w:br/>
        <w:t>Берізка з кожною весною.&lt;br /&gt;</w:t>
        <w:br/>
        <w:t>Судило, певно, небо так.&lt;br /&gt;</w:t>
        <w:br/>
        <w:t>Полюбите ви знов; однак...&lt;br /&gt;</w:t>
        <w:br/>
        <w:t>Учіться володіть собою,-&lt;br /&gt;</w:t>
        <w:br/>
        <w:t>Як я, вас розуміть не всім?&lt;br /&gt;</w:t>
        <w:br/>
        <w:t>Біда в недосвіді такім".</w:t>
      </w:r>
    </w:p>
    <w:p>
      <w:r>
        <w:br/>
        <w:t>XVII</w:t>
      </w:r>
    </w:p>
    <w:p>
      <w:r>
        <w:br/>
        <w:t>Так говорив Євгеній строго.&lt;br /&gt;</w:t>
        <w:br/>
        <w:t>Спинивши віддих, мовчазна,&lt;br /&gt;</w:t>
        <w:br/>
        <w:t>Крізь плач не бачивши нічого,&lt;br /&gt;</w:t>
        <w:br/>
        <w:t>Ту мову слухала вона.&lt;br /&gt;</w:t>
        <w:br/>
        <w:t>Він руку їй подав. Печально&lt;br /&gt;</w:t>
        <w:br/>
        <w:t>(Як то говорять, машинально)&lt;br /&gt;</w:t>
        <w:br/>
        <w:t>Татьяна сперлась і пішла,&lt;br /&gt;</w:t>
        <w:br/>
        <w:t>Не звівши томного чола.&lt;br /&gt;</w:t>
        <w:br/>
        <w:t>Пішли під, садом, обіч поля;&lt;br /&gt;</w:t>
        <w:br/>
        <w:t>З'явились разом, і нічим&lt;br /&gt;</w:t>
        <w:br/>
        <w:t>За те не докоряли їм:&lt;br /&gt;</w:t>
        <w:br/>
        <w:t>Сільська віддавна має воля&lt;br /&gt;</w:t>
        <w:br/>
        <w:t>Свої вигоди та права,&lt;br /&gt;</w:t>
        <w:br/>
        <w:t>Як і погордлива Москва.</w:t>
      </w:r>
    </w:p>
    <w:p>
      <w:r>
        <w:br/>
        <w:t>XVIII</w:t>
      </w:r>
    </w:p>
    <w:p>
      <w:r>
        <w:br/>
        <w:t>Читач мій згодиться зо мною,&lt;br /&gt;</w:t>
        <w:br/>
        <w:t>Що дуже мило учинив&lt;br /&gt;</w:t>
        <w:br/>
        <w:t>Наш друг із Танею сумною;&lt;br /&gt;</w:t>
        <w:br/>
        <w:t>Не вперше тут він появив&lt;br /&gt;</w:t>
        <w:br/>
        <w:t>Дух благородний і правдивий,&lt;br /&gt;</w:t>
        <w:br/>
        <w:t>Хоча ніколи люд злостивий&lt;br /&gt;</w:t>
        <w:br/>
        <w:t>Не визнавав у нім того:&lt;br /&gt;</w:t>
        <w:br/>
        <w:t>І друзі, й вороги його&lt;br /&gt;</w:t>
        <w:br/>
        <w:t>(А це одно й те саме, може)&lt;br /&gt;</w:t>
        <w:br/>
        <w:t>Його ганьбили й так і сяк;&lt;br /&gt;</w:t>
        <w:br/>
        <w:t>З нас має ворогів усяк,-&lt;br /&gt;</w:t>
        <w:br/>
        <w:t>Від друзів порятуй нас, боже!&lt;br /&gt;</w:t>
        <w:br/>
        <w:t>Ох, друзі, друзі! Недарма&lt;br /&gt;</w:t>
        <w:br/>
        <w:t>Про них і забуття нема.</w:t>
      </w:r>
    </w:p>
    <w:p>
      <w:r>
        <w:br/>
        <w:t>XIX</w:t>
      </w:r>
    </w:p>
    <w:p>
      <w:r>
        <w:br/>
        <w:t>А що? Та так. Я присипляю&lt;br /&gt;</w:t>
        <w:br/>
        <w:t>Думки порожні і смутні;&lt;br /&gt;</w:t>
        <w:br/>
        <w:t>В дужках лише додати маю:&lt;br /&gt;</w:t>
        <w:br/>
        <w:t>Нема найгидшої брехні,&lt;br /&gt;</w:t>
        <w:br/>
        <w:t>Що склав наклепник, раб чорнила,&lt;br /&gt;</w:t>
        <w:br/>
        <w:t>А світська чернь благословила,&lt;br /&gt;</w:t>
        <w:br/>
        <w:t>Нема беззубих епіграм,&lt;br /&gt;</w:t>
        <w:br/>
        <w:t>Дурниць із брудом пополам,&lt;br /&gt;</w:t>
        <w:br/>
        <w:t>Які ваш друг, узявши слово&lt;br /&gt;</w:t>
        <w:br/>
        <w:t>Серед шанованих людей,&lt;br /&gt;</w:t>
        <w:br/>
        <w:t>З незлобним полиском очей&lt;br /&gt;</w:t>
        <w:br/>
        <w:t>Не повторив би випадково;&lt;br /&gt;</w:t>
        <w:br/>
        <w:t>А втім, за вас він завжди сам,&lt;br /&gt;</w:t>
        <w:br/>
        <w:t>Він любить вас, він... рідний вам!</w:t>
      </w:r>
    </w:p>
    <w:p>
      <w:r>
        <w:br/>
        <w:t>XX</w:t>
      </w:r>
    </w:p>
    <w:p>
      <w:r>
        <w:br/>
        <w:t>Гм! Гм! Шановний мій читачу,&lt;br /&gt;</w:t>
        <w:br/>
        <w:t>Здорова ваша вся рідня?&lt;br /&gt;</w:t>
        <w:br/>
        <w:t>Дозвольте: хочеться вам, бачу,&lt;br /&gt;</w:t>
        <w:br/>
        <w:t>Почуть від мене цього дня,&lt;br /&gt;</w:t>
        <w:br/>
        <w:t>Що, власне, означає рідні.&lt;br /&gt;</w:t>
        <w:br/>
        <w:t>Тут справи зовсім очевидні:&lt;br /&gt;</w:t>
        <w:br/>
        <w:t>Нам треба рідних огрівать,&lt;br /&gt;</w:t>
        <w:br/>
        <w:t>Любити ніжно, шанувать&lt;br /&gt;</w:t>
        <w:br/>
        <w:t>І, як ведеться у народі,&lt;br /&gt;</w:t>
        <w:br/>
        <w:t>Під час різдва у них бувать,&lt;br /&gt;</w:t>
        <w:br/>
        <w:t>Або листом поздоровлять,&lt;br /&gt;</w:t>
        <w:br/>
        <w:t>Щоб на ввесь рік сказати: годі!&lt;br /&gt;</w:t>
        <w:br/>
        <w:t>Що я їм, що вони мені!..&lt;br /&gt;</w:t>
        <w:br/>
        <w:t>Тож дай їм, боже, довгі дні!</w:t>
      </w:r>
    </w:p>
    <w:p>
      <w:r>
        <w:br/>
        <w:t>XXI</w:t>
      </w:r>
    </w:p>
    <w:p>
      <w:r>
        <w:br/>
        <w:t>Зате любов красунь вабливих&lt;br /&gt;</w:t>
        <w:br/>
        <w:t>Певніша, знаємо, бува:&lt;br /&gt;</w:t>
        <w:br/>
        <w:t>Над нею й серед бур шумливих&lt;br /&gt;</w:t>
        <w:br/>
        <w:t>Ви зберігаєте права.&lt;br /&gt;</w:t>
        <w:br/>
        <w:t>Звичайно, так. Та вихор моди,&lt;br /&gt;</w:t>
        <w:br/>
        <w:t>Та примхи людської природи,&lt;br /&gt;</w:t>
        <w:br/>
        <w:t>Та світських осудів ріка...&lt;br /&gt;</w:t>
        <w:br/>
        <w:t>А мила стать, як пух, легка.&lt;br /&gt;</w:t>
        <w:br/>
        <w:t>Та й те: дружина чеснотлива&lt;br /&gt;</w:t>
        <w:br/>
        <w:t>Кориться мужеві всякчас,&lt;br /&gt;</w:t>
        <w:br/>
        <w:t>І відлітає вмить од нас&lt;br /&gt;</w:t>
        <w:br/>
        <w:t>Коханка ваша незрадлива,&lt;br /&gt;</w:t>
        <w:br/>
        <w:t>Як перемінлива весна:&lt;br /&gt;</w:t>
        <w:br/>
        <w:t>Любов'ю грає сатана.</w:t>
      </w:r>
    </w:p>
    <w:p>
      <w:r>
        <w:br/>
        <w:t>XXII</w:t>
      </w:r>
    </w:p>
    <w:p>
      <w:r>
        <w:br/>
        <w:t>Кого ж любить? Кому нам вірить?&lt;br /&gt;</w:t>
        <w:br/>
        <w:t>Хто нас не зрадить хоч один?&lt;br /&gt;</w:t>
        <w:br/>
        <w:t>Хто все ладен на світі мірять&lt;br /&gt;</w:t>
        <w:br/>
        <w:t>Послужливо на наш аршин?&lt;br /&gt;</w:t>
        <w:br/>
        <w:t>Хто наклепів про нас не сіє?&lt;br /&gt;</w:t>
        <w:br/>
        <w:t>Хто нас голубить і жаліє?&lt;br /&gt;</w:t>
        <w:br/>
        <w:t>Хто не вбачає наших вад?&lt;br /&gt;</w:t>
        <w:br/>
        <w:t>Кому з нас кожен завжди рад?&lt;br /&gt;</w:t>
        <w:br/>
        <w:t>Примар шукачу невгамовний,&lt;br /&gt;</w:t>
        <w:br/>
        <w:t>Свої ви сили бережіть,&lt;br /&gt;</w:t>
        <w:br/>
        <w:t>Себе самого лиш любіть,&lt;br /&gt;</w:t>
        <w:br/>
        <w:t>Читачу мій вельмишановний.&lt;br /&gt;</w:t>
        <w:br/>
        <w:t>Для серця кращої мети,&lt;br /&gt;</w:t>
        <w:br/>
        <w:t>Їй-богу, в світі не знайти!</w:t>
      </w:r>
    </w:p>
    <w:p>
      <w:r>
        <w:br/>
        <w:t>XXIII</w:t>
      </w:r>
    </w:p>
    <w:p>
      <w:r>
        <w:br/>
        <w:t>Що сталося по тій розмові?&lt;br /&gt;</w:t>
        <w:br/>
        <w:t>Ах, це не тяжко відгадать!&lt;br /&gt;</w:t>
        <w:br/>
        <w:t>Безумні пориви любові&lt;br /&gt;</w:t>
        <w:br/>
        <w:t>Не перестали хвилювать&lt;br /&gt;</w:t>
        <w:br/>
        <w:t>Душі, що прагнула страждання.&lt;br /&gt;</w:t>
        <w:br/>
        <w:t>Від безнадійного кохання&lt;br /&gt;</w:t>
        <w:br/>
        <w:t>Татьяна ще палкіш горить;&lt;br /&gt;</w:t>
        <w:br/>
        <w:t>Вночі від неї сон летить;&lt;br /&gt;</w:t>
        <w:br/>
        <w:t>Здоров'я, цвіт життя і сила,&lt;br /&gt;</w:t>
        <w:br/>
        <w:t>Дівочий спокій, ясний сміх&lt;br /&gt;</w:t>
        <w:br/>
        <w:t>Пропали, не вернути їх.&lt;br /&gt;</w:t>
        <w:br/>
        <w:t>І меркне Тані юність мила:&lt;br /&gt;</w:t>
        <w:br/>
        <w:t>Так буря отіняє день,&lt;br /&gt;</w:t>
        <w:br/>
        <w:t>Що повен сонця і пісень.</w:t>
      </w:r>
    </w:p>
    <w:p>
      <w:r>
        <w:br/>
        <w:t>XXIV</w:t>
      </w:r>
    </w:p>
    <w:p>
      <w:r>
        <w:br/>
        <w:t>Нещасна від печалі в'яне,&lt;br /&gt;</w:t>
        <w:br/>
        <w:t>Блідніє, гасне і мовчить.&lt;br /&gt;</w:t>
        <w:br/>
        <w:t>Ніщо не знаджує Татьяни,&lt;br /&gt;</w:t>
        <w:br/>
        <w:t>Нічим душі не зворушить.&lt;br /&gt;</w:t>
        <w:br/>
        <w:t>Похитуючи головою,&lt;br /&gt;</w:t>
        <w:br/>
        <w:t>Сусіди шепчуть між собою:&lt;br /&gt;</w:t>
        <w:br/>
        <w:t>Пора, пора вже заміж їй!..&lt;br /&gt;</w:t>
        <w:br/>
        <w:t>Та годі. Слід мені мерщій&lt;br /&gt;</w:t>
        <w:br/>
        <w:t>Любов щасливу змалювати,&lt;br /&gt;</w:t>
        <w:br/>
        <w:t>Щоб звеселити вам серця,&lt;br /&gt;</w:t>
        <w:br/>
        <w:t>Хоч мимохіть нещасна ця&lt;br /&gt;</w:t>
        <w:br/>
        <w:t>Мене пече, як біль утрати;&lt;br /&gt;</w:t>
        <w:br/>
        <w:t>Простіть мені: я так люблю&lt;br /&gt;</w:t>
        <w:br/>
        <w:t>Татьяну дорогу мою!</w:t>
      </w:r>
    </w:p>
    <w:p>
      <w:r>
        <w:br/>
        <w:t>XXV</w:t>
      </w:r>
    </w:p>
    <w:p>
      <w:r>
        <w:br/>
        <w:t>Любивши Ольжині принади&lt;br /&gt;</w:t>
        <w:br/>
        <w:t>Все в більшій пристрасті палкій,&lt;br /&gt;</w:t>
        <w:br/>
        <w:t>Був Ленський підкоритись радий&lt;br /&gt;</w:t>
        <w:br/>
        <w:t>Такій неволі чарівній.&lt;br /&gt;</w:t>
        <w:br/>
        <w:t>Він з нею вічно. У покої&lt;br /&gt;</w:t>
        <w:br/>
        <w:t>Вони сидять надвечір двоє;&lt;br /&gt;</w:t>
        <w:br/>
        <w:t>Вони уранці, в холодку,&lt;br /&gt;</w:t>
        <w:br/>
        <w:t>Під руку ходять по садку.&lt;br /&gt;</w:t>
        <w:br/>
        <w:t>І що ж? В закоханні сп'янівши&lt;br /&gt;</w:t>
        <w:br/>
        <w:t>Від соромливих почуттів,&lt;br /&gt;</w:t>
        <w:br/>
        <w:t>Вряди-годи він тільки смів,&lt;br /&gt;</w:t>
        <w:br/>
        <w:t>Зичливу посмішку зловивши,&lt;br /&gt;</w:t>
        <w:br/>
        <w:t>Їй кучері перебирать&lt;br /&gt;</w:t>
        <w:br/>
        <w:t>Чи край одежі цілувать.</w:t>
      </w:r>
    </w:p>
    <w:p>
      <w:r>
        <w:br/>
        <w:t>XXVI</w:t>
      </w:r>
    </w:p>
    <w:p>
      <w:r>
        <w:br/>
        <w:t>Читав він Ользі вечорами&lt;br /&gt;</w:t>
        <w:br/>
        <w:t>Добропоучливий роман,&lt;br /&gt;</w:t>
        <w:br/>
        <w:t>Де автор знає більше тями&lt;br /&gt;</w:t>
        <w:br/>
        <w:t>В природі, як Шатобріан,&lt;br /&gt;</w:t>
        <w:br/>
        <w:t>Сторінок дві чи три, одначе&lt;br /&gt;</w:t>
        <w:br/>
        <w:t>(Там і невинна річ, неначе&lt;br /&gt;</w:t>
        <w:br/>
        <w:t>Та серцю дівчини страшна),&lt;br /&gt;</w:t>
        <w:br/>
        <w:t>Почервонівши, він мина.&lt;br /&gt;</w:t>
        <w:br/>
        <w:t>Сховавшись од людського шуму,&lt;br /&gt;</w:t>
        <w:br/>
        <w:t>Вони за шахматним столом&lt;br /&gt;</w:t>
        <w:br/>
        <w:t>Сидять з нахмуреним чолом,&lt;br /&gt;</w:t>
        <w:br/>
        <w:t>Запавши у глибоку думу,&lt;br /&gt;</w:t>
        <w:br/>
        <w:t>І Ленський пішкою ладью&lt;br /&gt;</w:t>
        <w:br/>
        <w:t>Бере з недогляду свою.</w:t>
      </w:r>
    </w:p>
    <w:p>
      <w:r>
        <w:br/>
        <w:t>XXVII</w:t>
      </w:r>
    </w:p>
    <w:p>
      <w:r>
        <w:br/>
        <w:t>До себе вернеться,— і вдома&lt;br /&gt;</w:t>
        <w:br/>
        <w:t>Слугує Ользі він своїй.&lt;br /&gt;</w:t>
        <w:br/>
        <w:t>Летючі аркуші альбома&lt;br /&gt;</w:t>
        <w:br/>
        <w:t>Ретельно прикрашає їй:&lt;br /&gt;</w:t>
        <w:br/>
        <w:t>Сільські малює краєвиди,&lt;br /&gt;</w:t>
        <w:br/>
        <w:t>Надгробний камінь, храм Кіпріди —&lt;br /&gt;</w:t>
        <w:br/>
        <w:t>І ліру з ніжним голубком&lt;br /&gt;</w:t>
        <w:br/>
        <w:t>Виводить фарбами й пером;&lt;br /&gt;</w:t>
        <w:br/>
        <w:t>Чи на листах, де хтось признання&lt;br /&gt;</w:t>
        <w:br/>
        <w:t>У вічній дружбі залишив,&lt;br /&gt;</w:t>
        <w:br/>
        <w:t>Він пише декілька рядків,&lt;br /&gt;</w:t>
        <w:br/>
        <w:t>Безмовну пам'ятку кохання,&lt;br /&gt;</w:t>
        <w:br/>
        <w:t>Крилатих мрій тривалий слід,&lt;br /&gt;</w:t>
        <w:br/>
        <w:t>Той самий через кілька літ.</w:t>
      </w:r>
    </w:p>
    <w:p>
      <w:r>
        <w:br/>
        <w:t>XXVIII</w:t>
      </w:r>
    </w:p>
    <w:p>
      <w:r>
        <w:br/>
        <w:t>Не раз ви, певно, розглядали&lt;br /&gt;</w:t>
        <w:br/>
        <w:t>Сільської панночки альбом,&lt;br /&gt;</w:t>
        <w:br/>
        <w:t>Що подруги його списали&lt;br /&gt;</w:t>
        <w:br/>
        <w:t>З кінця, з початку і кругом.&lt;br /&gt;</w:t>
        <w:br/>
        <w:t>Сюди, на зло шкільній науці,&lt;br /&gt;</w:t>
        <w:br/>
        <w:t>З поправним віршем у розлуці,&lt;br /&gt;</w:t>
        <w:br/>
        <w:t>Рядки, римовані так-сяк,&lt;br /&gt;</w:t>
        <w:br/>
        <w:t>Наляпані на дружби знак.&lt;br /&gt;</w:t>
        <w:br/>
        <w:t>На першому листку стрічаєш:&lt;br /&gt;</w:t>
        <w:br/>
        <w:t>Qu'ecrirez-vous sur ces tablettes?*;&lt;br /&gt;</w:t>
        <w:br/>
        <w:t>І підпис: t. a. v. Annette**;&lt;br /&gt;</w:t>
        <w:br/>
        <w:t>А на останнім прочитаєш:&lt;br /&gt;</w:t>
        <w:br/>
        <w:t>"За мене любить хто міцніш,&lt;br /&gt;</w:t>
        <w:br/>
        <w:t>Нехай напише тут пізніш".</w:t>
      </w:r>
    </w:p>
    <w:p>
      <w:r>
        <w:br/>
        <w:t>----------------------&lt;br /&gt;</w:t>
        <w:br/>
        <w:t>* Що ви напишете на цих листках?.. (франц.).— Ред.&lt;br /&gt;</w:t>
        <w:br/>
        <w:t>** Вся ваша Аннета (франц.).— Ред.</w:t>
      </w:r>
    </w:p>
    <w:p>
      <w:r>
        <w:br/>
        <w:t>XXIX</w:t>
      </w:r>
    </w:p>
    <w:p>
      <w:r>
        <w:br/>
        <w:t>Там двоє серць є неодмінно,&lt;br /&gt;</w:t>
        <w:br/>
        <w:t>Квітки і факел біля них;&lt;br /&gt;</w:t>
        <w:br/>
        <w:t>Там заприсягся хтось невинно&lt;br /&gt;</w:t>
        <w:br/>
        <w:t>Любить до гроба днів своїх;&lt;br /&gt;</w:t>
        <w:br/>
        <w:t>Армійський там піїта хвацький&lt;br /&gt;</w:t>
        <w:br/>
        <w:t>Черкнув експромта по-вояцьки.&lt;br /&gt;</w:t>
        <w:br/>
        <w:t>В такий альбом, признаюсь вам,&lt;br /&gt;</w:t>
        <w:br/>
        <w:t>Писати радий я і сам,&lt;br /&gt;</w:t>
        <w:br/>
        <w:t>Щасливий думкою одною,&lt;br /&gt;</w:t>
        <w:br/>
        <w:t>Що, хоч дурницю там скажу,&lt;br /&gt;</w:t>
        <w:br/>
        <w:t>Ласкавий погляд заслужу&lt;br /&gt;</w:t>
        <w:br/>
        <w:t>І що з усмішкою лихою&lt;br /&gt;</w:t>
        <w:br/>
        <w:t>Ніхто не буде міркувать,&lt;br /&gt;</w:t>
        <w:br/>
        <w:t>Чи я мастак дотепувать.</w:t>
      </w:r>
    </w:p>
    <w:p>
      <w:r>
        <w:br/>
        <w:t>XXX</w:t>
      </w:r>
    </w:p>
    <w:p>
      <w:r>
        <w:br/>
        <w:t>Та ви, що прикрашали доти&lt;br /&gt;</w:t>
        <w:br/>
        <w:t>Бібліотеку сатані,&lt;br /&gt;</w:t>
        <w:br/>
        <w:t>Альбоми дивної пишноти,&lt;br /&gt;</w:t>
        <w:br/>
        <w:t>Тортури віршників страшні,&lt;br /&gt;</w:t>
        <w:br/>
        <w:t>Ви, що оздобив вас моторний&lt;br /&gt;</w:t>
        <w:br/>
        <w:t>Толстого пензель чудотворний&lt;br /&gt;</w:t>
        <w:br/>
        <w:t>Чи Баратинський освятив,-&lt;br /&gt;</w:t>
        <w:br/>
        <w:t>Нехай би вас господь спалив!&lt;br /&gt;</w:t>
        <w:br/>
        <w:t>Коли високосяйна дама&lt;br /&gt;</w:t>
        <w:br/>
        <w:t>Мені in-quarto* свій дає —&lt;br /&gt;</w:t>
        <w:br/>
        <w:t>І дрож, і злість із серця б'є,&lt;br /&gt;</w:t>
        <w:br/>
        <w:t>Жорстока, вбивча епіграма&lt;br /&gt;</w:t>
        <w:br/>
        <w:t>В душі клекоче через край,-&lt;br /&gt;</w:t>
        <w:br/>
        <w:t>А мадригали їм давай!</w:t>
      </w:r>
    </w:p>
    <w:p>
      <w:r>
        <w:br/>
        <w:t>--------------------&lt;br /&gt;</w:t>
        <w:br/>
        <w:t>* In-quarto — в четверту частину аркуша&lt;br /&gt;</w:t>
        <w:br/>
        <w:t>(великий книжний формат).— Ред.</w:t>
      </w:r>
    </w:p>
    <w:p>
      <w:r>
        <w:br/>
        <w:t>XXXI</w:t>
      </w:r>
    </w:p>
    <w:p>
      <w:r>
        <w:br/>
        <w:t>Не мадригали Ленський пише&lt;br /&gt;</w:t>
        <w:br/>
        <w:t>На спомин Ользі молодій;&lt;br /&gt;</w:t>
        <w:br/>
        <w:t>Його перо любов'ю дише,&lt;br /&gt;</w:t>
        <w:br/>
        <w:t>Чуже дотепності черствій;&lt;br /&gt;</w:t>
        <w:br/>
        <w:t>Що лиш побачить, що почує&lt;br /&gt;</w:t>
        <w:br/>
        <w:t>Про Ольгу,— він про те й віршує:&lt;br /&gt;</w:t>
        <w:br/>
        <w:t>І, тільки правдою жива,&lt;br /&gt;</w:t>
        <w:br/>
        <w:t>Ріка елегій виплива.&lt;br /&gt;</w:t>
        <w:br/>
        <w:t>Так ти, Язиков невгамовний,&lt;br /&gt;</w:t>
        <w:br/>
        <w:t>В натхненні пориву свого&lt;br /&gt;</w:t>
        <w:br/>
        <w:t>Оспівуєш хтозна-кого,&lt;br /&gt;</w:t>
        <w:br/>
        <w:t>І знай: елегій том коштовний&lt;br /&gt;</w:t>
        <w:br/>
        <w:t>Колись тобі твій власний шлях&lt;br /&gt;</w:t>
        <w:br/>
        <w:t>Покаже в запальних рядках.</w:t>
      </w:r>
    </w:p>
    <w:p>
      <w:r>
        <w:br/>
        <w:t>XXXII</w:t>
      </w:r>
    </w:p>
    <w:p>
      <w:r>
        <w:br/>
        <w:t>Та тихше! Чуєш? Критик строгий&lt;br /&gt;</w:t>
        <w:br/>
        <w:t>Наказує зірвати нам&lt;br /&gt;</w:t>
        <w:br/>
        <w:t>Елегії вінок убогий&lt;br /&gt;</w:t>
        <w:br/>
        <w:t>І нашій братії співцям&lt;br /&gt;</w:t>
        <w:br/>
        <w:t>Кричить: "Та перестаньте плакать&lt;br /&gt;</w:t>
        <w:br/>
        <w:t>І про одне й те саме квакать,&lt;br /&gt;</w:t>
        <w:br/>
        <w:t>Жаліти, що було колись!&lt;br /&gt;</w:t>
        <w:br/>
        <w:t>Покинь! До інших тем берись!"&lt;br /&gt;</w:t>
        <w:br/>
        <w:t>"Гаразд. Ти, певне, нам покажеш&lt;br /&gt;</w:t>
        <w:br/>
        <w:t>Сурму, личину та кинджал&lt;br /&gt;</w:t>
        <w:br/>
        <w:t>І мислей мертвий капітал&lt;br /&gt;</w:t>
        <w:br/>
        <w:t>Побожно воскресить накажеш:&lt;br /&gt;</w:t>
        <w:br/>
        <w:t>Чи правда, друже?" — "Зовсім ні!"&lt;br /&gt;</w:t>
        <w:br/>
        <w:t>"Пишіть-но оди лиш мені,</w:t>
      </w:r>
    </w:p>
    <w:p>
      <w:r>
        <w:br/>
        <w:t>XXXIII</w:t>
      </w:r>
    </w:p>
    <w:p>
      <w:r>
        <w:br/>
        <w:t>Як їх писали в літа давні,&lt;br /&gt;</w:t>
        <w:br/>
        <w:t>Як те заведено колись..."&lt;br /&gt;</w:t>
        <w:br/>
        <w:t>"Писати оди лиш прославні!&lt;br /&gt;</w:t>
        <w:br/>
        <w:t>Та годі, друже, схаменись!&lt;br /&gt;</w:t>
        <w:br/>
        <w:t>Згадай-но, що сказав сатирик!&lt;br /&gt;</w:t>
        <w:br/>
        <w:t>Хіба "Чужої тями" лірик&lt;br /&gt;</w:t>
        <w:br/>
        <w:t>Миліший для смаків твоїх&lt;br /&gt;</w:t>
        <w:br/>
        <w:t>За наших віршників сумних?"&lt;br /&gt;</w:t>
        <w:br/>
        <w:t>"Та все в елегії нікчемне;&lt;br /&gt;</w:t>
        <w:br/>
        <w:t>Мета у ній така дрібна;&lt;br /&gt;</w:t>
        <w:br/>
        <w:t>А в оді все — височина&lt;br /&gt;</w:t>
        <w:br/>
        <w:t>І благородство..." — Надаремне&lt;br /&gt;</w:t>
        <w:br/>
        <w:t>Я б заперечував тобі:&lt;br /&gt;</w:t>
        <w:br/>
        <w:t>Нащо сварити дві доби!</w:t>
      </w:r>
    </w:p>
    <w:p>
      <w:r>
        <w:br/>
        <w:t>XXXIV</w:t>
      </w:r>
    </w:p>
    <w:p>
      <w:r>
        <w:br/>
        <w:t>Прихильник слави і свободи,&lt;br /&gt;</w:t>
        <w:br/>
        <w:t>У вируванні дум своїх,&lt;br /&gt;</w:t>
        <w:br/>
        <w:t>Писав би Володимир оди,&lt;br /&gt;</w:t>
        <w:br/>
        <w:t>Та Ольга не читала їх.&lt;br /&gt;</w:t>
        <w:br/>
        <w:t>Поети слізні таємничі,&lt;br /&gt;</w:t>
        <w:br/>
        <w:t>Коханим ви читали в вічі&lt;br /&gt;</w:t>
        <w:br/>
        <w:t>Свої писання? Гомонять,&lt;br /&gt;</w:t>
        <w:br/>
        <w:t>Що втіхи кращої не знать.&lt;br /&gt;</w:t>
        <w:br/>
        <w:t>Блажен, хто в сміливості скромний&lt;br /&gt;</w:t>
        <w:br/>
        <w:t>Читає ніжний утвір свій&lt;br /&gt;</w:t>
        <w:br/>
        <w:t>Пісень обранці неземній,&lt;br /&gt;</w:t>
        <w:br/>
        <w:t>Красуні чарівливо-томній!&lt;br /&gt;</w:t>
        <w:br/>
        <w:t>Блажен... хоч, може,— хто те зна —&lt;br /&gt;</w:t>
        <w:br/>
        <w:t>Про інше думає вона.</w:t>
      </w:r>
    </w:p>
    <w:p>
      <w:r>
        <w:br/>
        <w:t>XXXV</w:t>
      </w:r>
    </w:p>
    <w:p>
      <w:r>
        <w:br/>
        <w:t>Та я свої рядки примхливі,&lt;br /&gt;</w:t>
        <w:br/>
        <w:t>Що в гармонійний злиті рій,&lt;br /&gt;</w:t>
        <w:br/>
        <w:t>Читаю тільки няні сивій,&lt;br /&gt;</w:t>
        <w:br/>
        <w:t>З дитинства подрузі моїй,&lt;br /&gt;</w:t>
        <w:br/>
        <w:t>Чи після довгого обіду&lt;br /&gt;</w:t>
        <w:br/>
        <w:t>Свого поважного сусіду&lt;br /&gt;</w:t>
        <w:br/>
        <w:t>За полу у кутку зловлю&lt;br /&gt;</w:t>
        <w:br/>
        <w:t>Й трагедією там давлю&lt;br /&gt;</w:t>
        <w:br/>
        <w:t>Або (тут жарти залишаю)&lt;br /&gt;</w:t>
        <w:br/>
        <w:t>У нападі нудьги та рим&lt;br /&gt;</w:t>
        <w:br/>
        <w:t>Ходжу над озером моїм,&lt;br /&gt;</w:t>
        <w:br/>
        <w:t>Качок полохаючи зграю:&lt;br /&gt;</w:t>
        <w:br/>
        <w:t>Почувши гармонійний спів,&lt;br /&gt;</w:t>
        <w:br/>
        <w:t>Вони злітають з берегів.</w:t>
      </w:r>
    </w:p>
    <w:p>
      <w:r>
        <w:br/>
        <w:t>XXXVI. XXXVII</w:t>
      </w:r>
    </w:p>
    <w:p>
      <w:r>
        <w:br/>
        <w:t>А що ж Онєгін? Не гнівіться!&lt;br /&gt;</w:t>
        <w:br/>
        <w:t>Терпіння вашого прошу:&lt;br /&gt;</w:t>
        <w:br/>
        <w:t>Я вам докладно, як годиться,&lt;br /&gt;</w:t>
        <w:br/>
        <w:t>Весь день його тут опишу.&lt;br /&gt;</w:t>
        <w:br/>
        <w:t>Анахоретом живши в домі,&lt;br /&gt;</w:t>
        <w:br/>
        <w:t>Вставав улітку він о сьомій&lt;br /&gt;</w:t>
        <w:br/>
        <w:t>І, в одіж вдягшися легку,&lt;br /&gt;</w:t>
        <w:br/>
        <w:t>Рушав під гору, на ріку;&lt;br /&gt;</w:t>
        <w:br/>
        <w:t>Там, як співець Гюльнари знаний*,&lt;br /&gt;</w:t>
        <w:br/>
        <w:t>Сей Геллеспонт перепливав,&lt;br /&gt;</w:t>
        <w:br/>
        <w:t>А потім каву випивав,&lt;br /&gt;</w:t>
        <w:br/>
        <w:t>Журнал гортаючи поганий,&lt;br /&gt;</w:t>
        <w:br/>
        <w:t>І одягався...</w:t>
      </w:r>
    </w:p>
    <w:p>
      <w:r>
        <w:br/>
        <w:t>-------------------&lt;br /&gt;</w:t>
        <w:br/>
        <w:t>* Байрон, що року 1810 переплив Дарданелльську протоку. — Ред.</w:t>
      </w:r>
    </w:p>
    <w:p>
      <w:r>
        <w:br/>
        <w:t>XXXVIII. XXXIX</w:t>
      </w:r>
    </w:p>
    <w:p>
      <w:r>
        <w:br/>
        <w:t>Дозвілля, книги, сон глибокий,&lt;br /&gt;</w:t>
        <w:br/>
        <w:t>Діброва, струмінь лісовий,&lt;br /&gt;</w:t>
        <w:br/>
        <w:t>А часом — личко чорнооке&lt;br /&gt;</w:t>
        <w:br/>
        <w:t>І поцілунок молодий,&lt;br /&gt;</w:t>
        <w:br/>
        <w:t>Слухняний кінь дзвінкокопитий,&lt;br /&gt;</w:t>
        <w:br/>
        <w:t>Обід доволі розмаїтий,&lt;br /&gt;</w:t>
        <w:br/>
        <w:t>Та пляшка світлого вина,&lt;br /&gt;</w:t>
        <w:br/>
        <w:t>Та самота і тишина,-&lt;br /&gt;</w:t>
        <w:br/>
        <w:t>Святе життя мого героя;&lt;br /&gt;</w:t>
        <w:br/>
        <w:t>До нього він нечутно звик,&lt;br /&gt;</w:t>
        <w:br/>
        <w:t>Забувши дням чергу і лік&lt;br /&gt;</w:t>
        <w:br/>
        <w:t>Ясною літньою порою,&lt;br /&gt;</w:t>
        <w:br/>
        <w:t>А місто й друзів занедбав,&lt;br /&gt;</w:t>
        <w:br/>
        <w:t>Як і марноту їх забав.</w:t>
      </w:r>
    </w:p>
    <w:p>
      <w:r>
        <w:br/>
        <w:t>XL</w:t>
      </w:r>
    </w:p>
    <w:p>
      <w:r>
        <w:br/>
        <w:t>Але північне наше літо,&lt;br /&gt;</w:t>
        <w:br/>
        <w:t>Карикатура теплих зим,&lt;br /&gt;</w:t>
        <w:br/>
        <w:t>Майне — й нема, хоч гордовито&lt;br /&gt;</w:t>
        <w:br/>
        <w:t>Ми і ховаємося з цим.&lt;br /&gt;</w:t>
        <w:br/>
        <w:t>Вже в небі осінь повівала,&lt;br /&gt;</w:t>
        <w:br/>
        <w:t>Вже рідше сонечко блищало&lt;br /&gt;</w:t>
        <w:br/>
        <w:t>І до ущербу день ішов,&lt;br /&gt;</w:t>
        <w:br/>
        <w:t>Таємна глибочінь дібров&lt;br /&gt;</w:t>
        <w:br/>
        <w:t>З печальним шумом оголялась,&lt;br /&gt;</w:t>
        <w:br/>
        <w:t>На ниви налягав туман,&lt;br /&gt;</w:t>
        <w:br/>
        <w:t>Гусей крикливих караван&lt;br /&gt;</w:t>
        <w:br/>
        <w:t>На південь тягся; наближалась&lt;br /&gt;</w:t>
        <w:br/>
        <w:t>Нудна, безрадісна пора:&lt;br /&gt;</w:t>
        <w:br/>
        <w:t>Стояв листо?пад край двора.</w:t>
      </w:r>
    </w:p>
    <w:p>
      <w:r>
        <w:br/>
        <w:t>ХLІ</w:t>
      </w:r>
    </w:p>
    <w:p>
      <w:r>
        <w:br/>
        <w:t>Горить зоря в імлі холодній;&lt;br /&gt;</w:t>
        <w:br/>
        <w:t>На нивах праці шум замовк;&lt;br /&gt;</w:t>
        <w:br/>
        <w:t>Удвох з вовчихою голодний&lt;br /&gt;</w:t>
        <w:br/>
        <w:t>Виходить на дорогу вовк;&lt;br /&gt;</w:t>
        <w:br/>
        <w:t>Його почувши, кінь тривожний&lt;br /&gt;</w:t>
        <w:br/>
        <w:t>Хропе — і мчиться подорожній,&lt;br /&gt;</w:t>
        <w:br/>
        <w:t>Аж вітер забиває дух;&lt;br /&gt;</w:t>
        <w:br/>
        <w:t>На ранішній зорі пастух&lt;br /&gt;</w:t>
        <w:br/>
        <w:t>Корів не гонить по долині,&lt;br /&gt;</w:t>
        <w:br/>
        <w:t>І в час південний на лужок&lt;br /&gt;</w:t>
        <w:br/>
        <w:t>Не кличе їх його ріжок;&lt;br /&gt;</w:t>
        <w:br/>
        <w:t>З піснями діва23 у хатині&lt;br /&gt;</w:t>
        <w:br/>
        <w:t>Пряде, і, праці друг нічний,&lt;br /&gt;</w:t>
        <w:br/>
        <w:t>Миглива скалка світить їй.</w:t>
      </w:r>
    </w:p>
    <w:p>
      <w:r>
        <w:br/>
        <w:t>ХLII</w:t>
      </w:r>
    </w:p>
    <w:p>
      <w:r>
        <w:br/>
        <w:t>І от уже тріщать морози,&lt;br /&gt;</w:t>
        <w:br/>
        <w:t>У тиші срібляться лункій...&lt;br /&gt;</w:t>
        <w:br/>
        <w:t>(Читач мій жде тут рими рози;&lt;br /&gt;</w:t>
        <w:br/>
        <w:t>На от, візьми її мерщій!)&lt;br /&gt;</w:t>
        <w:br/>
        <w:t>Чистіші за паркети модні&lt;br /&gt;</w:t>
        <w:br/>
        <w:t>Ріки просторища холодні,&lt;br /&gt;</w:t>
        <w:br/>
        <w:t>І креслить ковзанками лід&lt;br /&gt;</w:t>
        <w:br/>
        <w:t>Хлопчаток гомінливий рід24;&lt;br /&gt;</w:t>
        <w:br/>
        <w:t>Червонолап, гусак дебелий,&lt;br /&gt;</w:t>
        <w:br/>
        <w:t>По лону вод пливти схотів,&lt;br /&gt;</w:t>
        <w:br/>
        <w:t>На кригу повагом ступив,&lt;br /&gt;</w:t>
        <w:br/>
        <w:t>Слизнувсь і падає; веселий&lt;br /&gt;</w:t>
        <w:br/>
        <w:t>Мелькає, в'ється перший сніг,&lt;br /&gt;</w:t>
        <w:br/>
        <w:t>Ляга зірками вздовж доріг.</w:t>
      </w:r>
    </w:p>
    <w:p>
      <w:r>
        <w:br/>
        <w:t>ХLIІІ</w:t>
      </w:r>
    </w:p>
    <w:p>
      <w:r>
        <w:br/>
        <w:t>Як взимку тут прожить безжурно?&lt;br /&gt;</w:t>
        <w:br/>
        <w:t>Гулять? Та вколо пустота,&lt;br /&gt;</w:t>
        <w:br/>
        <w:t>Мов тім'я лисого Сатурна&lt;br /&gt;</w:t>
        <w:br/>
        <w:t>Або кріпацька біднота.&lt;br /&gt;</w:t>
        <w:br/>
        <w:t>Чи верхи мчатися стрілою?&lt;br /&gt;</w:t>
        <w:br/>
        <w:t>Та кінь, підковою тупою&lt;br /&gt;</w:t>
        <w:br/>
        <w:t>За лід чіпляючись хрусткий,&lt;br /&gt;</w:t>
        <w:br/>
        <w:t>Спіткнеться і впаде як стій.&lt;br /&gt;</w:t>
        <w:br/>
        <w:t>Сиди в обіймах самотини,&lt;br /&gt;</w:t>
        <w:br/>
        <w:t>Ось Прадт, ось W. Scott — читай,&lt;br /&gt;</w:t>
        <w:br/>
        <w:t>А то рахунки провіряй,&lt;br /&gt;</w:t>
        <w:br/>
        <w:t>Гнівись чи пий; минуть години,&lt;br /&gt;</w:t>
        <w:br/>
        <w:t>Заснеш — і дня уже нема...-&lt;br /&gt;</w:t>
        <w:br/>
        <w:t>Так славно промине зима.</w:t>
      </w:r>
    </w:p>
    <w:p>
      <w:r>
        <w:br/>
        <w:t>XLIV</w:t>
      </w:r>
    </w:p>
    <w:p>
      <w:r>
        <w:br/>
        <w:t>Як Чайльд-Гарольд, запав Євгеній&lt;br /&gt;</w:t>
        <w:br/>
        <w:t>В задуму, схожу до півсна:&lt;br /&gt;</w:t>
        <w:br/>
        <w:t>У ванні з кригою студеній&lt;br /&gt;</w:t>
        <w:br/>
        <w:t>Щораз він день свій почина,&lt;br /&gt;</w:t>
        <w:br/>
        <w:t>А потім, з пильністю науки,&lt;br /&gt;</w:t>
        <w:br/>
        <w:t>Тупого кия взявши в руки,&lt;br /&gt;</w:t>
        <w:br/>
        <w:t>На біліарді грає сам,&lt;br /&gt;</w:t>
        <w:br/>
        <w:t>І так до вечора. А там,&lt;br /&gt;</w:t>
        <w:br/>
        <w:t>Дивись, надворі вже смеркає:&lt;br /&gt;</w:t>
        <w:br/>
        <w:t>Стола накрито, і в камін&lt;br /&gt;</w:t>
        <w:br/>
        <w:t>Дубових кинуто полін.&lt;br /&gt;</w:t>
        <w:br/>
        <w:t>Він жде: от Ленський над'їжджає&lt;br /&gt;</w:t>
        <w:br/>
        <w:t>На чалій троєчці своїй;&lt;br /&gt;</w:t>
        <w:br/>
        <w:t>Давай обідати мерщій!</w:t>
      </w:r>
    </w:p>
    <w:p>
      <w:r>
        <w:br/>
        <w:t>ХLV</w:t>
      </w:r>
    </w:p>
    <w:p>
      <w:r>
        <w:br/>
        <w:t>Вдови Кліко або Моета&lt;br /&gt;</w:t>
        <w:br/>
        <w:t>Благословеннеє вино&lt;br /&gt;</w:t>
        <w:br/>
        <w:t>У пляшці мерзлій для поета&lt;br /&gt;</w:t>
        <w:br/>
        <w:t>Вже приготоване давно.&lt;br /&gt;</w:t>
        <w:br/>
        <w:t>В ньому кипучість Іпокрени25;&lt;br /&gt;</w:t>
        <w:br/>
        <w:t>Його прозорий струм шалений&lt;br /&gt;</w:t>
        <w:br/>
        <w:t>(Подобу і того, й сього)&lt;br /&gt;</w:t>
        <w:br/>
        <w:t>Я божествив; було, свого&lt;br /&gt;</w:t>
        <w:br/>
        <w:t>Останнього не пожалію&lt;br /&gt;</w:t>
        <w:br/>
        <w:t>Я лепта за його бокал!&lt;br /&gt;</w:t>
        <w:br/>
        <w:t>Яких сперечок юний шал,&lt;br /&gt;</w:t>
        <w:br/>
        <w:t>І жарти, й дурощі, і мрію&lt;br /&gt;</w:t>
        <w:br/>
        <w:t>Цей чарівничий плин будив,&lt;br /&gt;</w:t>
        <w:br/>
        <w:t>А скільки віршів, скільки снів!</w:t>
      </w:r>
    </w:p>
    <w:p>
      <w:r>
        <w:br/>
        <w:t>ХLVІ</w:t>
      </w:r>
    </w:p>
    <w:p>
      <w:r>
        <w:br/>
        <w:t>Та шлунок мій в іскристій піні&lt;br /&gt;</w:t>
        <w:br/>
        <w:t>Став небезпеку примічать,&lt;br /&gt;</w:t>
        <w:br/>
        <w:t>І я бордо статечний нині&lt;br /&gt;</w:t>
        <w:br/>
        <w:t>Волію, друзі, споживать.&lt;br /&gt;</w:t>
        <w:br/>
        <w:t>Я більше до аї не здібний;&lt;br /&gt;</w:t>
        <w:br/>
        <w:t>Він до коханої подібний,&lt;br /&gt;</w:t>
        <w:br/>
        <w:t>Що в'ється, міниться, кипить,&lt;br /&gt;</w:t>
        <w:br/>
        <w:t>Полюбить і покине вмить...&lt;br /&gt;</w:t>
        <w:br/>
        <w:t>А ти, бордо, на друга схожий,&lt;br /&gt;</w:t>
        <w:br/>
        <w:t>Що завжди, в горі і в біді,&lt;br /&gt;</w:t>
        <w:br/>
        <w:t>На суходолі й на воді&lt;br /&gt;</w:t>
        <w:br/>
        <w:t>Пораду дасть і допоможе,&lt;br /&gt;</w:t>
        <w:br/>
        <w:t>Утишить біль тяжких недуг...&lt;br /&gt;</w:t>
        <w:br/>
        <w:t>Нехай живе бордо, наш друг!</w:t>
      </w:r>
    </w:p>
    <w:p>
      <w:r>
        <w:br/>
        <w:t>ХLVІІ</w:t>
      </w:r>
    </w:p>
    <w:p>
      <w:r>
        <w:br/>
        <w:t>Огонь погас; лиш під золою&lt;br /&gt;</w:t>
        <w:br/>
        <w:t>Ще тліє золото жарин;&lt;br /&gt;</w:t>
        <w:br/>
        <w:t>Лиш пара хвилею тонкою&lt;br /&gt;</w:t>
        <w:br/>
        <w:t>Струмує. Розлива камін&lt;br /&gt;</w:t>
        <w:br/>
        <w:t>Тепло останнє. Дим пахучий&lt;br /&gt;</w:t>
        <w:br/>
        <w:t>Іде з люльок. Вино кипуче&lt;br /&gt;</w:t>
        <w:br/>
        <w:t>Іще шумить серед стола;&lt;br /&gt;</w:t>
        <w:br/>
        <w:t>Вечірня налягає мла...&lt;br /&gt;</w:t>
        <w:br/>
        <w:t>(Люблю, як зійдуться друзяки&lt;br /&gt;</w:t>
        <w:br/>
        <w:t>Потеревенить при вині&lt;br /&gt;</w:t>
        <w:br/>
        <w:t>У присмерковій тишині,&lt;br /&gt;</w:t>
        <w:br/>
        <w:t>У час "між вовка та собаки".&lt;br /&gt;</w:t>
        <w:br/>
        <w:t>Як звикли ми чомусь казать).&lt;br /&gt;</w:t>
        <w:br/>
        <w:t>Тож наші друзі гомонять:</w:t>
      </w:r>
    </w:p>
    <w:p>
      <w:r>
        <w:br/>
        <w:t>ХLVII</w:t>
      </w:r>
    </w:p>
    <w:p>
      <w:r>
        <w:br/>
        <w:t>"Ну, як там Ларіни-панянки?&lt;br /&gt;</w:t>
        <w:br/>
        <w:t>Як Ольга пожива твоя?"&lt;br /&gt;</w:t>
        <w:br/>
        <w:t>"Налий-но ще мені півсклянки...&lt;br /&gt;</w:t>
        <w:br/>
        <w:t>Доволі, друже... Вся сім'я&lt;br /&gt;</w:t>
        <w:br/>
        <w:t>Здорова; кланялись, до речі.&lt;br /&gt;</w:t>
        <w:br/>
        <w:t>Ах, що за груди, що за плечі&lt;br /&gt;</w:t>
        <w:br/>
        <w:t>У Ольги! А душа яка!&lt;br /&gt;</w:t>
        <w:br/>
        <w:t>Стара щоразу заклика&lt;br /&gt;</w:t>
        <w:br/>
        <w:t>Тебе у гості, милий друже.&lt;br /&gt;</w:t>
        <w:br/>
        <w:t>А й справді, слід поїхать нам,&lt;br /&gt;</w:t>
        <w:br/>
        <w:t>А то зміркуй лише ти сам:&lt;br /&gt;</w:t>
        <w:br/>
        <w:t>Ти так поставився байдуже...&lt;br /&gt;</w:t>
        <w:br/>
        <w:t>Стривай-но... дурень я з дурних!&lt;br /&gt;</w:t>
        <w:br/>
        <w:t>Тебе ж запрошено до них!"</w:t>
      </w:r>
    </w:p>
    <w:p>
      <w:r>
        <w:br/>
        <w:t>ХLІХ</w:t>
      </w:r>
    </w:p>
    <w:p>
      <w:r>
        <w:br/>
        <w:t>"Мене?" — "Татьянині йменини&lt;br /&gt;</w:t>
        <w:br/>
        <w:t>В суботу. Велено сказать,&lt;br /&gt;</w:t>
        <w:br/>
        <w:t>Щоб ти приїхав — і причини&lt;br /&gt;</w:t>
        <w:br/>
        <w:t>Нема тобі не завітать".&lt;br /&gt;</w:t>
        <w:br/>
        <w:t>"Але ж там буде, безумовно,&lt;br /&gt;</w:t>
        <w:br/>
        <w:t>Невігласів усяких повно..."&lt;br /&gt;</w:t>
        <w:br/>
        <w:t>"Нікого, запевняю я!&lt;br /&gt;</w:t>
        <w:br/>
        <w:t>Хто буде там? Своя сім'я!&lt;br /&gt;</w:t>
        <w:br/>
        <w:t>Поїдьмо, друже мій коханий!&lt;br /&gt;</w:t>
        <w:br/>
        <w:t>Ну що ж?" — "Я згоден".— "Це-то так!"&lt;br /&gt;</w:t>
        <w:br/>
        <w:t>І склянку вихилив юнак&lt;br /&gt;</w:t>
        <w:br/>
        <w:t>За Ольги личенько рум'яне,&lt;br /&gt;</w:t>
        <w:br/>
        <w:t>І далі річ почав ізнов&lt;br /&gt;</w:t>
        <w:br/>
        <w:t>Про неї: отака любов!</w:t>
      </w:r>
    </w:p>
    <w:p>
      <w:r>
        <w:br/>
        <w:t>L</w:t>
      </w:r>
    </w:p>
    <w:p>
      <w:r>
        <w:br/>
        <w:t>Думки його були веселі:&lt;br /&gt;</w:t>
        <w:br/>
        <w:t>Два тижні — визначено строк,&lt;br /&gt;</w:t>
        <w:br/>
        <w:t>І тайна шлюбної постелі,&lt;br /&gt;</w:t>
        <w:br/>
        <w:t>І ніжних пестощів вінок&lt;br /&gt;</w:t>
        <w:br/>
        <w:t>Поета ждали молодого.&lt;br /&gt;</w:t>
        <w:br/>
        <w:t>Гімена прикрості й тривоги,&lt;br /&gt;</w:t>
        <w:br/>
        <w:t>Холодні позіхи нудні&lt;br /&gt;</w:t>
        <w:br/>
        <w:t>Йому не снились і вві сні.&lt;br /&gt;</w:t>
        <w:br/>
        <w:t>Ми, давні вороги Гімена,&lt;br /&gt;</w:t>
        <w:br/>
        <w:t>У шлюбнім бачимо житті&lt;br /&gt;</w:t>
        <w:br/>
        <w:t>Картини, втомні і пусті,&lt;br /&gt;</w:t>
        <w:br/>
        <w:t>Роман в манері Лафонтена...26&lt;br /&gt;</w:t>
        <w:br/>
        <w:t>Та Ленський, читачі мої,&lt;br /&gt;</w:t>
        <w:br/>
        <w:t>Немов родився для сім'ї.</w:t>
      </w:r>
    </w:p>
    <w:p>
      <w:r>
        <w:br/>
        <w:t>LІ</w:t>
      </w:r>
    </w:p>
    <w:p>
      <w:r>
        <w:br/>
        <w:t>Його кохали... Так він щиро&lt;br /&gt;</w:t>
        <w:br/>
        <w:t>Принаймні думав завжди сам.&lt;br /&gt;</w:t>
        <w:br/>
        <w:t>Блажен, хто в серці має віру,&lt;br /&gt;</w:t>
        <w:br/>
        <w:t>Хто з неостудженим чуттям&lt;br /&gt;</w:t>
        <w:br/>
        <w:t>Запав у раювання миле,&lt;br /&gt;</w:t>
        <w:br/>
        <w:t>Як на ночівлі гість підпилий,&lt;br /&gt;</w:t>
        <w:br/>
        <w:t>Або ж метелик той, скажім,&lt;br /&gt;</w:t>
        <w:br/>
        <w:t>Що сів на квіті веснянім;&lt;br /&gt;</w:t>
        <w:br/>
        <w:t>Але нещасний, хто вбачає&lt;br /&gt;</w:t>
        <w:br/>
        <w:t>Холодним розумом усе,&lt;br /&gt;</w:t>
        <w:br/>
        <w:t>Хто в серці сумніви несе,&lt;br /&gt;</w:t>
        <w:br/>
        <w:t>Хто кожен рух перевіряє,&lt;br /&gt;</w:t>
        <w:br/>
        <w:t>Чий досвід серце остудив&lt;br /&gt;</w:t>
        <w:br/>
        <w:t>І забуття заборонив!</w:t>
      </w:r>
    </w:p>
    <w:p>
      <w:r>
        <w:br/>
        <w:t>Глава п'ята</w:t>
      </w:r>
    </w:p>
    <w:p>
      <w:r>
        <w:br/>
        <w:t>О, не знай страшних цих снів&lt;br /&gt;</w:t>
        <w:br/>
        <w:t>Ти, моя Світлано!&lt;br /&gt;</w:t>
        <w:br/>
        <w:t>Жуковський</w:t>
      </w:r>
    </w:p>
    <w:p>
      <w:r>
        <w:br/>
        <w:t>I</w:t>
      </w:r>
    </w:p>
    <w:p>
      <w:r>
        <w:br/>
        <w:t>Довгенько осінь гостювала,&lt;br /&gt;</w:t>
        <w:br/>
        <w:t>І забарився перший сніг;&lt;br /&gt;</w:t>
        <w:br/>
        <w:t>Його природа ждала, ждала,&lt;br /&gt;</w:t>
        <w:br/>
        <w:t>А він лишень у січні ліг&lt;br /&gt;</w:t>
        <w:br/>
        <w:t>Під третій день. Уставши зрана,&lt;br /&gt;</w:t>
        <w:br/>
        <w:t>В вікно побачила Татьяна&lt;br /&gt;</w:t>
        <w:br/>
        <w:t>Недавно побілілий двір,&lt;br /&gt;</w:t>
        <w:br/>
        <w:t>Дахи, куртини, косогір,&lt;br /&gt;</w:t>
        <w:br/>
        <w:t>Химерні на шибках узори,&lt;br /&gt;</w:t>
        <w:br/>
        <w:t>У сріблі дерева? старі,&lt;br /&gt;</w:t>
        <w:br/>
        <w:t>Сорок веселих на дворі&lt;br /&gt;</w:t>
        <w:br/>
        <w:t>І м'яко вистелені гори&lt;br /&gt;</w:t>
        <w:br/>
        <w:t>Зими покровом осяйним&lt;br /&gt;</w:t>
        <w:br/>
        <w:t>Під небом ясно-голубим.</w:t>
      </w:r>
    </w:p>
    <w:p>
      <w:r>
        <w:br/>
        <w:t>II</w:t>
      </w:r>
    </w:p>
    <w:p>
      <w:r>
        <w:br/>
        <w:t>Зима!.. Радіючи, в ґринджоли&lt;br /&gt;</w:t>
        <w:br/>
        <w:t>Конячку селянин запріг;&lt;br /&gt;</w:t>
        <w:br/>
        <w:t>По первопуттю через поле&lt;br /&gt;</w:t>
        <w:br/>
        <w:t>Вона чвалає, вчувши сніг;&lt;br /&gt;</w:t>
        <w:br/>
        <w:t>Пухнаті краючи рівнини,&lt;br /&gt;</w:t>
        <w:br/>
        <w:t>Кибитка відчайдушна лине:&lt;br /&gt;</w:t>
        <w:br/>
        <w:t>Візник сидить на передку&lt;br /&gt;</w:t>
        <w:br/>
        <w:t>В червонім пасі, в кожушку.&lt;br /&gt;</w:t>
        <w:br/>
        <w:t>От хлопчик бігає дворовий:&lt;br /&gt;</w:t>
        <w:br/>
        <w:t>Жучка в санчата посадив,&lt;br /&gt;</w:t>
        <w:br/>
        <w:t>Себе в коня перетворив;&lt;br /&gt;</w:t>
        <w:br/>
        <w:t>Сміяться й плакать він готовий:&lt;br /&gt;</w:t>
        <w:br/>
        <w:t>У пальцях зашпори давно,&lt;br /&gt;</w:t>
        <w:br/>
        <w:t>А мати лає крізь вікно...</w:t>
      </w:r>
    </w:p>
    <w:p>
      <w:r>
        <w:br/>
        <w:t>III</w:t>
      </w:r>
    </w:p>
    <w:p>
      <w:r>
        <w:br/>
        <w:t>Та, може, всі такі дрібниці&lt;br /&gt;</w:t>
        <w:br/>
        <w:t>Вам погляду не звеселять:&lt;br /&gt;</w:t>
        <w:br/>
        <w:t>Даремна річ в природі ницій&lt;br /&gt;</w:t>
        <w:br/>
        <w:t>Нам елегантного шукать.&lt;br /&gt;</w:t>
        <w:br/>
        <w:t>Натхненням божеським зігрітий,&lt;br /&gt;</w:t>
        <w:br/>
        <w:t>Поет найшовся знаменитий,&lt;br /&gt;</w:t>
        <w:br/>
        <w:t>Що пишно і принадно зміг&lt;br /&gt;</w:t>
        <w:br/>
        <w:t>Намалювати перший сніг27.&lt;br /&gt;</w:t>
        <w:br/>
        <w:t>Зчарує вас він, я пророчу,&lt;br /&gt;</w:t>
        <w:br/>
        <w:t>В рядках малюючи дзвінких&lt;br /&gt;</w:t>
        <w:br/>
        <w:t>Гуляння на санках легких;&lt;br /&gt;</w:t>
        <w:br/>
        <w:t>Та я змагаться з ним не хочу,&lt;br /&gt;</w:t>
        <w:br/>
        <w:t>Як і з тобою, друже мій,&lt;br /&gt;</w:t>
        <w:br/>
        <w:t>Співець Фінляндки запальний!28</w:t>
      </w:r>
    </w:p>
    <w:p>
      <w:r>
        <w:br/>
        <w:t>IV</w:t>
      </w:r>
    </w:p>
    <w:p>
      <w:r>
        <w:br/>
        <w:t>Татьяна (руську душу мавши,&lt;br /&gt;</w:t>
        <w:br/>
        <w:t>Сама не знаючи чому)&lt;br /&gt;</w:t>
        <w:br/>
        <w:t>Любила зиму руську завше,&lt;br /&gt;</w:t>
        <w:br/>
        <w:t>Таку величну та німу,&lt;br /&gt;</w:t>
        <w:br/>
        <w:t>В морозний день на сонці іній,&lt;br /&gt;</w:t>
        <w:br/>
        <w:t>І на зорі змагання тіней&lt;br /&gt;</w:t>
        <w:br/>
        <w:t>З рожевим полиском снігів,&lt;br /&gt;</w:t>
        <w:br/>
        <w:t>І млу хрещенських вечорів.&lt;br /&gt;</w:t>
        <w:br/>
        <w:t>По-старовинному любили&lt;br /&gt;</w:t>
        <w:br/>
        <w:t>Цей вечір святкувати в них:&lt;br /&gt;</w:t>
        <w:br/>
        <w:t>Служниці з закутків усіх&lt;br /&gt;</w:t>
        <w:br/>
        <w:t>Гуртом панянкам ворожили&lt;br /&gt;</w:t>
        <w:br/>
        <w:t>І провіщали з перших слів&lt;br /&gt;</w:t>
        <w:br/>
        <w:t>Війну й військових женихів.</w:t>
      </w:r>
    </w:p>
    <w:p>
      <w:r>
        <w:br/>
        <w:t>V</w:t>
      </w:r>
    </w:p>
    <w:p>
      <w:r>
        <w:br/>
        <w:t>Татьяна вірила не жартом&lt;br /&gt;</w:t>
        <w:br/>
        <w:t>Усім простолюду казкам,&lt;br /&gt;</w:t>
        <w:br/>
        <w:t>І снам, і ворожійним картам,&lt;br /&gt;</w:t>
        <w:br/>
        <w:t>І місяцеві, і зіркам.&lt;br /&gt;</w:t>
        <w:br/>
        <w:t>Її тривожили ознаки;&lt;br /&gt;</w:t>
        <w:br/>
        <w:t>Звичайне явище усяке&lt;br /&gt;</w:t>
        <w:br/>
        <w:t>Вістило їй добро чи зло,&lt;br /&gt;</w:t>
        <w:br/>
        <w:t>Передчуття її пекло.&lt;br /&gt;</w:t>
        <w:br/>
        <w:t>Маніжний кіт було вмиває&lt;br /&gt;</w:t>
        <w:br/>
        <w:t>Свій писок лапками,— вона&lt;br /&gt;</w:t>
        <w:br/>
        <w:t>Напевно вже по тому зна,&lt;br /&gt;</w:t>
        <w:br/>
        <w:t>Що їдуть гості. Випливає&lt;br /&gt;</w:t>
        <w:br/>
        <w:t>Ліворуч місяць-молодик,-&lt;br /&gt;</w:t>
        <w:br/>
        <w:t>Вона, легкий стримавши крик,</w:t>
      </w:r>
    </w:p>
    <w:p>
      <w:r>
        <w:br/>
        <w:t>VI</w:t>
      </w:r>
    </w:p>
    <w:p>
      <w:r>
        <w:br/>
        <w:t>Тремтить і з жаху полотніє.&lt;br /&gt;</w:t>
        <w:br/>
        <w:t>А як падучої зорі&lt;br /&gt;</w:t>
        <w:br/>
        <w:t>Стріла огниста залеліє&lt;br /&gt;</w:t>
        <w:br/>
        <w:t>У небі темному вгорі,-&lt;br /&gt;</w:t>
        <w:br/>
        <w:t>Тоді Татьяна поспішала,&lt;br /&gt;</w:t>
        <w:br/>
        <w:t>Ще поки зірка та не впала,&lt;br /&gt;</w:t>
        <w:br/>
        <w:t>Шепнуть бажання серця їй.&lt;br /&gt;</w:t>
        <w:br/>
        <w:t>Коли, було, чернечий стрій&lt;br /&gt;</w:t>
        <w:br/>
        <w:t>Вона побачить на дорозі&lt;br /&gt;</w:t>
        <w:br/>
        <w:t>Чи заєць, бистрий та легкий,&lt;br /&gt;</w:t>
        <w:br/>
        <w:t>Перебіжить дорогу їй,-&lt;br /&gt;</w:t>
        <w:br/>
        <w:t>Недобрій вірячи загрозі,&lt;br /&gt;</w:t>
        <w:br/>
        <w:t>Вона не знала вже й сама,&lt;br /&gt;</w:t>
        <w:br/>
        <w:t>Чи є рятунок, чи нема.</w:t>
      </w:r>
    </w:p>
    <w:p>
      <w:r>
        <w:br/>
        <w:t>VII</w:t>
      </w:r>
    </w:p>
    <w:p>
      <w:r>
        <w:br/>
        <w:t>Що ж? Потаємний чар ловила&lt;br /&gt;</w:t>
        <w:br/>
        <w:t>Вона і в острахах самих;&lt;br /&gt;</w:t>
        <w:br/>
        <w:t>Так нас природа сотворила&lt;br /&gt;</w:t>
        <w:br/>
        <w:t>У суперечностях своїх.&lt;br /&gt;</w:t>
        <w:br/>
        <w:t>Святки! Пора, для серця мила!&lt;br /&gt;</w:t>
        <w:br/>
        <w:t>Ворожить молодь легкокрила,&lt;br /&gt;</w:t>
        <w:br/>
        <w:t>Якій нічого ще не жаль,&lt;br /&gt;</w:t>
        <w:br/>
        <w:t>Перед якою ясна даль&lt;br /&gt;</w:t>
        <w:br/>
        <w:t>У світ прослалася великий;&lt;br /&gt;</w:t>
        <w:br/>
        <w:t>Старі при вході гробовім&lt;br /&gt;</w:t>
        <w:br/>
        <w:t>Ворожать оком півсліпим,&lt;br /&gt;</w:t>
        <w:br/>
        <w:t>Усе вже стративши навіки:&lt;br /&gt;</w:t>
        <w:br/>
        <w:t>Надія бреше тим і тим&lt;br /&gt;</w:t>
        <w:br/>
        <w:t>Дитячим лепетом своїм.</w:t>
      </w:r>
    </w:p>
    <w:p>
      <w:r>
        <w:br/>
        <w:t>VIII</w:t>
      </w:r>
    </w:p>
    <w:p>
      <w:r>
        <w:br/>
        <w:t>Татьяна стежить пильним зором&lt;br /&gt;</w:t>
        <w:br/>
        <w:t>За воском жовтим у воді;&lt;br /&gt;</w:t>
        <w:br/>
        <w:t>Він їй чудним своїм узором&lt;br /&gt;</w:t>
        <w:br/>
        <w:t>Чуття бентежить молоді.&lt;br /&gt;</w:t>
        <w:br/>
        <w:t>Із блюда повного з водою&lt;br /&gt;</w:t>
        <w:br/>
        <w:t>Обручки тягнуть за чергою,&lt;br /&gt;</w:t>
        <w:br/>
        <w:t>І вийнялась обручка їй&lt;br /&gt;</w:t>
        <w:br/>
        <w:t>Під старовинний спів такий:&lt;br /&gt;</w:t>
        <w:br/>
        <w:t>"Усяк там мужичок багатий,&lt;br /&gt;</w:t>
        <w:br/>
        <w:t>Гребе лопатою срібло;&lt;br /&gt;</w:t>
        <w:br/>
        <w:t>Кому співаєм, того зло&lt;br /&gt;</w:t>
        <w:br/>
        <w:t>Минає!" — Та віщує втрати&lt;br /&gt;</w:t>
        <w:br/>
        <w:t>Протяжний, жалісний цей спів;&lt;br /&gt;</w:t>
        <w:br/>
        <w:t>Миліша киця серцю дів29.</w:t>
      </w:r>
    </w:p>
    <w:p>
      <w:r>
        <w:br/>
        <w:t>IX</w:t>
      </w:r>
    </w:p>
    <w:p>
      <w:r>
        <w:br/>
        <w:t>Морозна ніч, у небі ясно;&lt;br /&gt;</w:t>
        <w:br/>
        <w:t>Тече величний хор світил&lt;br /&gt;</w:t>
        <w:br/>
        <w:t>Так гармонійно, так прекрасно...&lt;br /&gt;</w:t>
        <w:br/>
        <w:t>В широкий двір, повз частокіл&lt;br /&gt;</w:t>
        <w:br/>
        <w:t>Татьяна в сукні лиш виходить,&lt;br /&gt;</w:t>
        <w:br/>
        <w:t>На місяць дзеркало наводить;&lt;br /&gt;</w:t>
        <w:br/>
        <w:t>Але з небесних височин&lt;br /&gt;</w:t>
        <w:br/>
        <w:t>Одбився місяць лиш один.&lt;br /&gt;</w:t>
        <w:br/>
        <w:t>О!.. Сніг тріщить!.. То перехожий;&lt;br /&gt;</w:t>
        <w:br/>
        <w:t>Вона на пальчиках біжить,&lt;br /&gt;</w:t>
        <w:br/>
        <w:t>І голосок її бринить,&lt;br /&gt;</w:t>
        <w:br/>
        <w:t>На флейту милозвучну схожий:&lt;br /&gt;</w:t>
        <w:br/>
        <w:t>Як ваше ймення?30 їй не в тон&lt;br /&gt;</w:t>
        <w:br/>
        <w:t>Одповіда він: Агафон.</w:t>
      </w:r>
    </w:p>
    <w:p>
      <w:r>
        <w:br/>
        <w:t>X</w:t>
      </w:r>
    </w:p>
    <w:p>
      <w:r>
        <w:br/>
        <w:t>Щоб ворожити до світання,&lt;br /&gt;</w:t>
        <w:br/>
        <w:t>Як няня радила зробить,&lt;br /&gt;</w:t>
        <w:br/>
        <w:t>Стола на двох веліла Таня&lt;br /&gt;</w:t>
        <w:br/>
        <w:t>У бані звечора накрить;&lt;br /&gt;</w:t>
        <w:br/>
        <w:t>Та жах узяв нараз Татьяну.&lt;br /&gt;</w:t>
        <w:br/>
        <w:t>І я — на згадку про Світлану —&lt;br /&gt;</w:t>
        <w:br/>
        <w:t>Собі від ляку задрижав...&lt;br /&gt;</w:t>
        <w:br/>
        <w:t>Та що нам до дівочих справ?&lt;br /&gt;</w:t>
        <w:br/>
        <w:t>Вона тремтячою рукою&lt;br /&gt;</w:t>
        <w:br/>
        <w:t>Зняла одежу і лягла;&lt;br /&gt;</w:t>
        <w:br/>
        <w:t>Торкнувся Лель її чола;&lt;br /&gt;</w:t>
        <w:br/>
        <w:t>А під подушкою м'якою&lt;br /&gt;</w:t>
        <w:br/>
        <w:t>Дівоче дзеркало лежить.&lt;br /&gt;</w:t>
        <w:br/>
        <w:t>Затихло все. Татьяна спить.</w:t>
      </w:r>
    </w:p>
    <w:p>
      <w:r>
        <w:br/>
        <w:t>XI</w:t>
      </w:r>
    </w:p>
    <w:p>
      <w:r>
        <w:br/>
        <w:t>І сниться дивний сон Татьяні.&lt;br /&gt;</w:t>
        <w:br/>
        <w:t>Їй сниться, нібито вона&lt;br /&gt;</w:t>
        <w:br/>
        <w:t>Іде по сніговій поляні;&lt;br /&gt;</w:t>
        <w:br/>
        <w:t>Навколо ночі мла сумна;&lt;br /&gt;</w:t>
        <w:br/>
        <w:t>В заметах сніжних перед нею&lt;br /&gt;</w:t>
        <w:br/>
        <w:t>Водою сивою своєю&lt;br /&gt;</w:t>
        <w:br/>
        <w:t>Реве, немов луна погроз,&lt;br /&gt;</w:t>
        <w:br/>
        <w:t>Потік, що не скував мороз.&lt;br /&gt;</w:t>
        <w:br/>
        <w:t>Татьяна бачить дві жердини:&lt;br /&gt;</w:t>
        <w:br/>
        <w:t>Подоба згубного містка&lt;br /&gt;</w:t>
        <w:br/>
        <w:t>Лежить над хвилями, хистка;&lt;br /&gt;</w:t>
        <w:br/>
        <w:t>Край виру, що шумить і рине,&lt;br /&gt;</w:t>
        <w:br/>
        <w:t>Спинилась дівчина, і страх,&lt;br /&gt;</w:t>
        <w:br/>
        <w:t>І подив у її грудях.</w:t>
      </w:r>
    </w:p>
    <w:p>
      <w:r>
        <w:br/>
        <w:t>XII</w:t>
      </w:r>
    </w:p>
    <w:p>
      <w:r>
        <w:br/>
        <w:t>Як на негадану розлуку,&lt;br /&gt;</w:t>
        <w:br/>
        <w:t>Гнівиться Таня на потік;&lt;br /&gt;</w:t>
        <w:br/>
        <w:t>Нікого, хто подав би руку,&lt;br /&gt;</w:t>
        <w:br/>
        <w:t>Її легкий почувши крик;&lt;br /&gt;</w:t>
        <w:br/>
        <w:t>Аж тут замет заворушився,&lt;br /&gt;</w:t>
        <w:br/>
        <w:t>І хто ж з-під нього появився?&lt;br /&gt;</w:t>
        <w:br/>
        <w:t>Ведмідь, кудлатий і тяжкий.&lt;br /&gt;</w:t>
        <w:br/>
        <w:t>Татьяна: ах! — а він, страшний,&lt;br /&gt;</w:t>
        <w:br/>
        <w:t>Реве — і лапу з пазура?ми&lt;br /&gt;</w:t>
        <w:br/>
        <w:t>Простяг. За липу мимохіть&lt;br /&gt;</w:t>
        <w:br/>
        <w:t>Вона взялася, хоч тремтить,&lt;br /&gt;</w:t>
        <w:br/>
        <w:t>І боязкими ступенями&lt;br /&gt;</w:t>
        <w:br/>
        <w:t>Зійшла через місток на лід,&lt;br /&gt;</w:t>
        <w:br/>
        <w:t>Біжить,— а він за нею вслід.</w:t>
      </w:r>
    </w:p>
    <w:p>
      <w:r>
        <w:br/>
        <w:t>XIII</w:t>
      </w:r>
    </w:p>
    <w:p>
      <w:r>
        <w:br/>
        <w:t>Татьяна кинулась тікати,&lt;br /&gt;</w:t>
        <w:br/>
        <w:t>Легку прискорює бігу,&lt;br /&gt;</w:t>
        <w:br/>
        <w:t>Та все біжить лакей кошлатий,&lt;br /&gt;</w:t>
        <w:br/>
        <w:t>Провалюючись у снігу;&lt;br /&gt;</w:t>
        <w:br/>
        <w:t>Він крекче в тупоті важкому;&lt;br /&gt;</w:t>
        <w:br/>
        <w:t>Ліс перед ними; нерухомо&lt;br /&gt;</w:t>
        <w:br/>
        <w:t>Похмурих сосон ряд стоїть...&lt;br /&gt;</w:t>
        <w:br/>
        <w:t>Звисає низько з верховіть&lt;br /&gt;</w:t>
        <w:br/>
        <w:t>Лапатий сніг; крізь віття голе&lt;br /&gt;</w:t>
        <w:br/>
        <w:t>Осик, беріз та лип старих&lt;br /&gt;</w:t>
        <w:br/>
        <w:t>Сіяє промінь зір нічних;&lt;br /&gt;</w:t>
        <w:br/>
        <w:t>Шляху немає; гори й доли&lt;br /&gt;</w:t>
        <w:br/>
        <w:t>Метелицею занесло,&lt;br /&gt;</w:t>
        <w:br/>
        <w:t>Усе снігами повило.</w:t>
      </w:r>
    </w:p>
    <w:p>
      <w:r>
        <w:br/>
        <w:t>XIV</w:t>
      </w:r>
    </w:p>
    <w:p>
      <w:r>
        <w:br/>
        <w:t>Татьяна в ліс; ведмідь за нею,&lt;br /&gt;</w:t>
        <w:br/>
        <w:t>Не відриваючи очей;&lt;br /&gt;</w:t>
        <w:br/>
        <w:t>То сосна гілкою своєю&lt;br /&gt;</w:t>
        <w:br/>
        <w:t>Її зачепить, то з ушей&lt;br /&gt;</w:t>
        <w:br/>
        <w:t>Сережки вирве. Ніжка мила&lt;br /&gt;</w:t>
        <w:br/>
        <w:t>В снігу хрусткому загубила&lt;br /&gt;</w:t>
        <w:br/>
        <w:t>Маленький вогкий черевик;&lt;br /&gt;</w:t>
        <w:br/>
        <w:t>Хустина впала в чагарник;&lt;br /&gt;</w:t>
        <w:br/>
        <w:t>Вона її не сміє взяти,&lt;br /&gt;</w:t>
        <w:br/>
        <w:t>Бо звір ступає їй услід;&lt;br /&gt;</w:t>
        <w:br/>
        <w:t>Боронить їй дівочий стид&lt;br /&gt;</w:t>
        <w:br/>
        <w:t>Край сукні навіть підійняти;&lt;br /&gt;</w:t>
        <w:br/>
        <w:t>Біжить, налякана, німа,-&lt;br /&gt;</w:t>
        <w:br/>
        <w:t>І сили бігти вже нема.</w:t>
      </w:r>
    </w:p>
    <w:p>
      <w:r>
        <w:br/>
        <w:t>XV</w:t>
      </w:r>
    </w:p>
    <w:p>
      <w:r>
        <w:br/>
        <w:t>Упала в сніг; ведмідь квапливо&lt;br /&gt;</w:t>
        <w:br/>
        <w:t>Вхопив нещасну і поніс,&lt;br /&gt;</w:t>
        <w:br/>
        <w:t>Нечулу, тиху, мовчазливу,&lt;br /&gt;</w:t>
        <w:br/>
        <w:t>Через пустинний, дикий ліс,&lt;br /&gt;</w:t>
        <w:br/>
        <w:t>Уздовж безлюдної дороги&lt;br /&gt;</w:t>
        <w:br/>
        <w:t>Враз між дерев курінь убогий;&lt;br /&gt;</w:t>
        <w:br/>
        <w:t>Його з усіх боків обліг,&lt;br /&gt;</w:t>
        <w:br/>
        <w:t>Усе покрив глибокий сніг,&lt;br /&gt;</w:t>
        <w:br/>
        <w:t>І світло б'є з вікна малого,&lt;br /&gt;</w:t>
        <w:br/>
        <w:t>І в курені і крик, і шум.&lt;br /&gt;</w:t>
        <w:br/>
        <w:t>Ведмідь промовив: "Тут мій кум:&lt;br /&gt;</w:t>
        <w:br/>
        <w:t>Погрійся, відпочинь у нього!"&lt;br /&gt;</w:t>
        <w:br/>
        <w:t>І в сіни просто він іде&lt;br /&gt;</w:t>
        <w:br/>
        <w:t>І на поріг її кладе.</w:t>
      </w:r>
    </w:p>
    <w:p>
      <w:r>
        <w:br/>
        <w:t>XVI</w:t>
      </w:r>
    </w:p>
    <w:p>
      <w:r>
        <w:br/>
        <w:t>Нараз отямилась Татьяна:&lt;br /&gt;</w:t>
        <w:br/>
        <w:t>Ведмідь подівсь не знати де;&lt;br /&gt;</w:t>
        <w:br/>
        <w:t>Розмова за дверима п'яна,&lt;br /&gt;</w:t>
        <w:br/>
        <w:t>Немов на поминках, іде;&lt;br /&gt;</w:t>
        <w:br/>
        <w:t>Її цікавість огорнула,&lt;br /&gt;</w:t>
        <w:br/>
        <w:t>У шпарку Таня зазирнула,&lt;br /&gt;</w:t>
        <w:br/>
        <w:t>І що ж побачила?.. Кругом&lt;br /&gt;</w:t>
        <w:br/>
        <w:t>Сидять потвори за столом:&lt;br /&gt;</w:t>
        <w:br/>
        <w:t>З рогами там собача морда,&lt;br /&gt;</w:t>
        <w:br/>
        <w:t>Голівка півняча мала,&lt;br /&gt;</w:t>
        <w:br/>
        <w:t>Он суміш відьми та козла,&lt;br /&gt;</w:t>
        <w:br/>
        <w:t>Он кістякова постать горда,&lt;br /&gt;</w:t>
        <w:br/>
        <w:t>Он карлик, он дивує світ&lt;br /&gt;</w:t>
        <w:br/>
        <w:t>На журавлиних лапках кіт.</w:t>
      </w:r>
    </w:p>
    <w:p>
      <w:r>
        <w:br/>
        <w:t>XVII</w:t>
      </w:r>
    </w:p>
    <w:p>
      <w:r>
        <w:br/>
        <w:t>Від дива й жаху серце мліє:&lt;br /&gt;</w:t>
        <w:br/>
        <w:t>Он верхи рак на павуці,&lt;br /&gt;</w:t>
        <w:br/>
        <w:t>Он череп на гусиній шиї&lt;br /&gt;</w:t>
        <w:br/>
        <w:t>Стирчить в червонім ковпаці,&lt;br /&gt;</w:t>
        <w:br/>
        <w:t>Вітряк навприсядки гасає,&lt;br /&gt;</w:t>
        <w:br/>
        <w:t>Тріщить і крилами махає;&lt;br /&gt;</w:t>
        <w:br/>
        <w:t>Сміх, гавкіт, крики, свист і стук,&lt;br /&gt;</w:t>
        <w:br/>
        <w:t>І людська річ, і кінський грюк!31&lt;br /&gt;</w:t>
        <w:br/>
        <w:t>Та що подумала Татьяна,&lt;br /&gt;</w:t>
        <w:br/>
        <w:t>В юрбі побачивши чудній&lt;br /&gt;</w:t>
        <w:br/>
        <w:t>Того, хто наймиліший їй,-&lt;br /&gt;</w:t>
        <w:br/>
        <w:t>Героя нашого романа!&lt;br /&gt;</w:t>
        <w:br/>
        <w:t>Онєгін за столом сидить&lt;br /&gt;</w:t>
        <w:br/>
        <w:t>І в двері крадькома зорить.</w:t>
      </w:r>
    </w:p>
    <w:p>
      <w:r>
        <w:br/>
        <w:t>XVIII</w:t>
      </w:r>
    </w:p>
    <w:p>
      <w:r>
        <w:br/>
        <w:t>Він знак подасть — і всі тупочуть;&lt;br /&gt;</w:t>
        <w:br/>
        <w:t>Він п'є — всі п'ють і всі кричать;&lt;br /&gt;</w:t>
        <w:br/>
        <w:t>Він засміється — всі регочуть;&lt;br /&gt;</w:t>
        <w:br/>
        <w:t>Насупить брови — всі мовчать;&lt;br /&gt;</w:t>
        <w:br/>
        <w:t>Він там хазяїн, річ видима:&lt;br /&gt;</w:t>
        <w:br/>
        <w:t>І з пожвавілими очима&lt;br /&gt;</w:t>
        <w:br/>
        <w:t>Татьяна, хоч іще тремтить,&lt;br /&gt;</w:t>
        <w:br/>
        <w:t>Насміла двері прочинить...&lt;br /&gt;</w:t>
        <w:br/>
        <w:t>Враз вітер поривом нежданим&lt;br /&gt;</w:t>
        <w:br/>
        <w:t>Згасив тремтячий ряд огнів,&lt;br /&gt;</w:t>
        <w:br/>
        <w:t>Жахаючи домовиків;&lt;br /&gt;</w:t>
        <w:br/>
        <w:t>Онєгін зором полум'яним&lt;br /&gt;</w:t>
        <w:br/>
        <w:t>На них поглянув, далі встав&lt;br /&gt;</w:t>
        <w:br/>
        <w:t>І до дверей попрямував.</w:t>
      </w:r>
    </w:p>
    <w:p>
      <w:r>
        <w:br/>
        <w:t>XIX</w:t>
      </w:r>
    </w:p>
    <w:p>
      <w:r>
        <w:br/>
        <w:t>І страшно стало; і квапливо&lt;br /&gt;</w:t>
        <w:br/>
        <w:t>Метнулась Таня утікать:&lt;br /&gt;</w:t>
        <w:br/>
        <w:t>Несила! Рветься нетерпливо&lt;br /&gt;</w:t>
        <w:br/>
        <w:t>І з жаху хоче закричать,-&lt;br /&gt;</w:t>
        <w:br/>
        <w:t>Дарма! Євгеній на порозі.&lt;br /&gt;</w:t>
        <w:br/>
        <w:t>Перед потворами, в тривозі,&lt;br /&gt;</w:t>
        <w:br/>
        <w:t>З'явилась діва; дикий сміх&lt;br /&gt;</w:t>
        <w:br/>
        <w:t>Перекотився; очі всіх,&lt;br /&gt;</w:t>
        <w:br/>
        <w:t>Копита, хоботи пістряві,&lt;br /&gt;</w:t>
        <w:br/>
        <w:t>Всі роги та хвости чудні,&lt;br /&gt;</w:t>
        <w:br/>
        <w:t>Всі ікла й пальці костяні,&lt;br /&gt;</w:t>
        <w:br/>
        <w:t>Всі вуса й язики криваві —&lt;br /&gt;</w:t>
        <w:br/>
        <w:t>До неї! Вся страшна сім'я&lt;br /&gt;</w:t>
        <w:br/>
        <w:t>Кричить одно: моя! моя!</w:t>
      </w:r>
    </w:p>
    <w:p>
      <w:r>
        <w:br/>
        <w:t>XX</w:t>
      </w:r>
    </w:p>
    <w:p>
      <w:r>
        <w:br/>
        <w:t>— Моя! — сказав нараз Євгеній,&lt;br /&gt;</w:t>
        <w:br/>
        <w:t>І все розвіялось як дим.&lt;br /&gt;</w:t>
        <w:br/>
        <w:t>Сама у темряві студеній&lt;br /&gt;</w:t>
        <w:br/>
        <w:t>Татьяна зосталася з ним.&lt;br /&gt;</w:t>
        <w:br/>
        <w:t>Нема й сліда страшної зграї!&lt;br /&gt;</w:t>
        <w:br/>
        <w:t>Онєгін Таню пригортає32,&lt;br /&gt;</w:t>
        <w:br/>
        <w:t>До лави у кутку веде&lt;br /&gt;</w:t>
        <w:br/>
        <w:t>І голову свою кладе&lt;br /&gt;</w:t>
        <w:br/>
        <w:t>Їй на плече. Аж Ольга входить&lt;br /&gt;</w:t>
        <w:br/>
        <w:t>І Ленський; огник враз майнув;&lt;br /&gt;</w:t>
        <w:br/>
        <w:t>Онєгін руку замахнув,&lt;br /&gt;</w:t>
        <w:br/>
        <w:t>І дико він очима водить,&lt;br /&gt;</w:t>
        <w:br/>
        <w:t>Грізні вигукує слова,-&lt;br /&gt;</w:t>
        <w:br/>
        <w:t>Ні мертва Таня ні жива.</w:t>
      </w:r>
    </w:p>
    <w:p>
      <w:r>
        <w:br/>
        <w:t>XXI</w:t>
      </w:r>
    </w:p>
    <w:p>
      <w:r>
        <w:br/>
        <w:t>І раптом гнівною рукою&lt;br /&gt;</w:t>
        <w:br/>
        <w:t>Ножа Онєгін ухопив —&lt;br /&gt;</w:t>
        <w:br/>
        <w:t>І Ленський пада; все імлою&lt;br /&gt;</w:t>
        <w:br/>
        <w:t>Заслалось; жахно продзвенів&lt;br /&gt;</w:t>
        <w:br/>
        <w:t>У пітьмі крик... земля здригнулась...&lt;br /&gt;</w:t>
        <w:br/>
        <w:t>І Таня злякана проснулась...&lt;br /&gt;</w:t>
        <w:br/>
        <w:t>А ясне сонце вже зійшло&lt;br /&gt;</w:t>
        <w:br/>
        <w:t>І крізь шибок замерзле скло&lt;br /&gt;</w:t>
        <w:br/>
        <w:t>Промінням пурпуровим грає;&lt;br /&gt;</w:t>
        <w:br/>
        <w:t>Немов Аврора, осяйна,&lt;br /&gt;</w:t>
        <w:br/>
        <w:t>Легка, як ластівка дрібна,&lt;br /&gt;</w:t>
        <w:br/>
        <w:t>В кімнату Ольга прибігає,&lt;br /&gt;</w:t>
        <w:br/>
        <w:t>"Ну,— каже,— признавайсь мені,&lt;br /&gt;</w:t>
        <w:br/>
        <w:t>Кого ти бачила вві сні?"</w:t>
      </w:r>
    </w:p>
    <w:p>
      <w:r>
        <w:br/>
        <w:t>XXII</w:t>
      </w:r>
    </w:p>
    <w:p>
      <w:r>
        <w:br/>
        <w:t>А та сестри й не помічає,&lt;br /&gt;</w:t>
        <w:br/>
        <w:t>В постелі з книгою лежить,&lt;br /&gt;</w:t>
        <w:br/>
        <w:t>Листки у ній перегортає&lt;br /&gt;</w:t>
        <w:br/>
        <w:t>І, заклопотана, мовчить.&lt;br /&gt;</w:t>
        <w:br/>
        <w:t>Хоч сторінки ті й не містили&lt;br /&gt;</w:t>
        <w:br/>
        <w:t>Поетів чарівної сили,&lt;br /&gt;</w:t>
        <w:br/>
        <w:t>Ні мудрих істин, ні картин,&lt;br /&gt;</w:t>
        <w:br/>
        <w:t>Але й Вергілій, і Расін,&lt;br /&gt;</w:t>
        <w:br/>
        <w:t>І Скотт, і Байрон, і Сенека,&lt;br /&gt;</w:t>
        <w:br/>
        <w:t>І навіть Дамських Мод Журнал&lt;br /&gt;</w:t>
        <w:br/>
        <w:t>Будив у серці менший пал:&lt;br /&gt;</w:t>
        <w:br/>
        <w:t>То, друзі, був Мартин Задека33,&lt;br /&gt;</w:t>
        <w:br/>
        <w:t>Глава халдейських мудреців,&lt;br /&gt;</w:t>
        <w:br/>
        <w:t>Тлумач, одгадник людських спів.</w:t>
      </w:r>
    </w:p>
    <w:p>
      <w:r>
        <w:br/>
        <w:t>XXIII</w:t>
      </w:r>
    </w:p>
    <w:p>
      <w:r>
        <w:br/>
        <w:t>Сей мудрий твір, достойний шани,&lt;br /&gt;</w:t>
        <w:br/>
        <w:t>Купець мандрований завіз&lt;br /&gt;</w:t>
        <w:br/>
        <w:t>І для мрійливої Татьяни,&lt;br /&gt;</w:t>
        <w:br/>
        <w:t>По торзі мало не до сліз,&lt;br /&gt;</w:t>
        <w:br/>
        <w:t>Оддав за три ще й половину,&lt;br /&gt;</w:t>
        <w:br/>
        <w:t>Докинувши стару Мальвіну&lt;br /&gt;</w:t>
        <w:br/>
        <w:t>І, від щедротної руки,&lt;br /&gt;</w:t>
        <w:br/>
        <w:t>Ладу базарного байки,&lt;br /&gt;</w:t>
        <w:br/>
        <w:t>Граматику, дві Петріади&lt;br /&gt;</w:t>
        <w:br/>
        <w:t>Та Мармонтеля третій том.&lt;br /&gt;</w:t>
        <w:br/>
        <w:t>Задека порваний кругом,&lt;br /&gt;</w:t>
        <w:br/>
        <w:t>Для Тані — джерело розради,&lt;br /&gt;</w:t>
        <w:br/>
        <w:t>Всякчас він серце веселить&lt;br /&gt;</w:t>
        <w:br/>
        <w:t>І нерозлучно з нею спить.</w:t>
      </w:r>
    </w:p>
    <w:p>
      <w:r>
        <w:br/>
        <w:t>XXIV</w:t>
      </w:r>
    </w:p>
    <w:p>
      <w:r>
        <w:br/>
        <w:t>Щоб зрозуміти сон таємний,&lt;br /&gt;</w:t>
        <w:br/>
        <w:t>Татьяна книгу ту взяла&lt;br /&gt;</w:t>
        <w:br/>
        <w:t>І зміст розгадувати темний&lt;br /&gt;</w:t>
        <w:br/>
        <w:t>З тривожним серцем почала.&lt;br /&gt;</w:t>
        <w:br/>
        <w:t>Вона порядком абетковим&lt;br /&gt;</w:t>
        <w:br/>
        <w:t>Знаходить слово там за словом:&lt;br /&gt;</w:t>
        <w:br/>
        <w:t>Бір, буря, вал, ведмідь, гора,&lt;br /&gt;</w:t>
        <w:br/>
        <w:t>Місток, метелиця, мара&lt;br /&gt;</w:t>
        <w:br/>
        <w:t>І далі. Та Мартин Задека&lt;br /&gt;</w:t>
        <w:br/>
        <w:t>Сказав лиш дівчині сумній,&lt;br /&gt;</w:t>
        <w:br/>
        <w:t>Що у житті судилась їй&lt;br /&gt;</w:t>
        <w:br/>
        <w:t>Путь, невесела і далека.&lt;br /&gt;</w:t>
        <w:br/>
        <w:t>По тому кілька днів вона&lt;br /&gt;</w:t>
        <w:br/>
        <w:t>Була тривожна і сумна.</w:t>
      </w:r>
    </w:p>
    <w:p>
      <w:r>
        <w:br/>
        <w:t>XXV</w:t>
      </w:r>
    </w:p>
    <w:p>
      <w:r>
        <w:br/>
        <w:t>Та от багряною рукою34&lt;br /&gt;</w:t>
        <w:br/>
        <w:t>Світанок з ранішніх долин&lt;br /&gt;</w:t>
        <w:br/>
        <w:t>Виводить з сонцем за собою&lt;br /&gt;</w:t>
        <w:br/>
        <w:t>Веселе свято іменин.&lt;br /&gt;</w:t>
        <w:br/>
        <w:t>Ще зранку Ларіни стрічали&lt;br /&gt;</w:t>
        <w:br/>
        <w:t>Гостей-сусідів; під'їжджали&lt;br /&gt;</w:t>
        <w:br/>
        <w:t>Вони в кибитках, у бричках,&lt;br /&gt;</w:t>
        <w:br/>
        <w:t>В тяжких дормезах і в санях.&lt;br /&gt;</w:t>
        <w:br/>
        <w:t>Весь дім у гаморі, в тривозі;&lt;br /&gt;</w:t>
        <w:br/>
        <w:t>Десятки одягів і лиць,&lt;br /&gt;</w:t>
        <w:br/>
        <w:t>Собачий гавкіт, писк дівиць,&lt;br /&gt;</w:t>
        <w:br/>
        <w:t>Шум, гомін, натовп на порозі,&lt;br /&gt;</w:t>
        <w:br/>
        <w:t>Уклони, поцілунки, сміх,&lt;br /&gt;</w:t>
        <w:br/>
        <w:t>Крик годувальниць, плач малих.</w:t>
      </w:r>
    </w:p>
    <w:p>
      <w:r>
        <w:br/>
        <w:t>XXVI</w:t>
      </w:r>
    </w:p>
    <w:p>
      <w:r>
        <w:br/>
        <w:t>Пан Пустяков, масний та ситий,&lt;br /&gt;</w:t>
        <w:br/>
        <w:t>З товстою жінкою приспів;&lt;br /&gt;</w:t>
        <w:br/>
        <w:t>Гвоздін, хазяїн знаменитий,&lt;br /&gt;</w:t>
        <w:br/>
        <w:t>Володар голих мужиків;&lt;br /&gt;</w:t>
        <w:br/>
        <w:t>Скотиніни при діток зграї —&lt;br /&gt;</w:t>
        <w:br/>
        <w:t>Найменше лиш два роки має,&lt;br /&gt;</w:t>
        <w:br/>
        <w:t>Найстарший — в тридцять увійшов;&lt;br /&gt;</w:t>
        <w:br/>
        <w:t>Франт повітовий Пєтушков;&lt;br /&gt;</w:t>
        <w:br/>
        <w:t>Мій брат двоюрідний Буянов,&lt;br /&gt;</w:t>
        <w:br/>
        <w:t>В пуху, в кашкеті з козирком35&lt;br /&gt;</w:t>
        <w:br/>
        <w:t>(Усім відомий він кругом),&lt;br /&gt;</w:t>
        <w:br/>
        <w:t>І радник вислужений Флянов,&lt;br /&gt;</w:t>
        <w:br/>
        <w:t>Шахрай, хабарник, лепетун,&lt;br /&gt;</w:t>
        <w:br/>
        <w:t>Обжера, блазень і брехун.</w:t>
      </w:r>
    </w:p>
    <w:p>
      <w:r>
        <w:br/>
        <w:t>XXVII</w:t>
      </w:r>
    </w:p>
    <w:p>
      <w:r>
        <w:br/>
        <w:t>З сім'єю пана Харликова&lt;br /&gt;</w:t>
        <w:br/>
        <w:t>З'явивсь в рудому парику&lt;br /&gt;</w:t>
        <w:br/>
        <w:t>Мосьє Тріке, що із Тамбова&lt;br /&gt;</w:t>
        <w:br/>
        <w:t>Прибув у глушину сільську.&lt;br /&gt;</w:t>
        <w:br/>
        <w:t>Француз правдивий, він зарані&lt;br /&gt;</w:t>
        <w:br/>
        <w:t>Куплет приготував Татьяні&lt;br /&gt;</w:t>
        <w:br/>
        <w:t>На спів, що знали й ви самі:&lt;br /&gt;</w:t>
        <w:br/>
        <w:t>Reveillez vous, belle endormie*,&lt;br /&gt;</w:t>
        <w:br/>
        <w:t>В кінці старого альманаху&lt;br /&gt;</w:t>
        <w:br/>
        <w:t>Містився давній цей куплет;&lt;br /&gt;</w:t>
        <w:br/>
        <w:t>Тріке, догадливий поет,&lt;br /&gt;</w:t>
        <w:br/>
        <w:t>Його на світ явив із праху,&lt;br /&gt;</w:t>
        <w:br/>
        <w:t>І сміло — замість belle Nina**&lt;br /&gt;</w:t>
        <w:br/>
        <w:t>Поставив belle Tatiana***.</w:t>
      </w:r>
    </w:p>
    <w:p>
      <w:r>
        <w:br/>
        <w:t>-----------------------&lt;br /&gt;</w:t>
        <w:br/>
        <w:t>* Прокинься зо сну, красуне (франц.).— Ред.&lt;br /&gt;</w:t>
        <w:br/>
        <w:t>** Прекрасна Ніна (франц.).— Ред.&lt;br /&gt;</w:t>
        <w:br/>
        <w:t>*** Прекрасна Татьяна (франц.).— Ред.</w:t>
      </w:r>
    </w:p>
    <w:p>
      <w:r>
        <w:br/>
        <w:t>XXVIII</w:t>
      </w:r>
    </w:p>
    <w:p>
      <w:r>
        <w:br/>
        <w:t>Аж от, серед вітань веселих,&lt;br /&gt;</w:t>
        <w:br/>
        <w:t>Панянок вистиглих кумир,&lt;br /&gt;</w:t>
        <w:br/>
        <w:t>Утіха матінок дебелих,&lt;br /&gt;</w:t>
        <w:br/>
        <w:t>Приїхав ротний командир.&lt;br /&gt;</w:t>
        <w:br/>
        <w:t>Ввійшов... Ах, новина велика!&lt;br /&gt;</w:t>
        <w:br/>
        <w:t>Приїде полкова музика!&lt;br /&gt;</w:t>
        <w:br/>
        <w:t>Наказ полковника такий.&lt;br /&gt;</w:t>
        <w:br/>
        <w:t>О, радість: буде бал гучний!&lt;br /&gt;</w:t>
        <w:br/>
        <w:t>Дівчиська загодя стрибають36;&lt;br /&gt;</w:t>
        <w:br/>
        <w:t>Та мить обіду надійшла.&lt;br /&gt;</w:t>
        <w:br/>
        <w:t>Простують пари до стола.&lt;br /&gt;</w:t>
        <w:br/>
        <w:t>Панни з Татьяною сідають;&lt;br /&gt;</w:t>
        <w:br/>
        <w:t>Мужчини проти. Хрест кладуть&lt;br /&gt;</w:t>
        <w:br/>
        <w:t>І круг стола, як рій, гудуть.</w:t>
      </w:r>
    </w:p>
    <w:p>
      <w:r>
        <w:br/>
        <w:t>XXIX</w:t>
      </w:r>
    </w:p>
    <w:p>
      <w:r>
        <w:br/>
        <w:t>Притихли голоси веселі,&lt;br /&gt;</w:t>
        <w:br/>
        <w:t>Уста жують. З усіх боків&lt;br /&gt;</w:t>
        <w:br/>
        <w:t>Бринять чарки, гримлять тарелі,&lt;br /&gt;</w:t>
        <w:br/>
        <w:t>Лунає передзвін ножів.&lt;br /&gt;</w:t>
        <w:br/>
        <w:t>Та незабаром гості знову&lt;br /&gt;</w:t>
        <w:br/>
        <w:t>Здіймають запальну розмову.&lt;br /&gt;</w:t>
        <w:br/>
        <w:t>Ніхто не слухає, кричать,&lt;br /&gt;</w:t>
        <w:br/>
        <w:t>Сміються, сваряться, пищать.&lt;br /&gt;</w:t>
        <w:br/>
        <w:t>Враз двері навстіж. Ленський входить,&lt;br /&gt;</w:t>
        <w:br/>
        <w:t>І з ним Онєгін. "Пізно як!" —&lt;br /&gt;</w:t>
        <w:br/>
        <w:t>Кричить хазяйка. Чемно всяк&lt;br /&gt;</w:t>
        <w:br/>
        <w:t>Гостям новим стільці відводить,&lt;br /&gt;</w:t>
        <w:br/>
        <w:t>Велика метушня зайшла;&lt;br /&gt;</w:t>
        <w:br/>
        <w:t>Двох друзів садять до стола.</w:t>
      </w:r>
    </w:p>
    <w:p>
      <w:r>
        <w:br/>
        <w:t>XXX</w:t>
      </w:r>
    </w:p>
    <w:p>
      <w:r>
        <w:br/>
        <w:t>Вони сидять навпроти Тані.&lt;br /&gt;</w:t>
        <w:br/>
        <w:t>Бліда, як місяць-молодик,&lt;br /&gt;</w:t>
        <w:br/>
        <w:t>І тріпотливіша від лані,&lt;br /&gt;</w:t>
        <w:br/>
        <w:t>Вона, не зводячи повік,&lt;br /&gt;</w:t>
        <w:br/>
        <w:t>Немов застигла: дише важко,&lt;br /&gt;</w:t>
        <w:br/>
        <w:t>Горить огнем; їй душно, тяжко;&lt;br /&gt;</w:t>
        <w:br/>
        <w:t>Вітань запізнених гостей&lt;br /&gt;</w:t>
        <w:br/>
        <w:t>Вона не чує; із очей&lt;br /&gt;</w:t>
        <w:br/>
        <w:t>Сльоза политися готова;&lt;br /&gt;</w:t>
        <w:br/>
        <w:t>От-от зомліть вона могла,&lt;br /&gt;</w:t>
        <w:br/>
        <w:t>Але до рук себе взяла&lt;br /&gt;</w:t>
        <w:br/>
        <w:t>І, тихе прошептавши слово,&lt;br /&gt;</w:t>
        <w:br/>
        <w:t>Мовчуща, при столі гучнім,&lt;br /&gt;</w:t>
        <w:br/>
        <w:t>Лишилась в розпачі німім.</w:t>
      </w:r>
    </w:p>
    <w:p>
      <w:r>
        <w:br/>
        <w:t>XXXI</w:t>
      </w:r>
    </w:p>
    <w:p>
      <w:r>
        <w:br/>
        <w:t>Всіх явищ трагіко-нервічних,&lt;br /&gt;</w:t>
        <w:br/>
        <w:t>Зомлінь дівочих та плачів,&lt;br /&gt;</w:t>
        <w:br/>
        <w:t>Як ворогів своїх одвічних,&lt;br /&gt;</w:t>
        <w:br/>
        <w:t>Євгеній здавна не любив.&lt;br /&gt;</w:t>
        <w:br/>
        <w:t>Гостей веселих рій шумливий&lt;br /&gt;</w:t>
        <w:br/>
        <w:t>Уже гнівив його, та діви&lt;br /&gt;</w:t>
        <w:br/>
        <w:t>Тривога млосна і палка&lt;br /&gt;</w:t>
        <w:br/>
        <w:t>Розлютувала дивака.&lt;br /&gt;</w:t>
        <w:br/>
        <w:t>Ні, Ленському не подарує&lt;br /&gt;</w:t>
        <w:br/>
        <w:t>Він цеї послуги повік!&lt;br /&gt;</w:t>
        <w:br/>
        <w:t>Йому відплату він прирік&lt;br /&gt;</w:t>
        <w:br/>
        <w:t>І загодя вже тріумфує.&lt;br /&gt;</w:t>
        <w:br/>
        <w:t>Тим часом він гостей усіх&lt;br /&gt;</w:t>
        <w:br/>
        <w:t>У мислях підійма на сміх.</w:t>
      </w:r>
    </w:p>
    <w:p>
      <w:r>
        <w:br/>
        <w:t>XXXII</w:t>
      </w:r>
    </w:p>
    <w:p>
      <w:r>
        <w:br/>
        <w:t>Звичайно, Танину тривогу&lt;br /&gt;</w:t>
        <w:br/>
        <w:t>Він не один помітить міг,&lt;br /&gt;</w:t>
        <w:br/>
        <w:t>Та всіх цікавив, слава богу,&lt;br /&gt;</w:t>
        <w:br/>
        <w:t>В хвилину ту масний пиріг&lt;br /&gt;</w:t>
        <w:br/>
        <w:t>(На горе, трохи солонавий).&lt;br /&gt;</w:t>
        <w:br/>
        <w:t>Та от після м'ясної страви&lt;br /&gt;</w:t>
        <w:br/>
        <w:t>Перед солодким бланманже&lt;br /&gt;</w:t>
        <w:br/>
        <w:t>Цимлянське подають уже;&lt;br /&gt;</w:t>
        <w:br/>
        <w:t>За ним чарки тонкі, довгасті,&lt;br /&gt;</w:t>
        <w:br/>
        <w:t>Як ніжна талія твоя,&lt;br /&gt;</w:t>
        <w:br/>
        <w:t>Зізі, укоханко моя,&lt;br /&gt;</w:t>
        <w:br/>
        <w:t>Кристал душі моєї, щастя,&lt;br /&gt;</w:t>
        <w:br/>
        <w:t>Любові звабної фіал,&lt;br /&gt;</w:t>
        <w:br/>
        <w:t>Що викликала п'яний шал!</w:t>
      </w:r>
    </w:p>
    <w:p>
      <w:r>
        <w:br/>
        <w:t>XXXIII</w:t>
      </w:r>
    </w:p>
    <w:p>
      <w:r>
        <w:br/>
        <w:t>Пляшки засмолені відкрито&lt;br /&gt;</w:t>
        <w:br/>
        <w:t>З веселим ляскотом; вино&lt;br /&gt;</w:t>
        <w:br/>
        <w:t>Шипить; поважно й гордовито,&lt;br /&gt;</w:t>
        <w:br/>
        <w:t>Куплетом мучений давно,&lt;br /&gt;</w:t>
        <w:br/>
        <w:t>Мосьє Тріке встає; розмова&lt;br /&gt;</w:t>
        <w:br/>
        <w:t>Нараз ущухла бенкетова.&lt;br /&gt;</w:t>
        <w:br/>
        <w:t>Татьяна ніби нежива;&lt;br /&gt;</w:t>
        <w:br/>
        <w:t>Француз, фальшуючи, співа&lt;br /&gt;</w:t>
        <w:br/>
        <w:t>Куплет свій. Оплески і крики&lt;br /&gt;</w:t>
        <w:br/>
        <w:t>Його вітають. Віддала&lt;br /&gt;</w:t>
        <w:br/>
        <w:t>Уклін Татьяна, як могла;&lt;br /&gt;</w:t>
        <w:br/>
        <w:t>Поет і скромний, і великий&lt;br /&gt;</w:t>
        <w:br/>
        <w:t>За неї перший чарку п'є&lt;br /&gt;</w:t>
        <w:br/>
        <w:t>І їй куплет передає.</w:t>
      </w:r>
    </w:p>
    <w:p>
      <w:r>
        <w:br/>
        <w:t>XXXIV</w:t>
      </w:r>
    </w:p>
    <w:p>
      <w:r>
        <w:br/>
        <w:t>Зайшли привіти, побажання;&lt;br /&gt;</w:t>
        <w:br/>
        <w:t>Складає Таня дяку всім;&lt;br /&gt;</w:t>
        <w:br/>
        <w:t>Євгеній мусив привітання&lt;br /&gt;</w:t>
        <w:br/>
        <w:t>Сказати теж, але чудним&lt;br /&gt;</w:t>
        <w:br/>
        <w:t>Жалем забилось серце в нього:&lt;br /&gt;</w:t>
        <w:br/>
        <w:t>Побачивши її тривогу,&lt;br /&gt;</w:t>
        <w:br/>
        <w:t>Він мовчки уклонився їй,-&lt;br /&gt;</w:t>
        <w:br/>
        <w:t>Та дивно глянув із-під вій.&lt;br /&gt;</w:t>
        <w:br/>
        <w:t>Хто зна — чи на сердечні болі&lt;br /&gt;</w:t>
        <w:br/>
        <w:t>Він спочуття в ту хвилю мав,&lt;br /&gt;</w:t>
        <w:br/>
        <w:t>Чи, може, лиш кокетував;&lt;br /&gt;</w:t>
        <w:br/>
        <w:t>Хто знає, мимохіть чи з волі,&lt;br /&gt;</w:t>
        <w:br/>
        <w:t>Та ніжність погляд той явив:&lt;br /&gt;</w:t>
        <w:br/>
        <w:t>Він серце Тані оживив.</w:t>
      </w:r>
    </w:p>
    <w:p>
      <w:r>
        <w:br/>
        <w:t>XXXV</w:t>
      </w:r>
    </w:p>
    <w:p>
      <w:r>
        <w:br/>
        <w:t>Всі до вітальні йдуть шумливо,&lt;br /&gt;</w:t>
        <w:br/>
        <w:t>Встають, стільцями грюкотять;&lt;br /&gt;</w:t>
        <w:br/>
        <w:t>Так бджоли з улика на ниву&lt;br /&gt;</w:t>
        <w:br/>
        <w:t>З гудінням радісним летять.&lt;br /&gt;</w:t>
        <w:br/>
        <w:t>Задовольнившися обідом,&lt;br /&gt;</w:t>
        <w:br/>
        <w:t>Сусід сопе перед сусідом;&lt;br /&gt;</w:t>
        <w:br/>
        <w:t>Розмова дам — при коминку;&lt;br /&gt;</w:t>
        <w:br/>
        <w:t>Панянки шепчуться в кутку;&lt;br /&gt;</w:t>
        <w:br/>
        <w:t>Столи зелені вже розкрили:&lt;br /&gt;</w:t>
        <w:br/>
        <w:t>Завзятих кличуть картярів&lt;br /&gt;</w:t>
        <w:br/>
        <w:t>Бостон і ломбер стариків&lt;br /&gt;</w:t>
        <w:br/>
        <w:t>І віст, що й досі серцю милий,-&lt;br /&gt;</w:t>
        <w:br/>
        <w:t>Одноманітні з давнини&lt;br /&gt;</w:t>
        <w:br/>
        <w:t>Нудьги жадібної сини.</w:t>
      </w:r>
    </w:p>
    <w:p>
      <w:r>
        <w:br/>
        <w:t>XXXVI</w:t>
      </w:r>
    </w:p>
    <w:p>
      <w:r>
        <w:br/>
        <w:t>Вже восьмий робер догравали&lt;br /&gt;</w:t>
        <w:br/>
        <w:t>Герої віста, сім разів&lt;br /&gt;</w:t>
        <w:br/>
        <w:t>Вони місця переміняли,-&lt;br /&gt;</w:t>
        <w:br/>
        <w:t>І чай приносять. Я злюбив&lt;br /&gt;</w:t>
        <w:br/>
        <w:t>Час визначать обідом, чаєм,&lt;br /&gt;</w:t>
        <w:br/>
        <w:t>Вечерею. Години знаєм&lt;br /&gt;</w:t>
        <w:br/>
        <w:t>Ми з певних на селі прикмет:&lt;br /&gt;</w:t>
        <w:br/>
        <w:t>Тут шлунок — вірний наш брегет;&lt;br /&gt;</w:t>
        <w:br/>
        <w:t>До речі, висловлю признання,&lt;br /&gt;</w:t>
        <w:br/>
        <w:t>Що мову я свою веду&lt;br /&gt;</w:t>
        <w:br/>
        <w:t>Так само часто про їду,&lt;br /&gt;</w:t>
        <w:br/>
        <w:t>Напої, бе?нкети, гуляння,&lt;br /&gt;</w:t>
        <w:br/>
        <w:t>Як сам божественний Омір*,&lt;br /&gt;</w:t>
        <w:br/>
        <w:t>Він, тридцяти століть кумир!</w:t>
      </w:r>
    </w:p>
    <w:p>
      <w:r>
        <w:br/>
        <w:t>------------------&lt;br /&gt;</w:t>
        <w:br/>
        <w:t>* Омір — Гомер.— Ред.</w:t>
      </w:r>
    </w:p>
    <w:p>
      <w:r>
        <w:br/>
        <w:t>XXXVII. XXXVIII. XXXIX</w:t>
      </w:r>
    </w:p>
    <w:p>
      <w:r>
        <w:br/>
        <w:t>Круг столу ґречно посідали&lt;br /&gt;</w:t>
        <w:br/>
        <w:t>Панянки — мирно чаювать;&lt;br /&gt;</w:t>
        <w:br/>
        <w:t>Аж несподівано із зали&lt;br /&gt;</w:t>
        <w:br/>
        <w:t>Фагот із флейтою бринять.&lt;br /&gt;</w:t>
        <w:br/>
        <w:t>Утішений музики громом,&lt;br /&gt;</w:t>
        <w:br/>
        <w:t>Забувши чашку чаю з ромом,&lt;br /&gt;</w:t>
        <w:br/>
        <w:t>Паріс тутешній, Пєтушков,&lt;br /&gt;</w:t>
        <w:br/>
        <w:t>До Ольги прудко підійшов,&lt;br /&gt;</w:t>
        <w:br/>
        <w:t>До Тані — Ленський, Харликову,&lt;br /&gt;</w:t>
        <w:br/>
        <w:t>Панянку переспілих літ,&lt;br /&gt;</w:t>
        <w:br/>
        <w:t>Бере тамбовський наш піїт,&lt;br /&gt;</w:t>
        <w:br/>
        <w:t>Помчав Буянов Пустякову,&lt;br /&gt;</w:t>
        <w:br/>
        <w:t>І в залу висипали всі,&lt;br /&gt;</w:t>
        <w:br/>
        <w:t>І бал пишається в красі.</w:t>
      </w:r>
    </w:p>
    <w:p>
      <w:r>
        <w:br/>
        <w:t>ХL</w:t>
      </w:r>
    </w:p>
    <w:p>
      <w:r>
        <w:br/>
        <w:t>Колись у цьому я романі&lt;br /&gt;</w:t>
        <w:br/>
        <w:t>(Прошу початок пригадать)&lt;br /&gt;</w:t>
        <w:br/>
        <w:t>Хотів на жвавий лад Альбані&lt;br /&gt;</w:t>
        <w:br/>
        <w:t>Бал петербурзький описать;&lt;br /&gt;</w:t>
        <w:br/>
        <w:t>Шкода! Удавшись в марнослів'я,&lt;br /&gt;</w:t>
        <w:br/>
        <w:t>Про дамські ніжки лиш зумів я&lt;br /&gt;</w:t>
        <w:br/>
        <w:t>Припом'янути в тих рядках.&lt;br /&gt;</w:t>
        <w:br/>
        <w:t>По ваших люблених слідах,&lt;br /&gt;</w:t>
        <w:br/>
        <w:t>О ніжки, годі вже блукати!&lt;br /&gt;</w:t>
        <w:br/>
        <w:t>Пора, забувши юні дні,&lt;br /&gt;</w:t>
        <w:br/>
        <w:t>Набратись розуму мені,&lt;br /&gt;</w:t>
        <w:br/>
        <w:t>Діла і мову виправляти,&lt;br /&gt;</w:t>
        <w:br/>
        <w:t>І в зошиті під знаком п'ять&lt;br /&gt;</w:t>
        <w:br/>
        <w:t>Ліричні відбіги спинять.</w:t>
      </w:r>
    </w:p>
    <w:p>
      <w:r>
        <w:br/>
        <w:t>ХLІ</w:t>
      </w:r>
    </w:p>
    <w:p>
      <w:r>
        <w:br/>
        <w:t>Одноманітний і безумний,&lt;br /&gt;</w:t>
        <w:br/>
        <w:t>Як вихор юних днів і мрій,&lt;br /&gt;</w:t>
        <w:br/>
        <w:t>Кружляє вальса вихор шумний,&lt;br /&gt;</w:t>
        <w:br/>
        <w:t>Мелькають пари по одній.&lt;br /&gt;</w:t>
        <w:br/>
        <w:t>Провчити Ленського поклавши.&lt;br /&gt;</w:t>
        <w:br/>
        <w:t>Онєгін, усміх заховавши,&lt;br /&gt;</w:t>
        <w:br/>
        <w:t>Іде до Ольги, стан обвив,&lt;br /&gt;</w:t>
        <w:br/>
        <w:t>У бистрім танці закрутив&lt;br /&gt;</w:t>
        <w:br/>
        <w:t>І на стілець її саджає,&lt;br /&gt;</w:t>
        <w:br/>
        <w:t>Тихенько, ніби віч-на-віч,&lt;br /&gt;</w:t>
        <w:br/>
        <w:t>Про те про се заводить річ,&lt;br /&gt;</w:t>
        <w:br/>
        <w:t>І знов танець розпочинає.&lt;br /&gt;</w:t>
        <w:br/>
        <w:t>Всі здивувались. Ленський сам&lt;br /&gt;</w:t>
        <w:br/>
        <w:t>Не хоче вірити очам.</w:t>
      </w:r>
    </w:p>
    <w:p>
      <w:r>
        <w:br/>
        <w:t>ХLIІ</w:t>
      </w:r>
    </w:p>
    <w:p>
      <w:r>
        <w:br/>
        <w:t>Мазурка розляглась. Бувало,&lt;br /&gt;</w:t>
        <w:br/>
        <w:t>Як загримить мазурки звук,&lt;br /&gt;</w:t>
        <w:br/>
        <w:t>У пишній залі все дрижало,&lt;br /&gt;</w:t>
        <w:br/>
        <w:t>Ламав підлогу закаблук,&lt;br /&gt;</w:t>
        <w:br/>
        <w:t>Тряслися, деренчали рами;&lt;br /&gt;</w:t>
        <w:br/>
        <w:t>Тепер не те: і ми, і дами&lt;br /&gt;</w:t>
        <w:br/>
        <w:t>Паркетом плинемо сковзьким;&lt;br /&gt;</w:t>
        <w:br/>
        <w:t>Лишень у закутку глухім&lt;br /&gt;</w:t>
        <w:br/>
        <w:t>Мазурка й досі зберігає&lt;br /&gt;</w:t>
        <w:br/>
        <w:t>Ознаки давні: і стрибки,&lt;br /&gt;</w:t>
        <w:br/>
        <w:t>І довгі вуса, й каблуки&lt;br /&gt;</w:t>
        <w:br/>
        <w:t>Ті самі; тут їх не зміняє&lt;br /&gt;</w:t>
        <w:br/>
        <w:t>Химерна мода, наш тиран,&lt;br /&gt;</w:t>
        <w:br/>
        <w:t>Біда сучасних росіян.</w:t>
      </w:r>
    </w:p>
    <w:p>
      <w:r>
        <w:br/>
        <w:t>ХLІІІ. ХLІV</w:t>
      </w:r>
    </w:p>
    <w:p>
      <w:r>
        <w:br/>
        <w:t>Буянов, братик мій завзятий,&lt;br /&gt;</w:t>
        <w:br/>
        <w:t>Враз до Онєгіна підвів&lt;br /&gt;</w:t>
        <w:br/>
        <w:t>Татьяну й Ольгу — вибирати&lt;br /&gt;</w:t>
        <w:br/>
        <w:t>Одну до танцю повелів.&lt;br /&gt;</w:t>
        <w:br/>
        <w:t>Онєгін Ольгу вибирає&lt;br /&gt;</w:t>
        <w:br/>
        <w:t>Схилившись, ніжно промовляє&lt;br /&gt;</w:t>
        <w:br/>
        <w:t>Якийсь банальний мадригал&lt;br /&gt;</w:t>
        <w:br/>
        <w:t>І руку тисне. Юний пал&lt;br /&gt;</w:t>
        <w:br/>
        <w:t>Дівочих гордощів розлився&lt;br /&gt;</w:t>
        <w:br/>
        <w:t>Рум'янцем на її щоках.&lt;br /&gt;</w:t>
        <w:br/>
        <w:t>Все бачив Ленський. У грудях&lt;br /&gt;</w:t>
        <w:br/>
        <w:t>Огонь ревнивий розгорівся;&lt;br /&gt;</w:t>
        <w:br/>
        <w:t>Проте, стримавши гнівний тон,&lt;br /&gt;</w:t>
        <w:br/>
        <w:t>Він кличе Ольгу в котильйон.</w:t>
      </w:r>
    </w:p>
    <w:p>
      <w:r>
        <w:br/>
        <w:t>ХLV</w:t>
      </w:r>
    </w:p>
    <w:p>
      <w:r>
        <w:br/>
        <w:t>Не може Ольга. Що? Не може?&lt;br /&gt;</w:t>
        <w:br/>
        <w:t>Так, так, бо слово вже дала&lt;br /&gt;</w:t>
        <w:br/>
        <w:t>Онєгіну. О боже, боже!&lt;br /&gt;</w:t>
        <w:br/>
        <w:t>Що чує він? Вона могла...&lt;br /&gt;</w:t>
        <w:br/>
        <w:t>Іще дитя,— а вже зрадлива,&lt;br /&gt;</w:t>
        <w:br/>
        <w:t>Уже кокетка пустотлива!&lt;br /&gt;</w:t>
        <w:br/>
        <w:t>Уже навчилась хитрувать,&lt;br /&gt;</w:t>
        <w:br/>
        <w:t>Уміє слово вже ламать!&lt;br /&gt;</w:t>
        <w:br/>
        <w:t>Яка образа і покара!&lt;br /&gt;</w:t>
        <w:br/>
        <w:t>Мов грім серед ясного дня! —&lt;br /&gt;</w:t>
        <w:br/>
        <w:t>Він вибіг, скочив на коня&lt;br /&gt;</w:t>
        <w:br/>
        <w:t>І мчиться. Пістолетів пара,&lt;br /&gt;</w:t>
        <w:br/>
        <w:t>Дві кулі — рада лиш одна,&lt;br /&gt;</w:t>
        <w:br/>
        <w:t>Щоб змити кривду цю до дна!</w:t>
      </w:r>
    </w:p>
    <w:p>
      <w:r>
        <w:br/>
        <w:t>Глава шоста</w:t>
      </w:r>
    </w:p>
    <w:p>
      <w:r>
        <w:br/>
        <w:t>La, sotto i giorni nubilosi e brevi,&lt;br /&gt;</w:t>
        <w:br/>
        <w:t>Nasce una gente a cui l'morir non dole.&lt;br /&gt;</w:t>
        <w:br/>
        <w:t>Petr.*</w:t>
      </w:r>
    </w:p>
    <w:p>
      <w:r>
        <w:br/>
        <w:t>I</w:t>
      </w:r>
    </w:p>
    <w:p>
      <w:r>
        <w:br/>
        <w:t>Онєгін, з Ольгою сидівши,&lt;br /&gt;</w:t>
        <w:br/>
        <w:t>Відсутність друга постеріг;&lt;br /&gt;</w:t>
        <w:br/>
        <w:t>Бажання помсти вдовольнивши,&lt;br /&gt;</w:t>
        <w:br/>
        <w:t>Нудьгу прогнати він не міг.&lt;br /&gt;</w:t>
        <w:br/>
        <w:t>За ним і Ольга позіхала,&lt;br /&gt;</w:t>
        <w:br/>
        <w:t>Очима Ленського шукала,&lt;br /&gt;</w:t>
        <w:br/>
        <w:t>І нескінченний котильйон&lt;br /&gt;</w:t>
        <w:br/>
        <w:t>Її томив, як прикрий сон.&lt;br /&gt;</w:t>
        <w:br/>
        <w:t>Нарешті кличуть до вечері.&lt;br /&gt;</w:t>
        <w:br/>
        <w:t>Постелі стелять; для гостей&lt;br /&gt;</w:t>
        <w:br/>
        <w:t>Широке місце від сіней&lt;br /&gt;</w:t>
        <w:br/>
        <w:t>Аж до дівочої, по двері.&lt;br /&gt;</w:t>
        <w:br/>
        <w:t>Онєгін тільки з-між усіх&lt;br /&gt;</w:t>
        <w:br/>
        <w:t>Додому рушив на нічліг.</w:t>
      </w:r>
    </w:p>
    <w:p>
      <w:r>
        <w:br/>
        <w:t>-------------------&lt;br /&gt;</w:t>
        <w:br/>
        <w:t>* Там, де дні хмарні й короткі, родиться плем'я,&lt;br /&gt;</w:t>
        <w:br/>
        <w:t>якому вмирати не боляче. Петр[арка] (італ.).— Ред.</w:t>
      </w:r>
    </w:p>
    <w:p>
      <w:r>
        <w:br/>
        <w:t>II</w:t>
      </w:r>
    </w:p>
    <w:p>
      <w:r>
        <w:br/>
        <w:t>Все спить: у залі для гостини&lt;br /&gt;</w:t>
        <w:br/>
        <w:t>Хропе дебелий Пустяков&lt;br /&gt;</w:t>
        <w:br/>
        <w:t>Біля дебелої дружини.&lt;br /&gt;</w:t>
        <w:br/>
        <w:t>Гвоздін, Буянов, Пєтушков&lt;br /&gt;</w:t>
        <w:br/>
        <w:t>І Флянов, трохи занепалий,&lt;br /&gt;</w:t>
        <w:br/>
        <w:t>В їдальні на стільцях лежали,&lt;br /&gt;</w:t>
        <w:br/>
        <w:t>А на долівці, у кутку,-&lt;br /&gt;</w:t>
        <w:br/>
        <w:t>Тріке в фуфайці й ковпаку.&lt;br /&gt;</w:t>
        <w:br/>
        <w:t>Панянки в горницях Татьяни&lt;br /&gt;</w:t>
        <w:br/>
        <w:t>Та Ольги сплять невинним сном.&lt;br /&gt;</w:t>
        <w:br/>
        <w:t>Сама журливо під вікном,&lt;br /&gt;</w:t>
        <w:br/>
        <w:t>Повита променем Діани,&lt;br /&gt;</w:t>
        <w:br/>
        <w:t>Татьяна лиш не спить бліда,&lt;br /&gt;</w:t>
        <w:br/>
        <w:t>На темне поле погляда.</w:t>
      </w:r>
    </w:p>
    <w:p>
      <w:r>
        <w:br/>
        <w:t>III</w:t>
      </w:r>
    </w:p>
    <w:p>
      <w:r>
        <w:br/>
        <w:t>Його негадана поява,&lt;br /&gt;</w:t>
        <w:br/>
        <w:t>І ніжність погляду чудна,&lt;br /&gt;</w:t>
        <w:br/>
        <w:t>І мова з Ольгою ласкава,-&lt;br /&gt;</w:t>
        <w:br/>
        <w:t>Таке це дивне все! Вона&lt;br /&gt;</w:t>
        <w:br/>
        <w:t>Його не може зрозуміти;&lt;br /&gt;</w:t>
        <w:br/>
        <w:t>Та як у серці погасити&lt;br /&gt;</w:t>
        <w:br/>
        <w:t>Пекучі ревнощі! Стиска&lt;br /&gt;</w:t>
        <w:br/>
        <w:t>Їй серце, як страшна рука,&lt;br /&gt;</w:t>
        <w:br/>
        <w:t>Печаль. Безодня роз'яріла&lt;br /&gt;</w:t>
        <w:br/>
        <w:t>Немов під нею клекотить...&lt;br /&gt;</w:t>
        <w:br/>
        <w:t>"Загину,— Таня шепотить,-&lt;br /&gt;</w:t>
        <w:br/>
        <w:t>Від нього і загибель мила.&lt;br /&gt;</w:t>
        <w:br/>
        <w:t>Навіщо марно нарікать?&lt;br /&gt;</w:t>
        <w:br/>
        <w:t>Від нього щастя не чекать!"</w:t>
      </w:r>
    </w:p>
    <w:p>
      <w:r>
        <w:br/>
        <w:t>IV</w:t>
      </w:r>
    </w:p>
    <w:p>
      <w:r>
        <w:br/>
        <w:t>Вперед, вперед, моя істор'є!&lt;br /&gt;</w:t>
        <w:br/>
        <w:t>Особа кличе нас нова.&lt;br /&gt;</w:t>
        <w:br/>
        <w:t>В п'яти верстах од Красногор'я,&lt;br /&gt;</w:t>
        <w:br/>
        <w:t>Де виріс Ленський, прожива&lt;br /&gt;</w:t>
        <w:br/>
        <w:t>Та благоденствує й донині&lt;br /&gt;</w:t>
        <w:br/>
        <w:t>По-філософському в пустині&lt;br /&gt;</w:t>
        <w:br/>
        <w:t>Зарєцький, за минулих днів&lt;br /&gt;</w:t>
        <w:br/>
        <w:t>Отаман зграї картярів,&lt;br /&gt;</w:t>
        <w:br/>
        <w:t>Гультяй і зух, трибун трактирний.&lt;br /&gt;</w:t>
        <w:br/>
        <w:t>Тепер — з початком сивини —&lt;br /&gt;</w:t>
        <w:br/>
        <w:t>Сімейства батько без жони,&lt;br /&gt;</w:t>
        <w:br/>
        <w:t>Надійний друг, поміщик мирний&lt;br /&gt;</w:t>
        <w:br/>
        <w:t>І навіть чесний чоловік:&lt;br /&gt;</w:t>
        <w:br/>
        <w:t>Так виправляється наш вік!</w:t>
      </w:r>
    </w:p>
    <w:p>
      <w:r>
        <w:br/>
        <w:t>V</w:t>
      </w:r>
    </w:p>
    <w:p>
      <w:r>
        <w:br/>
        <w:t>Облесний люд колись в околі&lt;br /&gt;</w:t>
        <w:br/>
        <w:t>Його за смілість вихваляв:&lt;br /&gt;</w:t>
        <w:br/>
        <w:t>На п'ять він сажнів із пістоля&lt;br /&gt;</w:t>
        <w:br/>
        <w:t>У туза справді поціляв.&lt;br /&gt;</w:t>
        <w:br/>
        <w:t>Та й те сказать, у справжнім бої,&lt;br /&gt;</w:t>
        <w:br/>
        <w:t>Одваги повний огняної,&lt;br /&gt;</w:t>
        <w:br/>
        <w:t>Він одзначився, серед дня&lt;br /&gt;</w:t>
        <w:br/>
        <w:t>В багно звалившися з коня,&lt;br /&gt;</w:t>
        <w:br/>
        <w:t>Мов хлюща п'яний, і дістався&lt;br /&gt;</w:t>
        <w:br/>
        <w:t>В полон французам без тривог&lt;br /&gt;</w:t>
        <w:br/>
        <w:t>Новітній Регул, честі бог,&lt;br /&gt;</w:t>
        <w:br/>
        <w:t>Він знов би у неволю дався,&lt;br /&gt;</w:t>
        <w:br/>
        <w:t>Щоб кожен ранок, по зорі,&lt;br /&gt;</w:t>
        <w:br/>
        <w:t>Хилити наборг у Вері37.</w:t>
      </w:r>
    </w:p>
    <w:p>
      <w:r>
        <w:br/>
        <w:t>VI</w:t>
      </w:r>
    </w:p>
    <w:p>
      <w:r>
        <w:br/>
        <w:t>Умів він друзів веселити,&lt;br /&gt;</w:t>
        <w:br/>
        <w:t>Дурного підіймать на сміх,&lt;br /&gt;</w:t>
        <w:br/>
        <w:t>Розумного у дурні шити&lt;br /&gt;</w:t>
        <w:br/>
        <w:t>Чи спотайна, чи при усіх,&lt;br /&gt;</w:t>
        <w:br/>
        <w:t>Хоч деякі дотепні штуки&lt;br /&gt;</w:t>
        <w:br/>
        <w:t>І не минались без науки,&lt;br /&gt;</w:t>
        <w:br/>
        <w:t>І він, на радість ворогам,&lt;br /&gt;</w:t>
        <w:br/>
        <w:t>Вклепатись часом міг і сам.&lt;br /&gt;</w:t>
        <w:br/>
        <w:t>Він майстер був посперечатись,&lt;br /&gt;</w:t>
        <w:br/>
        <w:t>І гостро, й тупо відказать,&lt;br /&gt;</w:t>
        <w:br/>
        <w:t>І передбачливо мовчать,&lt;br /&gt;</w:t>
        <w:br/>
        <w:t>І передбачливо змагатись,&lt;br /&gt;</w:t>
        <w:br/>
        <w:t>Підбити друзів молодих&lt;br /&gt;</w:t>
        <w:br/>
        <w:t>І на бар'єр поставить їх,</w:t>
      </w:r>
    </w:p>
    <w:p>
      <w:r>
        <w:br/>
        <w:t>VII</w:t>
      </w:r>
    </w:p>
    <w:p>
      <w:r>
        <w:br/>
        <w:t>Або до миру нахилити,&lt;br /&gt;</w:t>
        <w:br/>
        <w:t>Щоб пообідати в гурті,&lt;br /&gt;</w:t>
        <w:br/>
        <w:t>А потім наклеп розпустити,&lt;br /&gt;</w:t>
        <w:br/>
        <w:t>Як то поводиться в житті.&lt;br /&gt;</w:t>
        <w:br/>
        <w:t>Sed alia tempora!* Буяння&lt;br /&gt;</w:t>
        <w:br/>
        <w:t>(Як і солодкий сон кохання)&lt;br /&gt;</w:t>
        <w:br/>
        <w:t>Минає по весні людській.&lt;br /&gt;</w:t>
        <w:br/>
        <w:t>Як я сказав, Зарєцький мій&lt;br /&gt;</w:t>
        <w:br/>
        <w:t>Під тінь черемшин та акацій&lt;br /&gt;</w:t>
        <w:br/>
        <w:t>Від бур сховався під кінець&lt;br /&gt;</w:t>
        <w:br/>
        <w:t>І там, як істинний мудрець,&lt;br /&gt;</w:t>
        <w:br/>
        <w:t>Капусту садить, мов Горацій,&lt;br /&gt;</w:t>
        <w:br/>
        <w:t>Качок розводить та гусей&lt;br /&gt;</w:t>
        <w:br/>
        <w:t>І учить азбуки дітей.</w:t>
      </w:r>
    </w:p>
    <w:p>
      <w:r>
        <w:br/>
        <w:t>------------------&lt;br /&gt;</w:t>
        <w:br/>
        <w:t>* Але часи інші! (лат.).— Ред.</w:t>
      </w:r>
    </w:p>
    <w:p>
      <w:r>
        <w:br/>
        <w:t>VIII</w:t>
      </w:r>
    </w:p>
    <w:p>
      <w:r>
        <w:br/>
        <w:t>Був не дурний він; мій Євгеній,&lt;br /&gt;</w:t>
        <w:br/>
        <w:t>Не шанувавши серця в нім,&lt;br /&gt;</w:t>
        <w:br/>
        <w:t>Любив думки його — не вчені,&lt;br /&gt;</w:t>
        <w:br/>
        <w:t>Та глуздом натхнуті живим.&lt;br /&gt;</w:t>
        <w:br/>
        <w:t>Він залюбки з ним зустрічався,&lt;br /&gt;</w:t>
        <w:br/>
        <w:t>Отож ніяк не здивувався,&lt;br /&gt;</w:t>
        <w:br/>
        <w:t>Коли об ранішній порі&lt;br /&gt;</w:t>
        <w:br/>
        <w:t>Його побачив на дворі.&lt;br /&gt;</w:t>
        <w:br/>
        <w:t>Той увійшов, почав розмову,&lt;br /&gt;</w:t>
        <w:br/>
        <w:t>Почавши, скоро сам урвав&lt;br /&gt;</w:t>
        <w:br/>
        <w:t>І, усміхаючись, подав&lt;br /&gt;</w:t>
        <w:br/>
        <w:t>Йому записку юнакову.&lt;br /&gt;</w:t>
        <w:br/>
        <w:t>Онєгін, ставши при вікні,&lt;br /&gt;</w:t>
        <w:br/>
        <w:t>Проглянув літери дрібні.</w:t>
      </w:r>
    </w:p>
    <w:p>
      <w:r>
        <w:br/>
        <w:t>IX</w:t>
      </w:r>
    </w:p>
    <w:p>
      <w:r>
        <w:br/>
        <w:t>То був приємний, благородний,&lt;br /&gt;</w:t>
        <w:br/>
        <w:t>Короткий виклик, чи картель:&lt;br /&gt;</w:t>
        <w:br/>
        <w:t>Поет, узявши тон холодний,&lt;br /&gt;</w:t>
        <w:br/>
        <w:t>Ним кликав друга на дуель.&lt;br /&gt;</w:t>
        <w:br/>
        <w:t>Онєгін у недовгій мові&lt;br /&gt;</w:t>
        <w:br/>
        <w:t>Того доручення послові&lt;br /&gt;</w:t>
        <w:br/>
        <w:t>Сказав, що завжди радий він.&lt;br /&gt;</w:t>
        <w:br/>
        <w:t>Оддавши ввічливий уклін,&lt;br /&gt;</w:t>
        <w:br/>
        <w:t>Зарєцький вийшов із покою;&lt;br /&gt;</w:t>
        <w:br/>
        <w:t>Багато дома мавши справ,&lt;br /&gt;</w:t>
        <w:br/>
        <w:t>Він бути довше не бажав.&lt;br /&gt;</w:t>
        <w:br/>
        <w:t>А що Євгеній? Самотою&lt;br /&gt;</w:t>
        <w:br/>
        <w:t>Себе він гостро засудив,&lt;br /&gt;</w:t>
        <w:br/>
        <w:t>Що нерозважно так чинив.</w:t>
      </w:r>
    </w:p>
    <w:p>
      <w:r>
        <w:br/>
        <w:t>X</w:t>
      </w:r>
    </w:p>
    <w:p>
      <w:r>
        <w:br/>
        <w:t>І справді: зміркувавши строго,&lt;br /&gt;</w:t>
        <w:br/>
        <w:t>Він визнав у думках своїх,&lt;br /&gt;</w:t>
        <w:br/>
        <w:t>Що досить наробив лихого:&lt;br /&gt;</w:t>
        <w:br/>
        <w:t>По-перше, підійняв на сміх,&lt;br /&gt;</w:t>
        <w:br/>
        <w:t>Досаді давшись понад міру,&lt;br /&gt;</w:t>
        <w:br/>
        <w:t>Любов несміливу і щиру;&lt;br /&gt;</w:t>
        <w:br/>
        <w:t>По-друге: хай собі юнак&lt;br /&gt;</w:t>
        <w:br/>
        <w:t>Шаліє; це ж природно так&lt;br /&gt;</w:t>
        <w:br/>
        <w:t>У раннім віці. Занехаяв&lt;br /&gt;</w:t>
        <w:br/>
        <w:t>Євгеній дружбу, що велить&lt;br /&gt;</w:t>
        <w:br/>
        <w:t>Себе в цій справі появить&lt;br /&gt;</w:t>
        <w:br/>
        <w:t>Не м'ячиком дурних звичаїв,&lt;br /&gt;</w:t>
        <w:br/>
        <w:t>Не самолюбним хлопчаком,&lt;br /&gt;</w:t>
        <w:br/>
        <w:t>А мужем з честю та умом.</w:t>
      </w:r>
    </w:p>
    <w:p>
      <w:r>
        <w:br/>
        <w:t>XI</w:t>
      </w:r>
    </w:p>
    <w:p>
      <w:r>
        <w:br/>
        <w:t>Він мав би злагоду явити,&lt;br /&gt;</w:t>
        <w:br/>
        <w:t>А не їжачитись, як звір.&lt;br /&gt;</w:t>
        <w:br/>
        <w:t>Повинен був він пом'якшити&lt;br /&gt;</w:t>
        <w:br/>
        <w:t>Юнацьке серце. "Та про мир&lt;br /&gt;</w:t>
        <w:br/>
        <w:t>Тепер шкода вже і гадати...&lt;br /&gt;</w:t>
        <w:br/>
        <w:t>До того ж,— мислить він,— завзятий&lt;br /&gt;</w:t>
        <w:br/>
        <w:t>Устряв до цього дуеліст,&lt;br /&gt;</w:t>
        <w:br/>
        <w:t>На брехні й наклепи артист.&lt;br /&gt;</w:t>
        <w:br/>
        <w:t>Звичайно, я б зневажить радий&lt;br /&gt;</w:t>
        <w:br/>
        <w:t>Всі вигадки лепетуна,-&lt;br /&gt;</w:t>
        <w:br/>
        <w:t>Та людський сміх, юрба дурна..."&lt;br /&gt;</w:t>
        <w:br/>
        <w:t>І от уже вам суд громади!38&lt;br /&gt;</w:t>
        <w:br/>
        <w:t>Пружина честі, наш кумир!&lt;br /&gt;</w:t>
        <w:br/>
        <w:t>От владар світу з давніх пір!</w:t>
      </w:r>
    </w:p>
    <w:p>
      <w:r>
        <w:br/>
        <w:t>XII</w:t>
      </w:r>
    </w:p>
    <w:p>
      <w:r>
        <w:br/>
        <w:t>Тяжкого нетерпіння повний,&lt;br /&gt;</w:t>
        <w:br/>
        <w:t>Поет на відповідь чекав,-&lt;br /&gt;</w:t>
        <w:br/>
        <w:t>І от сусід багатомовний&lt;br /&gt;</w:t>
        <w:br/>
        <w:t>Її з поважністю подав.&lt;br /&gt;</w:t>
        <w:br/>
        <w:t>Тож любо ревності шаленій!&lt;br /&gt;</w:t>
        <w:br/>
        <w:t>Боявся Ленський, щоб Євгеній&lt;br /&gt;</w:t>
        <w:br/>
        <w:t>На жарт усього не звернув&lt;br /&gt;</w:t>
        <w:br/>
        <w:t>І хитрощами не минув&lt;br /&gt;</w:t>
        <w:br/>
        <w:t>Його погрозного пістоля.&lt;br /&gt;</w:t>
        <w:br/>
        <w:t>Тепер умовлено, щоб їм&lt;br /&gt;</w:t>
        <w:br/>
        <w:t>Зустрітись при млині старім,&lt;br /&gt;</w:t>
        <w:br/>
        <w:t>Де навзаєм судила доля,&lt;br /&gt;</w:t>
        <w:br/>
        <w:t>Як тільки-но займеться світ,&lt;br /&gt;</w:t>
        <w:br/>
        <w:t>Ціляти в скроню чи в живіт.</w:t>
      </w:r>
    </w:p>
    <w:p>
      <w:r>
        <w:br/>
        <w:t>XIII</w:t>
      </w:r>
    </w:p>
    <w:p>
      <w:r>
        <w:br/>
        <w:t>Кокетку кленучи душею,&lt;br /&gt;</w:t>
        <w:br/>
        <w:t>Кипучий Ленський намір мав&lt;br /&gt;</w:t>
        <w:br/>
        <w:t>Не зустрічатись більше з нею;&lt;br /&gt;</w:t>
        <w:br/>
        <w:t>То він на сонце поглядав,&lt;br /&gt;</w:t>
        <w:br/>
        <w:t>То на годинник свій дивився —&lt;br /&gt;</w:t>
        <w:br/>
        <w:t>І у сусідок опинився.&lt;br /&gt;</w:t>
        <w:br/>
        <w:t>Таївши задуми свої,&lt;br /&gt;</w:t>
        <w:br/>
        <w:t>Хотів збентежить він її,&lt;br /&gt;</w:t>
        <w:br/>
        <w:t>Та де там! Оленька зустріла&lt;br /&gt;</w:t>
        <w:br/>
        <w:t>Його на отчім рундуці&lt;br /&gt;</w:t>
        <w:br/>
        <w:t>З веселим сміхом на лиці,&lt;br /&gt;</w:t>
        <w:br/>
        <w:t>Немов надія легкокрила,&lt;br /&gt;</w:t>
        <w:br/>
        <w:t>Рум'яна, жвава, чарівна,&lt;br /&gt;</w:t>
        <w:br/>
        <w:t>Як і раніш, була вона.</w:t>
      </w:r>
    </w:p>
    <w:p>
      <w:r>
        <w:br/>
        <w:t>XIV</w:t>
      </w:r>
    </w:p>
    <w:p>
      <w:r>
        <w:br/>
        <w:t>"Чому втекли ви так зарання?" —&lt;br /&gt;</w:t>
        <w:br/>
        <w:t>Від неї перший запит був.&lt;br /&gt;</w:t>
        <w:br/>
        <w:t>І всі недавні почування&lt;br /&gt;</w:t>
        <w:br/>
        <w:t>Бідаха, змішаний, забув.&lt;br /&gt;</w:t>
        <w:br/>
        <w:t>Що діять ревнощам жорстоким&lt;br /&gt;</w:t>
        <w:br/>
        <w:t>Перед таким невинним оком,&lt;br /&gt;</w:t>
        <w:br/>
        <w:t>Перед дитячим цим чолом,&lt;br /&gt;</w:t>
        <w:br/>
        <w:t>Перед душі її теплом!..&lt;br /&gt;</w:t>
        <w:br/>
        <w:t>І Ленський, чарами повитий,&lt;br /&gt;</w:t>
        <w:br/>
        <w:t>Її кохання бачить знов,&lt;br /&gt;</w:t>
        <w:br/>
        <w:t>І гнів у нього перейшов,&lt;br /&gt;</w:t>
        <w:br/>
        <w:t>І він ладен її простити,&lt;br /&gt;</w:t>
        <w:br/>
        <w:t>Тремтить і не знаходить слів,&lt;br /&gt;</w:t>
        <w:br/>
        <w:t>Він знов щасливий, знов ожив...</w:t>
      </w:r>
    </w:p>
    <w:p>
      <w:r>
        <w:br/>
        <w:t>XV. XVI. XVII</w:t>
      </w:r>
    </w:p>
    <w:p>
      <w:r>
        <w:br/>
        <w:t>І знову хмурий, посмутнілий&lt;br /&gt;</w:t>
        <w:br/>
        <w:t>Від дум, що мучать і гнітять,&lt;br /&gt;</w:t>
        <w:br/>
        <w:t>Не має Володимир сили&lt;br /&gt;</w:t>
        <w:br/>
        <w:t>Вчорашнє Ользі нагадать;&lt;br /&gt;</w:t>
        <w:br/>
        <w:t>Він мислить: "Буду їй спаситель;&lt;br /&gt;</w:t>
        <w:br/>
        <w:t>Не стерплю я, щоб спокуситель&lt;br /&gt;</w:t>
        <w:br/>
        <w:t>Огнем зітхання і похвал&lt;br /&gt;</w:t>
        <w:br/>
        <w:t>Збудив у ній гріховний пал;&lt;br /&gt;</w:t>
        <w:br/>
        <w:t>Щоб ніжну лілії стеблину&lt;br /&gt;</w:t>
        <w:br/>
        <w:t>Гробак отруйний підточив,&lt;br /&gt;</w:t>
        <w:br/>
        <w:t>Щоб доранковий квіт одцвів,&lt;br /&gt;</w:t>
        <w:br/>
        <w:t>Розцвівшися наполовину".&lt;br /&gt;</w:t>
        <w:br/>
        <w:t>Це значило, читачу мій:&lt;br /&gt;</w:t>
        <w:br/>
        <w:t>Піду я з другом на двобій.</w:t>
      </w:r>
    </w:p>
    <w:p>
      <w:r>
        <w:br/>
        <w:t>XVIII</w:t>
      </w:r>
    </w:p>
    <w:p>
      <w:r>
        <w:br/>
        <w:t>Коли б то знав він, що за рана&lt;br /&gt;</w:t>
        <w:br/>
        <w:t>Татьяну мучила й пекла!&lt;br /&gt;</w:t>
        <w:br/>
        <w:t>Коли б то відала Татьяна,&lt;br /&gt;</w:t>
        <w:br/>
        <w:t>Коли б дізнатися могла,&lt;br /&gt;</w:t>
        <w:br/>
        <w:t>Що за холодний склеп могили&lt;br /&gt;</w:t>
        <w:br/>
        <w:t>Змагаться з Ленським вийде милий;&lt;br /&gt;</w:t>
        <w:br/>
        <w:t>Ах, може б, ще її любов&lt;br /&gt;</w:t>
        <w:br/>
        <w:t>Їх дружбу воскресила знов!&lt;br /&gt;</w:t>
        <w:br/>
        <w:t>Але чуття її палкого&lt;br /&gt;</w:t>
        <w:br/>
        <w:t>Іще ніхто не відгадав.&lt;br /&gt;</w:t>
        <w:br/>
        <w:t>Онєгін, знаючи, мовчав;&lt;br /&gt;</w:t>
        <w:br/>
        <w:t>Вона таїла муку строго;&lt;br /&gt;</w:t>
        <w:br/>
        <w:t>Одна б лиш няня знать могла,&lt;br /&gt;</w:t>
        <w:br/>
        <w:t>Та недогадлива була.</w:t>
      </w:r>
    </w:p>
    <w:p>
      <w:r>
        <w:br/>
        <w:t>XIX</w:t>
      </w:r>
    </w:p>
    <w:p>
      <w:r>
        <w:br/>
        <w:t>То говіркий, то сумовитий,&lt;br /&gt;</w:t>
        <w:br/>
        <w:t>Весь вечір Ленський примхував;&lt;br /&gt;</w:t>
        <w:br/>
        <w:t>Та звісно — муз натхненні діти&lt;br /&gt;</w:t>
        <w:br/>
        <w:t>Усі такі: то він сідав,&lt;br /&gt;</w:t>
        <w:br/>
        <w:t>Нахмурившись, за клавікорди&lt;br /&gt;</w:t>
        <w:br/>
        <w:t>І брав на них самі акорди,&lt;br /&gt;</w:t>
        <w:br/>
        <w:t>То, в Ользі утопивши зір,&lt;br /&gt;</w:t>
        <w:br/>
        <w:t>Шептав: "Щасливий я, повір!"&lt;br /&gt;</w:t>
        <w:br/>
        <w:t>Та їхати пора. Стискалось&lt;br /&gt;</w:t>
        <w:br/>
        <w:t>У нього серце, як вона&lt;br /&gt;</w:t>
        <w:br/>
        <w:t>Із ним прощалась, чарівна;&lt;br /&gt;</w:t>
        <w:br/>
        <w:t>Воно неначе розривалось.&lt;br /&gt;</w:t>
        <w:br/>
        <w:t>Вона в обличчя зазира:&lt;br /&gt;</w:t>
        <w:br/>
        <w:t>"Що з вами?" — "Так!" — І геть з двора.</w:t>
      </w:r>
    </w:p>
    <w:p>
      <w:r>
        <w:br/>
        <w:t>XX</w:t>
      </w:r>
    </w:p>
    <w:p>
      <w:r>
        <w:br/>
        <w:t>Удома він свої пістолі&lt;br /&gt;</w:t>
        <w:br/>
        <w:t>Оглянув, потім їх відклав&lt;br /&gt;</w:t>
        <w:br/>
        <w:t>І, щоб утишить серця болі,&lt;br /&gt;</w:t>
        <w:br/>
        <w:t>З полиці Шіллера узяв;&lt;br /&gt;</w:t>
        <w:br/>
        <w:t>Та мисль одна його тривожить,&lt;br /&gt;</w:t>
        <w:br/>
        <w:t>Чуття примовкнути не можуть,&lt;br /&gt;</w:t>
        <w:br/>
        <w:t>І Ольги образ молодий&lt;br /&gt;</w:t>
        <w:br/>
        <w:t>Стоїть в очах, немов живий.&lt;br /&gt;</w:t>
        <w:br/>
        <w:t>Тож книгу Ленський закриває,&lt;br /&gt;</w:t>
        <w:br/>
        <w:t>Бере перо; його рядки,&lt;br /&gt;</w:t>
        <w:br/>
        <w:t>Бредні любовної зразки,&lt;br /&gt;</w:t>
        <w:br/>
        <w:t>Дзвенять і ллються. Їх читає&lt;br /&gt;</w:t>
        <w:br/>
        <w:t>Поет в ліричному огні,&lt;br /&gt;</w:t>
        <w:br/>
        <w:t>Як Дельвіг п'яний в час гульні.</w:t>
      </w:r>
    </w:p>
    <w:p>
      <w:r>
        <w:br/>
        <w:t>XXI</w:t>
      </w:r>
    </w:p>
    <w:p>
      <w:r>
        <w:br/>
        <w:t>Ті вірші й досі уціліли,&lt;br /&gt;</w:t>
        <w:br/>
        <w:t>На спогад перейшли мені:&lt;br /&gt;</w:t>
        <w:br/>
        <w:t>"Куди, куди ви відлетіли,&lt;br /&gt;</w:t>
        <w:br/>
        <w:t>Весни моєї красні дні?&lt;br /&gt;</w:t>
        <w:br/>
        <w:t>Що день новий мені готує?&lt;br /&gt;</w:t>
        <w:br/>
        <w:t>За ним даремно зір слідкує,&lt;br /&gt;</w:t>
        <w:br/>
        <w:t>В глибокій тьмі таїться він.&lt;br /&gt;</w:t>
        <w:br/>
        <w:t>Байдуже: є закон один.&lt;br /&gt;</w:t>
        <w:br/>
        <w:t>Впаду я, вражений стрілою,&lt;br /&gt;</w:t>
        <w:br/>
        <w:t>Чи мимо пролетить вона,&lt;br /&gt;</w:t>
        <w:br/>
        <w:t>Все благо: діяння і сна&lt;br /&gt;</w:t>
        <w:br/>
        <w:t>Свій час надходить за чергою;&lt;br /&gt;</w:t>
        <w:br/>
        <w:t>Благословен і день ясний,&lt;br /&gt;</w:t>
        <w:br/>
        <w:t>Благословен і час нічний!</w:t>
      </w:r>
    </w:p>
    <w:p>
      <w:r>
        <w:br/>
        <w:t>XXII</w:t>
      </w:r>
    </w:p>
    <w:p>
      <w:r>
        <w:br/>
        <w:t>"Заграє промінь зоряниці,&lt;br /&gt;</w:t>
        <w:br/>
        <w:t>І день яскравий заблищить,&lt;br /&gt;</w:t>
        <w:br/>
        <w:t>А я — в таємну тінь гробниці&lt;br /&gt;</w:t>
        <w:br/>
        <w:t>Зійду, як доля повелить,&lt;br /&gt;</w:t>
        <w:br/>
        <w:t>І пам'ять юного поета&lt;br /&gt;</w:t>
        <w:br/>
        <w:t>Поглине тиховода Лета,&lt;br /&gt;</w:t>
        <w:br/>
        <w:t>Забуде світ мене; а ти&lt;br /&gt;</w:t>
        <w:br/>
        <w:t>Чи прийдеш, діво красоти,&lt;br /&gt;</w:t>
        <w:br/>
        <w:t>Слізьми скропити вінця урни&lt;br /&gt;</w:t>
        <w:br/>
        <w:t>І думать: він мене любив,&lt;br /&gt;</w:t>
        <w:br/>
        <w:t>Мені єдиній присвятив&lt;br /&gt;</w:t>
        <w:br/>
        <w:t>Сумного дня світання бурне!&lt;br /&gt;</w:t>
        <w:br/>
        <w:t>О друже мій, о раю мій,&lt;br /&gt;</w:t>
        <w:br/>
        <w:t>Прийди, прийди, навік я твій!.."</w:t>
      </w:r>
    </w:p>
    <w:p>
      <w:r>
        <w:br/>
        <w:t>XXIII</w:t>
      </w:r>
    </w:p>
    <w:p>
      <w:r>
        <w:br/>
        <w:t>Так в'яло й темно він, читачу,&lt;br /&gt;</w:t>
        <w:br/>
        <w:t>Писав (це романтизмом звуть,&lt;br /&gt;</w:t>
        <w:br/>
        <w:t>Хоч романтизму тут не бачу&lt;br /&gt;</w:t>
        <w:br/>
        <w:t>Нітрохи я; та далі в путь!)&lt;br /&gt;</w:t>
        <w:br/>
        <w:t>Аж перед ранньою порою,&lt;br /&gt;</w:t>
        <w:br/>
        <w:t>Схилившись тихо головою,&lt;br /&gt;</w:t>
        <w:br/>
        <w:t>На моднім слові ідеал&lt;br /&gt;</w:t>
        <w:br/>
        <w:t>Заснув він, вичерпавши пал;&lt;br /&gt;</w:t>
        <w:br/>
        <w:t>Та тільки сонна одволога&lt;br /&gt;</w:t>
        <w:br/>
        <w:t>Йому торкнулася чола,&lt;br /&gt;</w:t>
        <w:br/>
        <w:t>Сусіда постать увійшла&lt;br /&gt;</w:t>
        <w:br/>
        <w:t>І каже Ленському з порога:&lt;br /&gt;</w:t>
        <w:br/>
        <w:t>"Вже сьома: уставати час.&lt;br /&gt;</w:t>
        <w:br/>
        <w:t>Онєгін, певно, жде на вас".</w:t>
      </w:r>
    </w:p>
    <w:p>
      <w:r>
        <w:br/>
        <w:t>XXIV</w:t>
      </w:r>
    </w:p>
    <w:p>
      <w:r>
        <w:br/>
        <w:t>Та помилявся він. Євгеній&lt;br /&gt;</w:t>
        <w:br/>
        <w:t>В той час немов убитий спав;&lt;br /&gt;</w:t>
        <w:br/>
        <w:t>Уже в напівімлі студеній&lt;br /&gt;</w:t>
        <w:br/>
        <w:t>Аврору півень привітав,-&lt;br /&gt;</w:t>
        <w:br/>
        <w:t>Онєгін спить собі глибоко.&lt;br /&gt;</w:t>
        <w:br/>
        <w:t>Вже сонце котиться високо,&lt;br /&gt;</w:t>
        <w:br/>
        <w:t>І сніг летючий мерехтить&lt;br /&gt;</w:t>
        <w:br/>
        <w:t>І в'ється,— він іще лежить.&lt;br /&gt;</w:t>
        <w:br/>
        <w:t>М'якою ковдрою покрившись,&lt;br /&gt;</w:t>
        <w:br/>
        <w:t>Іще над ним літає сон.&lt;br /&gt;</w:t>
        <w:br/>
        <w:t>Нарешті шовк легких запон&lt;br /&gt;</w:t>
        <w:br/>
        <w:t>Він одкриває, пробудившись,&lt;br /&gt;</w:t>
        <w:br/>
        <w:t>І бачить, що давно пора&lt;br /&gt;</w:t>
        <w:br/>
        <w:t>Йому рушати із двора.</w:t>
      </w:r>
    </w:p>
    <w:p>
      <w:r>
        <w:br/>
        <w:t>XXV</w:t>
      </w:r>
    </w:p>
    <w:p>
      <w:r>
        <w:br/>
        <w:t>Він швидко дзвонить. Прибігає&lt;br /&gt;</w:t>
        <w:br/>
        <w:t>Француз Гільйо, його слуга,&lt;br /&gt;</w:t>
        <w:br/>
        <w:t>Халат на пана накидає,&lt;br /&gt;</w:t>
        <w:br/>
        <w:t>Надіть пантофлі помага.&lt;br /&gt;</w:t>
        <w:br/>
        <w:t>Спішить Онєгін одягатись,&lt;br /&gt;</w:t>
        <w:br/>
        <w:t>Слузі наказує зібратись&lt;br /&gt;</w:t>
        <w:br/>
        <w:t>Із ним в дорогу снігову,&lt;br /&gt;</w:t>
        <w:br/>
        <w:t>Шкатулу взявши бойову.&lt;br /&gt;</w:t>
        <w:br/>
        <w:t>Готові коні нетерпливі.&lt;br /&gt;</w:t>
        <w:br/>
        <w:t>Він сів і до млина летить.&lt;br /&gt;</w:t>
        <w:br/>
        <w:t>Примчались. Він слузі велить&lt;br /&gt;</w:t>
        <w:br/>
        <w:t>Лепажа39 вироби жахливі&lt;br /&gt;</w:t>
        <w:br/>
        <w:t>Нести за ним,— а коням стать,&lt;br /&gt;</w:t>
        <w:br/>
        <w:t>Де в полі два дубки стоять.</w:t>
      </w:r>
    </w:p>
    <w:p>
      <w:r>
        <w:br/>
        <w:t>XXVI</w:t>
      </w:r>
    </w:p>
    <w:p>
      <w:r>
        <w:br/>
        <w:t>Тим часом, як у неспокої&lt;br /&gt;</w:t>
        <w:br/>
        <w:t>Фатальних Ленський ждав хвилин, —&lt;br /&gt;</w:t>
        <w:br/>
        <w:t>Знавець механіки сільської,&lt;br /&gt;</w:t>
        <w:br/>
        <w:t>Зарєцький правив щось про млин.&lt;br /&gt;</w:t>
        <w:br/>
        <w:t>Аж от Онєгін. Він пробачить&lt;br /&gt;</w:t>
        <w:br/>
        <w:t>Їх просить. "Але що ж це значить,&lt;br /&gt;</w:t>
        <w:br/>
        <w:t>Мій пане? Де ваш секундант?" —&lt;br /&gt;</w:t>
        <w:br/>
        <w:t>В дуелях класик і педант,&lt;br /&gt;</w:t>
        <w:br/>
        <w:t>Методі вірний був Зарєцький&lt;br /&gt;</w:t>
        <w:br/>
        <w:t>І дозволяв людину в рай&lt;br /&gt;</w:t>
        <w:br/>
        <w:t>Послать не на галай-балай,&lt;br /&gt;</w:t>
        <w:br/>
        <w:t>А як велить закон мистецький,&lt;br /&gt;</w:t>
        <w:br/>
        <w:t>Як наші предки завели&lt;br /&gt;</w:t>
        <w:br/>
        <w:t>(За це він вартий похвали).</w:t>
      </w:r>
    </w:p>
    <w:p>
      <w:r>
        <w:br/>
        <w:t>XXVII</w:t>
      </w:r>
    </w:p>
    <w:p>
      <w:r>
        <w:br/>
        <w:t>"Мій секундант? Прошу, панове:&lt;br /&gt;</w:t>
        <w:br/>
        <w:t>Ось він, monsieur Guillot, мій друг.&lt;br /&gt;</w:t>
        <w:br/>
        <w:t>Я певен: згодитесь його ви&lt;br /&gt;</w:t>
        <w:br/>
        <w:t>Прийняти в наш високий круг;&lt;br /&gt;</w:t>
        <w:br/>
        <w:t>Хоч невідома він людина,&lt;br /&gt;</w:t>
        <w:br/>
        <w:t>Та чесний, далебі, хлопчина".&lt;br /&gt;</w:t>
        <w:br/>
        <w:t>Зарєцький губу прикусив,&lt;br /&gt;</w:t>
        <w:br/>
        <w:t>Онєгін Ленському повів:&lt;br /&gt;</w:t>
        <w:br/>
        <w:t>"Що ж, почнемо?" — "Я рад почати".&lt;br /&gt;</w:t>
        <w:br/>
        <w:t>Пішли за млин. Зарєцький взяв&lt;br /&gt;</w:t>
        <w:br/>
        <w:t>Хлопчину чесного, почав&lt;br /&gt;</w:t>
        <w:br/>
        <w:t>З ним договора укладати.&lt;br /&gt;</w:t>
        <w:br/>
        <w:t>Тим часом вороги самі&lt;br /&gt;</w:t>
        <w:br/>
        <w:t>Стояли, хмурі та німі.</w:t>
      </w:r>
    </w:p>
    <w:p>
      <w:r>
        <w:br/>
        <w:t>XXVIII</w:t>
      </w:r>
    </w:p>
    <w:p>
      <w:r>
        <w:br/>
        <w:t>Так... вороги! Чи то ж давно їм&lt;br /&gt;</w:t>
        <w:br/>
        <w:t>Серця ненависть повила?&lt;br /&gt;</w:t>
        <w:br/>
        <w:t>Чи то ж давно із супокоєм&lt;br /&gt;</w:t>
        <w:br/>
        <w:t>Трапезу, мислі і діла&lt;br /&gt;</w:t>
        <w:br/>
        <w:t>Ділили друзі? Нині крові,&lt;br /&gt;</w:t>
        <w:br/>
        <w:t>Неначе вороги спадкові,&lt;br /&gt;</w:t>
        <w:br/>
        <w:t>Жадають, як в страшному сні,&lt;br /&gt;</w:t>
        <w:br/>
        <w:t>Один одному в тишині&lt;br /&gt;</w:t>
        <w:br/>
        <w:t>Вони готують кулю згубну...&lt;br /&gt;</w:t>
        <w:br/>
        <w:t>А що, як сміхом це кінчить,&lt;br /&gt;</w:t>
        <w:br/>
        <w:t>Як рук своїх не багрянить,&lt;br /&gt;</w:t>
        <w:br/>
        <w:t>Як розійтися миролюбно?..&lt;br /&gt;</w:t>
        <w:br/>
        <w:t>Та серце слухати своє&lt;br /&gt;</w:t>
        <w:br/>
        <w:t>Фальшивий сором не дає.</w:t>
      </w:r>
    </w:p>
    <w:p>
      <w:r>
        <w:br/>
        <w:t>XXIX</w:t>
      </w:r>
    </w:p>
    <w:p>
      <w:r>
        <w:br/>
        <w:t>От пістолети заблищали,&lt;br /&gt;</w:t>
        <w:br/>
        <w:t>Гримить об шомпол молоток.&lt;br /&gt;</w:t>
        <w:br/>
        <w:t>Дві кулі у стволи загнали,&lt;br /&gt;</w:t>
        <w:br/>
        <w:t>І цокнув зведений курок.&lt;br /&gt;</w:t>
        <w:br/>
        <w:t>От на полицю сіруватий&lt;br /&gt;</w:t>
        <w:br/>
        <w:t>Посипавсь порох — і зубчатий,&lt;br /&gt;</w:t>
        <w:br/>
        <w:t>Надійний кремінь звівся знов.&lt;br /&gt;</w:t>
        <w:br/>
        <w:t>За пень високий одійшов&lt;br /&gt;</w:t>
        <w:br/>
        <w:t>Monsieur Guillot зніяковілий.&lt;br /&gt;</w:t>
        <w:br/>
        <w:t>Останні сказано слова.&lt;br /&gt;</w:t>
        <w:br/>
        <w:t>Ретельно кроків тридцять два&lt;br /&gt;</w:t>
        <w:br/>
        <w:t>Зарєцький виміряв умілий;&lt;br /&gt;</w:t>
        <w:br/>
        <w:t>Плащі двобійники зняли&lt;br /&gt;</w:t>
        <w:br/>
        <w:t>І пістолети узяли.</w:t>
      </w:r>
    </w:p>
    <w:p>
      <w:r>
        <w:br/>
        <w:t>XXX</w:t>
      </w:r>
    </w:p>
    <w:p>
      <w:r>
        <w:br/>
        <w:t>"Зіходьтесь!"&lt;br /&gt;</w:t>
        <w:br/>
        <w:t>І вони поволі&lt;br /&gt;</w:t>
        <w:br/>
        <w:t>Пройшли, спокійні, мовчазні,&lt;br /&gt;</w:t>
        <w:br/>
        <w:t>Ще не підводячи пістоля,&lt;br /&gt;</w:t>
        <w:br/>
        <w:t>Чотири кроки ті страшні,&lt;br /&gt;</w:t>
        <w:br/>
        <w:t>Чотири сходини смертельні.&lt;br /&gt;</w:t>
        <w:br/>
        <w:t>Як приписи велять дуельні.&lt;br /&gt;</w:t>
        <w:br/>
        <w:t>Євгеній зброю підійняв&lt;br /&gt;</w:t>
        <w:br/>
        <w:t>І націлятися почав.&lt;br /&gt;</w:t>
        <w:br/>
        <w:t>Ще кроків п'ять — одна хвилина —&lt;br /&gt;</w:t>
        <w:br/>
        <w:t>І Ленський теж підводить бронь, —&lt;br /&gt;</w:t>
        <w:br/>
        <w:t>Та раптом вибухнув огонь —&lt;br /&gt;</w:t>
        <w:br/>
        <w:t>Онєгін вистрілив... Година&lt;br /&gt;</w:t>
        <w:br/>
        <w:t>Прийшла рокована: поет&lt;br /&gt;</w:t>
        <w:br/>
        <w:t>Безмовно ронить пістолет,</w:t>
      </w:r>
    </w:p>
    <w:p>
      <w:r>
        <w:br/>
        <w:t>XXXI</w:t>
      </w:r>
    </w:p>
    <w:p>
      <w:r>
        <w:br/>
        <w:t>Кладе собі на груди руку&lt;br /&gt;</w:t>
        <w:br/>
        <w:t>І падає. Туманний зір&lt;br /&gt;</w:t>
        <w:br/>
        <w:t>Відображає смерть, не муку.&lt;br /&gt;</w:t>
        <w:br/>
        <w:t>Так іноді по схилу гір,&lt;br /&gt;</w:t>
        <w:br/>
        <w:t>У сяйві раннього світила,&lt;br /&gt;</w:t>
        <w:br/>
        <w:t>Поволі пада сніжна брила.&lt;br /&gt;</w:t>
        <w:br/>
        <w:t>Облитий холодом страшним,&lt;br /&gt;</w:t>
        <w:br/>
        <w:t>Онєгін нахиливсь над ним,&lt;br /&gt;</w:t>
        <w:br/>
        <w:t>Говорить, кличе... та намарне:&lt;br /&gt;</w:t>
        <w:br/>
        <w:t>Його немає вже. Співець&lt;br /&gt;</w:t>
        <w:br/>
        <w:t>Найшов дочасний свій кінець!&lt;br /&gt;</w:t>
        <w:br/>
        <w:t>Дихнула буря, квіт прегарний&lt;br /&gt;</w:t>
        <w:br/>
        <w:t>Зів'яв на ранішній зорі,&lt;br /&gt;</w:t>
        <w:br/>
        <w:t>Погас огонь на вівтарі!..</w:t>
      </w:r>
    </w:p>
    <w:p>
      <w:r>
        <w:br/>
        <w:t>XXXII</w:t>
      </w:r>
    </w:p>
    <w:p>
      <w:r>
        <w:br/>
        <w:t>Недвижно він лежав. Таємна&lt;br /&gt;</w:t>
        <w:br/>
        <w:t>Була печать його чола.&lt;br /&gt;</w:t>
        <w:br/>
        <w:t>В грудях димилась рана темна,&lt;br /&gt;</w:t>
        <w:br/>
        <w:t>І струмнем відти кров текла.&lt;br /&gt;</w:t>
        <w:br/>
        <w:t>Ще тільки-но хвилину тому&lt;br /&gt;</w:t>
        <w:br/>
        <w:t>В натхненні жив він молодому,&lt;br /&gt;</w:t>
        <w:br/>
        <w:t>Ненависть відав і любов,&lt;br /&gt;</w:t>
        <w:br/>
        <w:t>Цвіло життя, кипіла кров;&lt;br /&gt;</w:t>
        <w:br/>
        <w:t>Тепер, як в домі спорожнілім,&lt;br /&gt;</w:t>
        <w:br/>
        <w:t>Запала вічна тишина;&lt;br /&gt;</w:t>
        <w:br/>
        <w:t>Сім'я роз'їхалась гучна,&lt;br /&gt;</w:t>
        <w:br/>
        <w:t>Забито двері, вікна білим&lt;br /&gt;</w:t>
        <w:br/>
        <w:t>Замазано. Усюди тьма.&lt;br /&gt;</w:t>
        <w:br/>
        <w:t>Хазяйки і сліда нема.</w:t>
      </w:r>
    </w:p>
    <w:p>
      <w:r>
        <w:br/>
        <w:t>XXXIII</w:t>
      </w:r>
    </w:p>
    <w:p>
      <w:r>
        <w:br/>
        <w:t>Приємно лезом епіграми&lt;br /&gt;</w:t>
        <w:br/>
        <w:t>Невдаху-ворога дражнить,&lt;br /&gt;</w:t>
        <w:br/>
        <w:t>Коли, сердитіш до нестями,&lt;br /&gt;</w:t>
        <w:br/>
        <w:t>Схиливши роги, він стоїть&lt;br /&gt;</w:t>
        <w:br/>
        <w:t>І в дзеркалі свойого виду&lt;br /&gt;</w:t>
        <w:br/>
        <w:t>Пізнать не хоче, повен стиду,&lt;br /&gt;</w:t>
        <w:br/>
        <w:t>Чи простодушно визнає:&lt;br /&gt;</w:t>
        <w:br/>
        <w:t>Обличчя, друзі, це моє!&lt;br /&gt;</w:t>
        <w:br/>
        <w:t>Ще приємніше сталь холодну&lt;br /&gt;</w:t>
        <w:br/>
        <w:t>На нього тихо підіймать&lt;br /&gt;</w:t>
        <w:br/>
        <w:t>І в білий лоб йому цілять,&lt;br /&gt;</w:t>
        <w:br/>
        <w:t>Узявши відстань благородну;&lt;br /&gt;</w:t>
        <w:br/>
        <w:t>Та розлучить його з життям,-&lt;br /&gt;</w:t>
        <w:br/>
        <w:t>Навряд чи це приємно вам.</w:t>
      </w:r>
    </w:p>
    <w:p>
      <w:r>
        <w:br/>
        <w:t>XXXIV</w:t>
      </w:r>
    </w:p>
    <w:p>
      <w:r>
        <w:br/>
        <w:t>Коли ж од вашого пістоля&lt;br /&gt;</w:t>
        <w:br/>
        <w:t>Ваш юний приятель поліг,&lt;br /&gt;</w:t>
        <w:br/>
        <w:t>Що слова, може, мимоволі,&lt;br /&gt;</w:t>
        <w:br/>
        <w:t>Стримати на устах не міг&lt;br /&gt;</w:t>
        <w:br/>
        <w:t>І вас образив при чарчині,&lt;br /&gt;</w:t>
        <w:br/>
        <w:t>Чи й сам, піддавшися хвилині,&lt;br /&gt;</w:t>
        <w:br/>
        <w:t>Вас гордо викликав на бій,-&lt;br /&gt;</w:t>
        <w:br/>
        <w:t>Скажіть: які в душі своїй&lt;br /&gt;</w:t>
        <w:br/>
        <w:t>Ви затаїли б почування,&lt;br /&gt;</w:t>
        <w:br/>
        <w:t>Його уздрівши на землі&lt;br /&gt;</w:t>
        <w:br/>
        <w:t>З печаттю смерті на чолі,&lt;br /&gt;</w:t>
        <w:br/>
        <w:t>Як непорушний, без дихання,&lt;br /&gt;</w:t>
        <w:br/>
        <w:t>Поволі він закостенів&lt;br /&gt;</w:t>
        <w:br/>
        <w:t>І вже не чує марних слів?</w:t>
      </w:r>
    </w:p>
    <w:p>
      <w:r>
        <w:br/>
        <w:t>XXXV</w:t>
      </w:r>
    </w:p>
    <w:p>
      <w:r>
        <w:br/>
        <w:t>Страждання сповнений тяжкого,&lt;br /&gt;</w:t>
        <w:br/>
        <w:t>Євгеній схилений поблід,&lt;br /&gt;</w:t>
        <w:br/>
        <w:t>На друга дивлячись німого.&lt;br /&gt;</w:t>
        <w:br/>
        <w:t>"Ну що ж? Умер",— сказав сусід.&lt;br /&gt;</w:t>
        <w:br/>
        <w:t>Умер!.. Страшне почувши слово,&lt;br /&gt;</w:t>
        <w:br/>
        <w:t>Здригнувсь Онєгін і раптово&lt;br /&gt;</w:t>
        <w:br/>
        <w:t>Покликав слуг своїх і йде.&lt;br /&gt;</w:t>
        <w:br/>
        <w:t>Зарєцький бережно кладе&lt;br /&gt;</w:t>
        <w:br/>
        <w:t>На сани труп похолоділий,&lt;br /&gt;</w:t>
        <w:br/>
        <w:t>Додому скарб везе страшний.&lt;br /&gt;</w:t>
        <w:br/>
        <w:t>Почувши мертвого, як стій&lt;br /&gt;</w:t>
        <w:br/>
        <w:t>Од жаху коні захропіли,&lt;br /&gt;</w:t>
        <w:br/>
        <w:t>Удила пінять і гризуть&lt;br /&gt;</w:t>
        <w:br/>
        <w:t>І, як стріла, помчали в путь.</w:t>
      </w:r>
    </w:p>
    <w:p>
      <w:r>
        <w:br/>
        <w:t>XXXVI</w:t>
      </w:r>
    </w:p>
    <w:p>
      <w:r>
        <w:br/>
        <w:t>Вам жаль поета, друзі милі,&lt;br /&gt;</w:t>
        <w:br/>
        <w:t>Що в самім розквіті надій,&lt;br /&gt;</w:t>
        <w:br/>
        <w:t>У свіжій молодості й силі,&lt;br /&gt;</w:t>
        <w:br/>
        <w:t>Дитя в дорозі життьовій,&lt;br /&gt;</w:t>
        <w:br/>
        <w:t>Зав'яв! Де молоде буяння,&lt;br /&gt;</w:t>
        <w:br/>
        <w:t>Де благородне поривання&lt;br /&gt;</w:t>
        <w:br/>
        <w:t>Чуттів і мислей молодих,&lt;br /&gt;</w:t>
        <w:br/>
        <w:t>Високих, ніжних, огняних?&lt;br /&gt;</w:t>
        <w:br/>
        <w:t>Де хвилі буйної любові,&lt;br /&gt;</w:t>
        <w:br/>
        <w:t>Жадоба чесного труда&lt;br /&gt;</w:t>
        <w:br/>
        <w:t>І страх пороку і стида,&lt;br /&gt;</w:t>
        <w:br/>
        <w:t>І ви, примари юнакові,&lt;br /&gt;</w:t>
        <w:br/>
        <w:t>Ви, мрії першої весни,&lt;br /&gt;</w:t>
        <w:br/>
        <w:t>Поезії святої сни!</w:t>
      </w:r>
    </w:p>
    <w:p>
      <w:r>
        <w:br/>
        <w:t>XXXVII</w:t>
      </w:r>
    </w:p>
    <w:p>
      <w:r>
        <w:br/>
        <w:t>Можливо, для добра людського&lt;br /&gt;</w:t>
        <w:br/>
        <w:t>Чи хоч для слави він родивсь,&lt;br /&gt;</w:t>
        <w:br/>
        <w:t>І оддзвін співу голосного&lt;br /&gt;</w:t>
        <w:br/>
        <w:t>Не умовкаючи б котивсь&lt;br /&gt;</w:t>
        <w:br/>
        <w:t>У даль віків. По сходах світу&lt;br /&gt;</w:t>
        <w:br/>
        <w:t>Він на вершину гордовиту&lt;br /&gt;</w:t>
        <w:br/>
        <w:t>Ступив би, гордість поколінь.&lt;br /&gt;</w:t>
        <w:br/>
        <w:t>Його многострадальна тінь&lt;br /&gt;</w:t>
        <w:br/>
        <w:t>Забрала, може, із собою&lt;br /&gt;</w:t>
        <w:br/>
        <w:t>Святу, велику таїну,&lt;br /&gt;</w:t>
        <w:br/>
        <w:t>Животворящу і ясну,&lt;br /&gt;</w:t>
        <w:br/>
        <w:t>І за могильною стіною&lt;br /&gt;</w:t>
        <w:br/>
        <w:t>Не долетить прославний дзвін,&lt;br /&gt;</w:t>
        <w:br/>
        <w:t>Благословення всіх племін.</w:t>
      </w:r>
    </w:p>
    <w:p>
      <w:r>
        <w:br/>
        <w:t>XXXVIII. XXXIX</w:t>
      </w:r>
    </w:p>
    <w:p>
      <w:r>
        <w:br/>
        <w:t>А може, й так: поета ждало&lt;br /&gt;</w:t>
        <w:br/>
        <w:t>Звичайне на землі життя.&lt;br /&gt;</w:t>
        <w:br/>
        <w:t>Натхнення б юне відбуяло,&lt;br /&gt;</w:t>
        <w:br/>
        <w:t>Огонь би згас без вороття.&lt;br /&gt;</w:t>
        <w:br/>
        <w:t>Багато в чім би він змінився,&lt;br /&gt;</w:t>
        <w:br/>
        <w:t>Розстався б з музами, женився,&lt;br /&gt;</w:t>
        <w:br/>
        <w:t>Ріжки на лоб собі придбав,&lt;br /&gt;</w:t>
        <w:br/>
        <w:t>В халаті б жив та поживав,&lt;br /&gt;</w:t>
        <w:br/>
        <w:t>Спізнав би світ цей без омани,&lt;br /&gt;</w:t>
        <w:br/>
        <w:t>Пив, їв, товстішав, спав, потів,&lt;br /&gt;</w:t>
        <w:br/>
        <w:t>В подагрі ногу волочив&lt;br /&gt;</w:t>
        <w:br/>
        <w:t>І врешті, як отець коханий,&lt;br /&gt;</w:t>
        <w:br/>
        <w:t>На ліжку б вік свій закінчив&lt;br /&gt;</w:t>
        <w:br/>
        <w:t>Між баб, дітей та лікарів.</w:t>
      </w:r>
    </w:p>
    <w:p>
      <w:r>
        <w:br/>
        <w:t>ХL</w:t>
      </w:r>
    </w:p>
    <w:p>
      <w:r>
        <w:br/>
        <w:t>Та хай у далечі темніла&lt;br /&gt;</w:t>
        <w:br/>
        <w:t>Чи інша доля, чи така,-&lt;br /&gt;</w:t>
        <w:br/>
        <w:t>Поета мрійного убила,&lt;br /&gt;</w:t>
        <w:br/>
        <w:t>Читачу, другова рука!&lt;br /&gt;</w:t>
        <w:br/>
        <w:t>Є місце: в тиші староденній,&lt;br /&gt;</w:t>
        <w:br/>
        <w:t>Де жив улюбленець натхнення,&lt;br /&gt;</w:t>
        <w:br/>
        <w:t>Корінням дві сосни зійшлись;&lt;br /&gt;</w:t>
        <w:br/>
        <w:t>Струмки під ними розлились&lt;br /&gt;</w:t>
        <w:br/>
        <w:t>І в луг розбіглись недалекий.&lt;br /&gt;</w:t>
        <w:br/>
        <w:t>Там ратай любить спочивать&lt;br /&gt;</w:t>
        <w:br/>
        <w:t>І жниці воду набирать&lt;br /&gt;</w:t>
        <w:br/>
        <w:t>Опівдні у дзвонисті глеки;&lt;br /&gt;</w:t>
        <w:br/>
        <w:t>Там під покровом верховіть&lt;br /&gt;</w:t>
        <w:br/>
        <w:t>Немудрий пам'ятник стоїть.</w:t>
      </w:r>
    </w:p>
    <w:p>
      <w:r>
        <w:br/>
        <w:t>ХLІ</w:t>
      </w:r>
    </w:p>
    <w:p>
      <w:r>
        <w:br/>
        <w:t>Під ним (як дощик починає&lt;br /&gt;</w:t>
        <w:br/>
        <w:t>Весняний прибивати пил)&lt;br /&gt;</w:t>
        <w:br/>
        <w:t>Про Волгу-матінку співає&lt;br /&gt;</w:t>
        <w:br/>
        <w:t>Пастух, ладнаючи постіл,&lt;br /&gt;</w:t>
        <w:br/>
        <w:t>І городянка чепуриста,&lt;br /&gt;</w:t>
        <w:br/>
        <w:t>Прибувши спочивати з міста,&lt;br /&gt;</w:t>
        <w:br/>
        <w:t>Як верхи проїздить вона,&lt;br /&gt;</w:t>
        <w:br/>
        <w:t>Між нивами сама одна,&lt;br /&gt;</w:t>
        <w:br/>
        <w:t>Коня свого там зупиняє,&lt;br /&gt;</w:t>
        <w:br/>
        <w:t>І, від лиця одвівши флер,&lt;br /&gt;</w:t>
        <w:br/>
        <w:t>Наймення того, хто помер,&lt;br /&gt;</w:t>
        <w:br/>
        <w:t>Очима бистрими читає,-&lt;br /&gt;</w:t>
        <w:br/>
        <w:t>І сльози, блиснувши з-під вій,&lt;br /&gt;</w:t>
        <w:br/>
        <w:t>Туманять ясні очі їй.</w:t>
      </w:r>
    </w:p>
    <w:p>
      <w:r>
        <w:br/>
        <w:t>ХLII</w:t>
      </w:r>
    </w:p>
    <w:p>
      <w:r>
        <w:br/>
        <w:t>І тихо їде в чистім полі,&lt;br /&gt;</w:t>
        <w:br/>
        <w:t>Пойнята мріями, вона;&lt;br /&gt;</w:t>
        <w:br/>
        <w:t>Тоді про Ленського, про долю&lt;br /&gt;</w:t>
        <w:br/>
        <w:t>Думки снувати почина,&lt;br /&gt;</w:t>
        <w:br/>
        <w:t>Гадає: "Як-то Ольга нині?&lt;br /&gt;</w:t>
        <w:br/>
        <w:t>Тужила довго в самотині,&lt;br /&gt;</w:t>
        <w:br/>
        <w:t>Чи скоро сліз пройшла пора?&lt;br /&gt;</w:t>
        <w:br/>
        <w:t>І де тепер її сестра?&lt;br /&gt;</w:t>
        <w:br/>
        <w:t>Де той відлюдник і злостивець,&lt;br /&gt;</w:t>
        <w:br/>
        <w:t>Той ворог модний модних дам,&lt;br /&gt;</w:t>
        <w:br/>
        <w:t>Дивак, розсварений з життям,&lt;br /&gt;</w:t>
        <w:br/>
        <w:t>Поета юного убивець?"&lt;br /&gt;</w:t>
        <w:br/>
        <w:t>Колись, за кілька, може, літ,&lt;br /&gt;</w:t>
        <w:br/>
        <w:t>Складу про все докладний звіт,</w:t>
      </w:r>
    </w:p>
    <w:p>
      <w:r>
        <w:br/>
        <w:t>ХLIІI</w:t>
      </w:r>
    </w:p>
    <w:p>
      <w:r>
        <w:br/>
        <w:t>Та не тепер. Хоч я, читачу,&lt;br /&gt;</w:t>
        <w:br/>
        <w:t>Мого героя і люблю,&lt;br /&gt;</w:t>
        <w:br/>
        <w:t>Та інший час йому призначу,&lt;br /&gt;</w:t>
        <w:br/>
        <w:t>А зараз кину без жалю.&lt;br /&gt;</w:t>
        <w:br/>
        <w:t>Літа до прози нахиляють,&lt;br /&gt;</w:t>
        <w:br/>
        <w:t>Грайливу риму проганяють,&lt;br /&gt;</w:t>
        <w:br/>
        <w:t>І я за нею — жаль сказать —&lt;br /&gt;</w:t>
        <w:br/>
        <w:t>Став лінивіше упадать.&lt;br /&gt;</w:t>
        <w:br/>
        <w:t>Нема колишньої охоти&lt;br /&gt;</w:t>
        <w:br/>
        <w:t>На давній віршувати лад;&lt;br /&gt;</w:t>
        <w:br/>
        <w:t>Нових думок суворий ряд,&lt;br /&gt;</w:t>
        <w:br/>
        <w:t>Нові, не знані ще турботи&lt;br /&gt;</w:t>
        <w:br/>
        <w:t>В житейськім шумі, в тишині&lt;br /&gt;</w:t>
        <w:br/>
        <w:t>Тривожать мирний сон мені.</w:t>
      </w:r>
    </w:p>
    <w:p>
      <w:r>
        <w:br/>
        <w:t>ХLIV</w:t>
      </w:r>
    </w:p>
    <w:p>
      <w:r>
        <w:br/>
        <w:t>Спізнав я інші поривання,&lt;br /&gt;</w:t>
        <w:br/>
        <w:t>Спізнав невідану печаль;&lt;br /&gt;</w:t>
        <w:br/>
        <w:t>Нема для перших уповання,&lt;br /&gt;</w:t>
        <w:br/>
        <w:t>А давньої печалі жаль.&lt;br /&gt;</w:t>
        <w:br/>
        <w:t>О де ви, де, солодкі мрії?&lt;br /&gt;</w:t>
        <w:br/>
        <w:t>Де ваша рима — молодії?&lt;br /&gt;</w:t>
        <w:br/>
        <w:t>Невже і справді під кінець&lt;br /&gt;</w:t>
        <w:br/>
        <w:t>Зав'яв юнацький мій вінець?&lt;br /&gt;</w:t>
        <w:br/>
        <w:t>Невже признати довелося&lt;br /&gt;</w:t>
        <w:br/>
        <w:t>Без мудрих елегійних слів,&lt;br /&gt;</w:t>
        <w:br/>
        <w:t>Що не вернуть весняних днів&lt;br /&gt;</w:t>
        <w:br/>
        <w:t>(Як жартома казав я досі)?&lt;br /&gt;</w:t>
        <w:br/>
        <w:t>Невже зав'яв мій юний цвіт?&lt;br /&gt;</w:t>
        <w:br/>
        <w:t>Невже надходить тридцять літ?</w:t>
      </w:r>
    </w:p>
    <w:p>
      <w:r>
        <w:br/>
        <w:t>ХLV</w:t>
      </w:r>
    </w:p>
    <w:p>
      <w:r>
        <w:br/>
        <w:t>Так, південь мій настав, панове.&lt;br /&gt;</w:t>
        <w:br/>
        <w:t>Це мушу вам сказати я.&lt;br /&gt;</w:t>
        <w:br/>
        <w:t>Що ж, попрощатись я готовий,&lt;br /&gt;</w:t>
        <w:br/>
        <w:t>О люба молодість моя!&lt;br /&gt;</w:t>
        <w:br/>
        <w:t>Спасибі за хвилини щасні,&lt;br /&gt;</w:t>
        <w:br/>
        <w:t>За сум, за пориви прекрасні,&lt;br /&gt;</w:t>
        <w:br/>
        <w:t>За бурі, за бенкетний грім,&lt;br /&gt;</w:t>
        <w:br/>
        <w:t>За все, за все в житті моїм&lt;br /&gt;</w:t>
        <w:br/>
        <w:t>Спасибі щире. В самотині&lt;br /&gt;</w:t>
        <w:br/>
        <w:t>У шумі людськім я прожив&lt;br /&gt;</w:t>
        <w:br/>
        <w:t>З тобою досить милих днів.&lt;br /&gt;</w:t>
        <w:br/>
        <w:t>Доволі! З чистим серцем нині&lt;br /&gt;</w:t>
        <w:br/>
        <w:t>Я рад на шлях новий ступить,&lt;br /&gt;</w:t>
        <w:br/>
        <w:t>Пора настала відпочить.</w:t>
      </w:r>
    </w:p>
    <w:p>
      <w:r>
        <w:br/>
        <w:t>ХLVІ</w:t>
      </w:r>
    </w:p>
    <w:p>
      <w:r>
        <w:br/>
        <w:t>Дай оглянусь. Прощайте, ниви,&lt;br /&gt;</w:t>
        <w:br/>
        <w:t>Де в тиші пропливали дні,&lt;br /&gt;</w:t>
        <w:br/>
        <w:t>Де знав я пристрасті, щасливий,&lt;br /&gt;</w:t>
        <w:br/>
        <w:t>Чи марив у лінивім сні.&lt;br /&gt;</w:t>
        <w:br/>
        <w:t>А ти, натхнення, ти, крилате,&lt;br /&gt;</w:t>
        <w:br/>
        <w:t>Тебе прошу я прилітати!&lt;br /&gt;</w:t>
        <w:br/>
        <w:t>Дрімоту серця оживляй,&lt;br /&gt;</w:t>
        <w:br/>
        <w:t>У закуток мій прилітай,&lt;br /&gt;</w:t>
        <w:br/>
        <w:t>Не дай заснуть душі співцевій,&lt;br /&gt;</w:t>
        <w:br/>
        <w:t>Похолодіти й зачерствіть,&lt;br /&gt;</w:t>
        <w:br/>
        <w:t>А далі й зовсім скам'яніть&lt;br /&gt;</w:t>
        <w:br/>
        <w:t>У людській метушні дешевій,&lt;br /&gt;</w:t>
        <w:br/>
        <w:t>У цім багнищі, де загруз&lt;br /&gt;</w:t>
        <w:br/>
        <w:t>Між друзів і служитель муз!40</w:t>
      </w:r>
    </w:p>
    <w:p>
      <w:r>
        <w:br/>
        <w:t>Глава сьома</w:t>
      </w:r>
    </w:p>
    <w:p>
      <w:r>
        <w:br/>
        <w:t>Москва, Росії дочко люба.&lt;br /&gt;</w:t>
        <w:br/>
        <w:t>Де рівну ми тобі найдем?&lt;br /&gt;</w:t>
        <w:br/>
        <w:t>Дмитрієв</w:t>
      </w:r>
    </w:p>
    <w:p>
      <w:r>
        <w:br/>
        <w:t>Як рідну не любить Москву?&lt;br /&gt;</w:t>
        <w:br/>
        <w:t>Баратинський</w:t>
      </w:r>
    </w:p>
    <w:p>
      <w:r>
        <w:br/>
        <w:t>Зневага до Москви!&lt;br /&gt;</w:t>
        <w:br/>
        <w:t>З мандрівки недарма!&lt;br /&gt;</w:t>
        <w:br/>
        <w:t>Де ж ліпш?&lt;br /&gt;</w:t>
        <w:br/>
        <w:t>— Де нас нема.&lt;br /&gt;</w:t>
        <w:br/>
        <w:t>Грибоєдов</w:t>
      </w:r>
    </w:p>
    <w:p>
      <w:r>
        <w:br/>
        <w:t>І</w:t>
      </w:r>
    </w:p>
    <w:p>
      <w:r>
        <w:br/>
        <w:t>Весняним гонені промінням,&lt;br /&gt;</w:t>
        <w:br/>
        <w:t>Із гір потоками сніги&lt;br /&gt;</w:t>
        <w:br/>
        <w:t>Вже позбігали з буркотінням&lt;br /&gt;</w:t>
        <w:br/>
        <w:t>На позаливані луги.&lt;br /&gt;</w:t>
        <w:br/>
        <w:t>Крізь ясний сон природа мила&lt;br /&gt;</w:t>
        <w:br/>
        <w:t>Свій ранок усміхом зустріла;&lt;br /&gt;</w:t>
        <w:br/>
        <w:t>Палають сині небеса;&lt;br /&gt;</w:t>
        <w:br/>
        <w:t>Лісів прозора ще краса&lt;br /&gt;</w:t>
        <w:br/>
        <w:t>Немовби пухом зеленіє.&lt;br /&gt;</w:t>
        <w:br/>
        <w:t>На поле бджілка золота&lt;br /&gt;</w:t>
        <w:br/>
        <w:t>Збирати подать виліта,&lt;br /&gt;</w:t>
        <w:br/>
        <w:t>Долина сохне і рябіє,&lt;br /&gt;</w:t>
        <w:br/>
        <w:t>Стада шумлять, і соловей&lt;br /&gt;</w:t>
        <w:br/>
        <w:t>Співає в німоті ночей.</w:t>
      </w:r>
    </w:p>
    <w:p>
      <w:r>
        <w:br/>
        <w:t>II</w:t>
      </w:r>
    </w:p>
    <w:p>
      <w:r>
        <w:br/>
        <w:t>О весно, весно! Час любові!&lt;br /&gt;</w:t>
        <w:br/>
        <w:t>Який несеш мені ти сум,&lt;br /&gt;</w:t>
        <w:br/>
        <w:t>І млосне хвилювання крові,&lt;br /&gt;</w:t>
        <w:br/>
        <w:t>І хвилювання млосних дум!&lt;br /&gt;</w:t>
        <w:br/>
        <w:t>З яким тяжким замилуванням&lt;br /&gt;</w:t>
        <w:br/>
        <w:t>Я упиваюся диханням&lt;br /&gt;</w:t>
        <w:br/>
        <w:t>Солодковійної весни&lt;br /&gt;</w:t>
        <w:br/>
        <w:t>Серед сільської тишини!&lt;br /&gt;</w:t>
        <w:br/>
        <w:t>Чи не для мене раювання,-&lt;br /&gt;</w:t>
        <w:br/>
        <w:t>І все, що серце веселить,&lt;br /&gt;</w:t>
        <w:br/>
        <w:t>Все, що сіяє, що блищить,&lt;br /&gt;</w:t>
        <w:br/>
        <w:t>Утому лиш і нудьгування&lt;br /&gt;</w:t>
        <w:br/>
        <w:t>Вливає в душу що німу,&lt;br /&gt;</w:t>
        <w:br/>
        <w:t>Що всюди бачить тільки тьму?</w:t>
      </w:r>
    </w:p>
    <w:p>
      <w:r>
        <w:br/>
        <w:t>III</w:t>
      </w:r>
    </w:p>
    <w:p>
      <w:r>
        <w:br/>
        <w:t>Чи ми не раді повороту&lt;br /&gt;</w:t>
        <w:br/>
        <w:t>Листків, опалих восени,&lt;br /&gt;</w:t>
        <w:br/>
        <w:t>Гірку лиш чуємо скорботу&lt;br /&gt;</w:t>
        <w:br/>
        <w:t>В новому шелесті весни?&lt;br /&gt;</w:t>
        <w:br/>
        <w:t>Чи наше око, що вбачає,&lt;br /&gt;</w:t>
        <w:br/>
        <w:t>Як цвіт природи воскресає,&lt;br /&gt;</w:t>
        <w:br/>
        <w:t>Пригадує зів'ялий цвіт&lt;br /&gt;</w:t>
        <w:br/>
        <w:t>Навіки вмерлих наших літ?&lt;br /&gt;</w:t>
        <w:br/>
        <w:t>І, може, серце наше знову&lt;br /&gt;</w:t>
        <w:br/>
        <w:t>У поетичнім бачить сні&lt;br /&gt;</w:t>
        <w:br/>
        <w:t>Своєї молодості дні,&lt;br /&gt;</w:t>
        <w:br/>
        <w:t>І далеч мрії загадкову,&lt;br /&gt;</w:t>
        <w:br/>
        <w:t>І образ милої живий,&lt;br /&gt;</w:t>
        <w:br/>
        <w:t>І ніч, і місяць чарівний...</w:t>
      </w:r>
    </w:p>
    <w:p>
      <w:r>
        <w:br/>
        <w:t>IV</w:t>
      </w:r>
    </w:p>
    <w:p>
      <w:r>
        <w:br/>
        <w:t>Не гайтесь, лінюхи дрімливі,&lt;br /&gt;</w:t>
        <w:br/>
        <w:t>Епікурейці-мудреці,&lt;br /&gt;</w:t>
        <w:br/>
        <w:t>Ви, учні Лєвшина41 щасливі,&lt;br /&gt;</w:t>
        <w:br/>
        <w:t>Ви, тиші красної співці,&lt;br /&gt;</w:t>
        <w:br/>
        <w:t>Ви, сіл околишніх Пріами,&lt;br /&gt;</w:t>
        <w:br/>
        <w:t>І ви, чутливо-ніжні дами,&lt;br /&gt;</w:t>
        <w:br/>
        <w:t>Весна до себе кличе вас,&lt;br /&gt;</w:t>
        <w:br/>
        <w:t>Тепла, квіток, роботи час,&lt;br /&gt;</w:t>
        <w:br/>
        <w:t>Пора проходок в чистім лузі,&lt;br /&gt;</w:t>
        <w:br/>
        <w:t>Пора спокусливих ночей!&lt;br /&gt;</w:t>
        <w:br/>
        <w:t>В поля, утіху для очей,&lt;br /&gt;</w:t>
        <w:br/>
        <w:t>Спішіть, спішіть, кохані друзі,&lt;br /&gt;</w:t>
        <w:br/>
        <w:t>В бричках, каретах, на візках,&lt;br /&gt;</w:t>
        <w:br/>
        <w:t>Міський отрушуючи прах!</w:t>
      </w:r>
    </w:p>
    <w:p>
      <w:r>
        <w:br/>
        <w:t>V</w:t>
      </w:r>
    </w:p>
    <w:p>
      <w:r>
        <w:br/>
        <w:t>І ви, читачу мій ласкавий,&lt;br /&gt;</w:t>
        <w:br/>
        <w:t>В своїй колясці виписній&lt;br /&gt;</w:t>
        <w:br/>
        <w:t>Покиньте місто і забави,&lt;br /&gt;</w:t>
        <w:br/>
        <w:t>Порі пристойні зимовій;&lt;br /&gt;</w:t>
        <w:br/>
        <w:t>З моєю музою легкою&lt;br /&gt;</w:t>
        <w:br/>
        <w:t>Над безіменною рікою&lt;br /&gt;</w:t>
        <w:br/>
        <w:t>Послухаємо шум гаїв&lt;br /&gt;</w:t>
        <w:br/>
        <w:t>Там, де недавно, взимку, жив&lt;br /&gt;</w:t>
        <w:br/>
        <w:t>Євгеній мій на самотині,&lt;br /&gt;</w:t>
        <w:br/>
        <w:t>В неробстві тихім і гіркім,&lt;br /&gt;</w:t>
        <w:br/>
        <w:t>Де Таня стрілася із ним&lt;br /&gt;</w:t>
        <w:br/>
        <w:t>І де його немає нині...&lt;br /&gt;</w:t>
        <w:br/>
        <w:t>Нема! Печальний тільки слід&lt;br /&gt;</w:t>
        <w:br/>
        <w:t>Лишив він для майбутніх літ.</w:t>
      </w:r>
    </w:p>
    <w:p>
      <w:r>
        <w:br/>
        <w:t>VI</w:t>
      </w:r>
    </w:p>
    <w:p>
      <w:r>
        <w:br/>
        <w:t>Між гір, що піднеслись півколом,&lt;br /&gt;</w:t>
        <w:br/>
        <w:t>Туди ходімо, де струмок,&lt;br /&gt;</w:t>
        <w:br/>
        <w:t>В'ючись, біжить зеленим полем&lt;br /&gt;</w:t>
        <w:br/>
        <w:t>Крізь юний липовий гайок.&lt;br /&gt;</w:t>
        <w:br/>
        <w:t>Там ніжна пісня солов'їна&lt;br /&gt;</w:t>
        <w:br/>
        <w:t>Дзвенить всю ніч; цвіте шипшина&lt;br /&gt;</w:t>
        <w:br/>
        <w:t>І чути плескіт джерела,-&lt;br /&gt;</w:t>
        <w:br/>
        <w:t>Плита могильна там лягла&lt;br /&gt;</w:t>
        <w:br/>
        <w:t>В тіні двох сосен пристарілих,&lt;br /&gt;</w:t>
        <w:br/>
        <w:t>І напис так нам промовля:&lt;br /&gt;</w:t>
        <w:br/>
        <w:t>"Взяла тут Ленського земля,&lt;br /&gt;</w:t>
        <w:br/>
        <w:t>Що згинув рано смертю смілих,&lt;br /&gt;</w:t>
        <w:br/>
        <w:t>Тоді-то, у таких літах.&lt;br /&gt;</w:t>
        <w:br/>
        <w:t>Хай мирно спить поетів прах!"</w:t>
      </w:r>
    </w:p>
    <w:p>
      <w:r>
        <w:br/>
        <w:t>VII</w:t>
      </w:r>
    </w:p>
    <w:p>
      <w:r>
        <w:br/>
        <w:t>Там віти со?сна нахиляє,&lt;br /&gt;</w:t>
        <w:br/>
        <w:t>І ранній порив вітерця,&lt;br /&gt;</w:t>
        <w:br/>
        <w:t>Бувало, там вінок гойдає&lt;br /&gt;</w:t>
        <w:br/>
        <w:t>Над гробом бідного співця.&lt;br /&gt;</w:t>
        <w:br/>
        <w:t>Бувало, пізньою порою&lt;br /&gt;</w:t>
        <w:br/>
        <w:t>Сестра приходить із сестрою,&lt;br /&gt;</w:t>
        <w:br/>
        <w:t>І плачуть в сяєві нічнім&lt;br /&gt;</w:t>
        <w:br/>
        <w:t>Удвох над каменем тяжким.&lt;br /&gt;</w:t>
        <w:br/>
        <w:t>Та нині... пам'ятник журливий&lt;br /&gt;</w:t>
        <w:br/>
        <w:t>Забуто. Весь він в бур'яні.&lt;br /&gt;</w:t>
        <w:br/>
        <w:t>Вінка нема вже на сосні.&lt;br /&gt;</w:t>
        <w:br/>
        <w:t>Пастух лиш немощний і сивий&lt;br /&gt;</w:t>
        <w:br/>
        <w:t>Сидить там, лико плетучи&lt;br /&gt;</w:t>
        <w:br/>
        <w:t>Та пісню довгу ведучи.</w:t>
      </w:r>
    </w:p>
    <w:p>
      <w:r>
        <w:br/>
        <w:t>VIII. IX. X</w:t>
      </w:r>
    </w:p>
    <w:p>
      <w:r>
        <w:br/>
        <w:t>Мій бідний Ленський! Сумування&lt;br /&gt;</w:t>
        <w:br/>
        <w:t>Було не довге по тобі.&lt;br /&gt;</w:t>
        <w:br/>
        <w:t>Не молодій, квітучій панні&lt;br /&gt;</w:t>
        <w:br/>
        <w:t>Без краю плакати в журбі.&lt;br /&gt;</w:t>
        <w:br/>
        <w:t>Шкода! Найшовся скоро другий,&lt;br /&gt;</w:t>
        <w:br/>
        <w:t>Що юне серце, повне туги,&lt;br /&gt;</w:t>
        <w:br/>
        <w:t>Любовним шепотом приспав,&lt;br /&gt;</w:t>
        <w:br/>
        <w:t>Улан її зачарував,&lt;br /&gt;</w:t>
        <w:br/>
        <w:t>Улан скорив її красою...&lt;br /&gt;</w:t>
        <w:br/>
        <w:t>І наша Оля під вінцем&lt;br /&gt;</w:t>
        <w:br/>
        <w:t>З ним поруч перед вівтарем,&lt;br /&gt;</w:t>
        <w:br/>
        <w:t>З похиленою головою,&lt;br /&gt;</w:t>
        <w:br/>
        <w:t>З огнем в опущених очах,&lt;br /&gt;</w:t>
        <w:br/>
        <w:t>Таїть усмішку на устах.</w:t>
      </w:r>
    </w:p>
    <w:p>
      <w:r>
        <w:br/>
        <w:t>XI</w:t>
      </w:r>
    </w:p>
    <w:p>
      <w:r>
        <w:br/>
        <w:t>Мій бідний Ленський! За межею,&lt;br /&gt;</w:t>
        <w:br/>
        <w:t>Де вічність криє таїну,&lt;br /&gt;</w:t>
        <w:br/>
        <w:t>Чи засмутився ти душею,&lt;br /&gt;</w:t>
        <w:br/>
        <w:t>Фатальну вчувши новину,&lt;br /&gt;</w:t>
        <w:br/>
        <w:t>Чи, може, тихі води Лети&lt;br /&gt;</w:t>
        <w:br/>
        <w:t>Приспали муки всі, поете,&lt;br /&gt;</w:t>
        <w:br/>
        <w:t>І в сні блаженному твоїм&lt;br /&gt;</w:t>
        <w:br/>
        <w:t>Здається світ увесь німим?..&lt;br /&gt;</w:t>
        <w:br/>
        <w:t>Так! Забуття чекає в гробі&lt;br /&gt;</w:t>
        <w:br/>
        <w:t>Усіх нас. Мовкне відгук слів&lt;br /&gt;</w:t>
        <w:br/>
        <w:t>Коханок, друзів, ворогів,-&lt;br /&gt;</w:t>
        <w:br/>
        <w:t>І тільки в непристойній злобі&lt;br /&gt;</w:t>
        <w:br/>
        <w:t>Хор спадкоємців не вгава,&lt;br /&gt;</w:t>
        <w:br/>
        <w:t>Свої доводячи права.</w:t>
      </w:r>
    </w:p>
    <w:p>
      <w:r>
        <w:br/>
        <w:t>XII</w:t>
      </w:r>
    </w:p>
    <w:p>
      <w:r>
        <w:br/>
        <w:t>Тож скоро любий голос Олі&lt;br /&gt;</w:t>
        <w:br/>
        <w:t>В родині Ларіних змовка.&lt;br /&gt;</w:t>
        <w:br/>
        <w:t>Улан, своїй покірний долі,&lt;br /&gt;</w:t>
        <w:br/>
        <w:t>Із нею їде до полка.&lt;br /&gt;</w:t>
        <w:br/>
        <w:t>Слізьми гіркими умивавшись,&lt;br /&gt;</w:t>
        <w:br/>
        <w:t>Старенька, з донею прощавшись,&lt;br /&gt;</w:t>
        <w:br/>
        <w:t>Здавалось, ледь жива була,-&lt;br /&gt;</w:t>
        <w:br/>
        <w:t>А Таня плакать не могла;&lt;br /&gt;</w:t>
        <w:br/>
        <w:t>Лише смертельно поблідніло&lt;br /&gt;</w:t>
        <w:br/>
        <w:t>Її лице з таємних мук,&lt;br /&gt;</w:t>
        <w:br/>
        <w:t>Коли всі вийшли на рундук&lt;br /&gt;</w:t>
        <w:br/>
        <w:t>І все, прощаючись, шуміло&lt;br /&gt;</w:t>
        <w:br/>
        <w:t>Округ карети молодих,&lt;br /&gt;</w:t>
        <w:br/>
        <w:t>Проводячи в дорогу їх.</w:t>
      </w:r>
    </w:p>
    <w:p>
      <w:r>
        <w:br/>
        <w:t>XIII</w:t>
      </w:r>
    </w:p>
    <w:p>
      <w:r>
        <w:br/>
        <w:t>І оком, сповненим туману,&lt;br /&gt;</w:t>
        <w:br/>
        <w:t>Вона дивилась їм услід.&lt;br /&gt;</w:t>
        <w:br/>
        <w:t>Шкода! Покинула Татьяну&lt;br /&gt;</w:t>
        <w:br/>
        <w:t>Подружка найлюбіших літ,&lt;br /&gt;</w:t>
        <w:br/>
        <w:t>Її голубка яснокрила,&lt;br /&gt;</w:t>
        <w:br/>
        <w:t>Її сестра, порада мила,&lt;br /&gt;</w:t>
        <w:br/>
        <w:t>У даль полинула навік,&lt;br /&gt;</w:t>
        <w:br/>
        <w:t>Як присуд долі їй прирік.&lt;br /&gt;</w:t>
        <w:br/>
        <w:t>Мов тінь, без цілі Таня бродить,&lt;br /&gt;</w:t>
        <w:br/>
        <w:t>Зорить на опустілий сад...&lt;br /&gt;</w:t>
        <w:br/>
        <w:t>Ніде, ні в чім нема відрад,&lt;br /&gt;</w:t>
        <w:br/>
        <w:t>І думам пільги не знаходить&lt;br /&gt;</w:t>
        <w:br/>
        <w:t>Вона в приглушених сльозах,&lt;br /&gt;</w:t>
        <w:br/>
        <w:t>І рветься серце у грудях.</w:t>
      </w:r>
    </w:p>
    <w:p>
      <w:r>
        <w:br/>
        <w:t>XIV</w:t>
      </w:r>
    </w:p>
    <w:p>
      <w:r>
        <w:br/>
        <w:t>І в цій жорстокій самотині&lt;br /&gt;</w:t>
        <w:br/>
        <w:t>Сильніш любов її горить,&lt;br /&gt;</w:t>
        <w:br/>
        <w:t>І про Онєгіна віднині&lt;br /&gt;</w:t>
        <w:br/>
        <w:t>Говорить серце їй щомить.&lt;br /&gt;</w:t>
        <w:br/>
        <w:t>Уже його їй не стрічати,&lt;br /&gt;</w:t>
        <w:br/>
        <w:t>Вона повинна проклинати&lt;br /&gt;</w:t>
        <w:br/>
        <w:t>Того, хто Ленського убив;&lt;br /&gt;</w:t>
        <w:br/>
        <w:t>Та вмер поет... туман покрив&lt;br /&gt;</w:t>
        <w:br/>
        <w:t>Про нього спомин. Наречена&lt;br /&gt;</w:t>
        <w:br/>
        <w:t>Уже за іншого пішла.&lt;br /&gt;</w:t>
        <w:br/>
        <w:t>Поета пам'ять проплила,&lt;br /&gt;</w:t>
        <w:br/>
        <w:t>Як диму смужка золочена,&lt;br /&gt;</w:t>
        <w:br/>
        <w:t>Два серця тільки ще за ним&lt;br /&gt;</w:t>
        <w:br/>
        <w:t>Сумують, може... Що ж по тім?</w:t>
      </w:r>
    </w:p>
    <w:p>
      <w:r>
        <w:br/>
        <w:t>XV</w:t>
      </w:r>
    </w:p>
    <w:p>
      <w:r>
        <w:br/>
        <w:t>Був вечір. Небо меркло. Води&lt;br /&gt;</w:t>
        <w:br/>
        <w:t>Струмились тихо. Хрущ гудів.&lt;br /&gt;</w:t>
        <w:br/>
        <w:t>Уже замовкли хороводи;&lt;br /&gt;</w:t>
        <w:br/>
        <w:t>Уже за річкою горів&lt;br /&gt;</w:t>
        <w:br/>
        <w:t>Огонь рибальський. В полі чистім,&lt;br /&gt;</w:t>
        <w:br/>
        <w:t>У сяйві місяця сріблистім,&lt;br /&gt;</w:t>
        <w:br/>
        <w:t>Повита мріями, смутна&lt;br /&gt;</w:t>
        <w:br/>
        <w:t>Татьяна довго йшла одна.&lt;br /&gt;</w:t>
        <w:br/>
        <w:t>Ішла, ішла. Перед собою&lt;br /&gt;</w:t>
        <w:br/>
        <w:t>Вона зненацька бачить дім,&lt;br /&gt;</w:t>
        <w:br/>
        <w:t>Село й діброву попід ним&lt;br /&gt;</w:t>
        <w:br/>
        <w:t>І сад над світлою рікою.&lt;br /&gt;</w:t>
        <w:br/>
        <w:t>Побачила — і серце в ній&lt;br /&gt;</w:t>
        <w:br/>
        <w:t>Тривозі віддалось чудній.</w:t>
      </w:r>
    </w:p>
    <w:p>
      <w:r>
        <w:br/>
        <w:t>XVI</w:t>
      </w:r>
    </w:p>
    <w:p>
      <w:r>
        <w:br/>
        <w:t>Вагання душу їй сповняють.&lt;br /&gt;</w:t>
        <w:br/>
        <w:t>"Піти вперед, піти назад?&lt;br /&gt;</w:t>
        <w:br/>
        <w:t>Його нема. Мене не знають...&lt;br /&gt;</w:t>
        <w:br/>
        <w:t>Поглянути на дім, на сад..."&lt;br /&gt;</w:t>
        <w:br/>
        <w:t>І з пагорба Татьяна сходить,&lt;br /&gt;</w:t>
        <w:br/>
        <w:t>Дух затаївши; далі зводить&lt;br /&gt;</w:t>
        <w:br/>
        <w:t>Зачудування повний зір...&lt;br /&gt;</w:t>
        <w:br/>
        <w:t>І входить на безлюдний двір,&lt;br /&gt;</w:t>
        <w:br/>
        <w:t>Собаки кинулись до неї;&lt;br /&gt;</w:t>
        <w:br/>
        <w:t>Двірських десяток хлопчаків&lt;br /&gt;</w:t>
        <w:br/>
        <w:t>Приборкав розлютілих псів&lt;br /&gt;</w:t>
        <w:br/>
        <w:t>І, гордий з послуги своєї,&lt;br /&gt;</w:t>
        <w:br/>
        <w:t>Побившися за поділ прав,&lt;br /&gt;</w:t>
        <w:br/>
        <w:t>Панянку під опіку взяв.</w:t>
      </w:r>
    </w:p>
    <w:p>
      <w:r>
        <w:br/>
        <w:t>ХVIІ</w:t>
      </w:r>
    </w:p>
    <w:p>
      <w:r>
        <w:br/>
        <w:t>"Кімнати бачить я б хотіла..."&lt;br /&gt;</w:t>
        <w:br/>
        <w:t>І до Анісьї дітвора&lt;br /&gt;</w:t>
        <w:br/>
        <w:t>Ключі просити полетіла;&lt;br /&gt;</w:t>
        <w:br/>
        <w:t>Сама їх винесла стара,&lt;br /&gt;</w:t>
        <w:br/>
        <w:t>І перед Танею блідою&lt;br /&gt;</w:t>
        <w:br/>
        <w:t>Відкрила двері від покою,&lt;br /&gt;</w:t>
        <w:br/>
        <w:t>І Таня входить в дім пустий,&lt;br /&gt;</w:t>
        <w:br/>
        <w:t>Де жив герой наш молодий.&lt;br /&gt;</w:t>
        <w:br/>
        <w:t>Спинилася: забутий в залі,&lt;br /&gt;</w:t>
        <w:br/>
        <w:t>Кий на більярді спочивав,&lt;br /&gt;</w:t>
        <w:br/>
        <w:t>На зм'ятім канапе лежав&lt;br /&gt;</w:t>
        <w:br/>
        <w:t>Манежний прутик. Таня далі;&lt;br /&gt;</w:t>
        <w:br/>
        <w:t>Старенька їй: "А ось камін;&lt;br /&gt;</w:t>
        <w:br/>
        <w:t>Тут пан сидів, було, один.</w:t>
      </w:r>
    </w:p>
    <w:p>
      <w:r>
        <w:br/>
        <w:t>XVIII</w:t>
      </w:r>
    </w:p>
    <w:p>
      <w:r>
        <w:br/>
        <w:t>Із ним обідав тут зимою&lt;br /&gt;</w:t>
        <w:br/>
        <w:t>Небіжчик Ленський, наш сусід.&lt;br /&gt;</w:t>
        <w:br/>
        <w:t>Сюди, паняночко, за мною.&lt;br /&gt;</w:t>
        <w:br/>
        <w:t>Ось кабінет: після обід&lt;br /&gt;</w:t>
        <w:br/>
        <w:t>Він тут, бувало, спочиває,&lt;br /&gt;</w:t>
        <w:br/>
        <w:t>Свого прикажчика приймає;&lt;br /&gt;</w:t>
        <w:br/>
        <w:t>Тут кофій пив він і читав...&lt;br /&gt;</w:t>
        <w:br/>
        <w:t>Тут і покійний проживав&lt;br /&gt;</w:t>
        <w:br/>
        <w:t>Наш пан. Бувало, споминаю,&lt;br /&gt;</w:t>
        <w:br/>
        <w:t>Він, щоб годину змарнувать,&lt;br /&gt;</w:t>
        <w:br/>
        <w:t>Зо мною в дурня зволив грать.&lt;br /&gt;</w:t>
        <w:br/>
        <w:t>Хай прийме бог його до раю,&lt;br /&gt;</w:t>
        <w:br/>
        <w:t>І кісточкам в землі сирій&lt;br /&gt;</w:t>
        <w:br/>
        <w:t>Хай дасть він мир і супокій!"</w:t>
      </w:r>
    </w:p>
    <w:p>
      <w:r>
        <w:br/>
        <w:t>XIX</w:t>
      </w:r>
    </w:p>
    <w:p>
      <w:r>
        <w:br/>
        <w:t>Татьяна в захваті невиннім&lt;br /&gt;</w:t>
        <w:br/>
        <w:t>Навколо погляд водить свій,&lt;br /&gt;</w:t>
        <w:br/>
        <w:t>Здається все їй неоцінним,&lt;br /&gt;</w:t>
        <w:br/>
        <w:t>Усе томливу душу їй&lt;br /&gt;</w:t>
        <w:br/>
        <w:t>Тяжкої сповнює відради:&lt;br /&gt;</w:t>
        <w:br/>
        <w:t>І стіл, і мирний блиск лампади.&lt;br /&gt;</w:t>
        <w:br/>
        <w:t>І книги в неладі кругом,&lt;br /&gt;</w:t>
        <w:br/>
        <w:t>І ліжко, вкрите килимком,&lt;br /&gt;</w:t>
        <w:br/>
        <w:t>І в шибі хмарка срібнорунна,&lt;br /&gt;</w:t>
        <w:br/>
        <w:t>Що заглядає в кабінет,&lt;br /&gt;</w:t>
        <w:br/>
        <w:t>І лорда Байрона портрет,&lt;br /&gt;</w:t>
        <w:br/>
        <w:t>І лялька на стовпці чавунна&lt;br /&gt;</w:t>
        <w:br/>
        <w:t>В трикутці, з грозовим чолом,&lt;br /&gt;</w:t>
        <w:br/>
        <w:t>З руками, що лежать хрестом.</w:t>
      </w:r>
    </w:p>
    <w:p>
      <w:r>
        <w:br/>
        <w:t>XX</w:t>
      </w:r>
    </w:p>
    <w:p>
      <w:r>
        <w:br/>
        <w:t>Татьяна в келії тій модній&lt;br /&gt;</w:t>
        <w:br/>
        <w:t>Як зачарована стоїть.&lt;br /&gt;</w:t>
        <w:br/>
        <w:t>Та пізно. Віє в тьмі холодній&lt;br /&gt;</w:t>
        <w:br/>
        <w:t>Нічний вітрець. Діброва спить&lt;br /&gt;</w:t>
        <w:br/>
        <w:t>Над стуманілою рікою;&lt;br /&gt;</w:t>
        <w:br/>
        <w:t>Сховався місяць за горою,&lt;br /&gt;</w:t>
        <w:br/>
        <w:t>І пілігримці молодій&lt;br /&gt;</w:t>
        <w:br/>
        <w:t>Пора вертатися мерщій.&lt;br /&gt;</w:t>
        <w:br/>
        <w:t>І, потаївши хвилювання,&lt;br /&gt;</w:t>
        <w:br/>
        <w:t>Не втримавшись, щоб не зітхнуть,&lt;br /&gt;</w:t>
        <w:br/>
        <w:t>Татьяна вирушає в путь,&lt;br /&gt;</w:t>
        <w:br/>
        <w:t>Зложивши ключниці прохання,&lt;br /&gt;</w:t>
        <w:br/>
        <w:t>Щоб їй у замку цім бувать&lt;br /&gt;</w:t>
        <w:br/>
        <w:t>І книги тут самій читать.</w:t>
      </w:r>
    </w:p>
    <w:p>
      <w:r>
        <w:br/>
        <w:t>XXI</w:t>
      </w:r>
    </w:p>
    <w:p>
      <w:r>
        <w:br/>
        <w:t>Анісья провела Татьяну&lt;br /&gt;</w:t>
        <w:br/>
        <w:t>Аж за ворота. День пройшов,&lt;br /&gt;</w:t>
        <w:br/>
        <w:t>І героїня наша рано&lt;br /&gt;</w:t>
        <w:br/>
        <w:t>З'явилась у садибі знов;&lt;br /&gt;</w:t>
        <w:br/>
        <w:t>І в кабінеті мовчазному,&lt;br /&gt;</w:t>
        <w:br/>
        <w:t>Віддавшись захвату чудному,&lt;br /&gt;</w:t>
        <w:br/>
        <w:t>Нарешті зосталась одна,&lt;br /&gt;</w:t>
        <w:br/>
        <w:t>І довго плакала вона.&lt;br /&gt;</w:t>
        <w:br/>
        <w:t>До книг по тому узялася.&lt;br /&gt;</w:t>
        <w:br/>
        <w:t>Було їй спершу не до них,&lt;br /&gt;</w:t>
        <w:br/>
        <w:t>Та трохи дивним вибір їх&lt;br /&gt;</w:t>
        <w:br/>
        <w:t>Їй здався. Ревно віддалася&lt;br /&gt;</w:t>
        <w:br/>
        <w:t>Вона друкованим рядкам;&lt;br /&gt;</w:t>
        <w:br/>
        <w:t>Їй світ новий одкрився там.</w:t>
      </w:r>
    </w:p>
    <w:p>
      <w:r>
        <w:br/>
        <w:t>XXII</w:t>
      </w:r>
    </w:p>
    <w:p>
      <w:r>
        <w:br/>
        <w:t>Хоч нам відомо, що читання&lt;br /&gt;</w:t>
        <w:br/>
        <w:t>Давно Євгеній розлюбив,&lt;br /&gt;</w:t>
        <w:br/>
        <w:t>Одначе деякі писання&lt;br /&gt;</w:t>
        <w:br/>
        <w:t>Із-під неласки він одвів:&lt;br /&gt;</w:t>
        <w:br/>
        <w:t>Співець Гяура та Жуана,&lt;br /&gt;</w:t>
        <w:br/>
        <w:t>Та зо два, зо три ще романи,&lt;br /&gt;</w:t>
        <w:br/>
        <w:t>Де віддзеркалився наш час&lt;br /&gt;</w:t>
        <w:br/>
        <w:t>І де змальовано для нас&lt;br /&gt;</w:t>
        <w:br/>
        <w:t>Його героїв досить вірно,&lt;br /&gt;</w:t>
        <w:br/>
        <w:t>Без віри й честі у ділах,&lt;br /&gt;</w:t>
        <w:br/>
        <w:t>З холодним серцем у грудях,&lt;br /&gt;</w:t>
        <w:br/>
        <w:t>Химерам відданих безмірно,&lt;br /&gt;</w:t>
        <w:br/>
        <w:t>Чия озліла голова&lt;br /&gt;</w:t>
        <w:br/>
        <w:t>На марні дії порива.</w:t>
      </w:r>
    </w:p>
    <w:p>
      <w:r>
        <w:br/>
        <w:t>XXIII</w:t>
      </w:r>
    </w:p>
    <w:p>
      <w:r>
        <w:br/>
        <w:t>Відзначок нігтем там чимало&lt;br /&gt;</w:t>
        <w:br/>
        <w:t>Було на книжних берегах,-&lt;br /&gt;</w:t>
        <w:br/>
        <w:t>І око пильне оживало&lt;br /&gt;</w:t>
        <w:br/>
        <w:t>Ще більше на таких рядках.&lt;br /&gt;</w:t>
        <w:br/>
        <w:t>Татьяна з трепетом зважає,&lt;br /&gt;</w:t>
        <w:br/>
        <w:t>Що мій Онєгін відзначає,&lt;br /&gt;</w:t>
        <w:br/>
        <w:t>На чім увагу він спинив&lt;br /&gt;</w:t>
        <w:br/>
        <w:t>І з чим погодився без слів.&lt;br /&gt;</w:t>
        <w:br/>
        <w:t>То там, то там на білім полі&lt;br /&gt;</w:t>
        <w:br/>
        <w:t>Лишились олівця сліди,-&lt;br /&gt;</w:t>
        <w:br/>
        <w:t>Душа Онєгіна завжди&lt;br /&gt;</w:t>
        <w:br/>
        <w:t>В них одбивалась мимоволі —&lt;br /&gt;</w:t>
        <w:br/>
        <w:t>В короткім слові чи в гачку,&lt;br /&gt;</w:t>
        <w:br/>
        <w:t>Чи в запитальному значку.</w:t>
      </w:r>
    </w:p>
    <w:p>
      <w:r>
        <w:br/>
        <w:t>XXIV</w:t>
      </w:r>
    </w:p>
    <w:p>
      <w:r>
        <w:br/>
        <w:t>Належну знайдено дорогу;&lt;br /&gt;</w:t>
        <w:br/>
        <w:t>Дається Тані зрозуміть&lt;br /&gt;</w:t>
        <w:br/>
        <w:t>Усе ясніше — слава богу,-&lt;br /&gt;</w:t>
        <w:br/>
        <w:t>Кого судилось полюбить,&lt;br /&gt;</w:t>
        <w:br/>
        <w:t>Кому віддати пал сердечний:&lt;br /&gt;</w:t>
        <w:br/>
        <w:t>Дивак сумний і небезпечний,&lt;br /&gt;</w:t>
        <w:br/>
        <w:t>Що в небі чи в безодні зріс,&lt;br /&gt;</w:t>
        <w:br/>
        <w:t>Цей ангел чи гордливий біс,-&lt;br /&gt;</w:t>
        <w:br/>
        <w:t>Що ж він? Наслідування вдале,&lt;br /&gt;</w:t>
        <w:br/>
        <w:t>Нікчемна тінь? Невже-бо він&lt;br /&gt;</w:t>
        <w:br/>
        <w:t>В плащі Гарольдовім москвин,&lt;br /&gt;</w:t>
        <w:br/>
        <w:t>Химер чужих тлумачник дбалий,&lt;br /&gt;</w:t>
        <w:br/>
        <w:t>Слів модних збиранка нова?&lt;br /&gt;</w:t>
        <w:br/>
        <w:t>Чи не пародія, бува?</w:t>
      </w:r>
    </w:p>
    <w:p>
      <w:r>
        <w:br/>
        <w:t>XXV</w:t>
      </w:r>
    </w:p>
    <w:p>
      <w:r>
        <w:br/>
        <w:t>Невже-бо загадку збагнула?&lt;br /&gt;</w:t>
        <w:br/>
        <w:t>Невже те слово — ось воно?&lt;br /&gt;</w:t>
        <w:br/>
        <w:t>Час лине; дівчина забула,&lt;br /&gt;</w:t>
        <w:br/>
        <w:t>Що дома ждуть її давно,&lt;br /&gt;</w:t>
        <w:br/>
        <w:t>Де із сусідами розмова&lt;br /&gt;</w:t>
        <w:br/>
        <w:t>Іде статечна вечорова.&lt;br /&gt;</w:t>
        <w:br/>
        <w:t>"Що діять? Таня не мала,-&lt;br /&gt;</w:t>
        <w:br/>
        <w:t>Стара з кректінням почала,-&lt;br /&gt;</w:t>
        <w:br/>
        <w:t>Молодша Оленька за неї.&lt;br /&gt;</w:t>
        <w:br/>
        <w:t>Віддати заміж, далебі,&lt;br /&gt;</w:t>
        <w:br/>
        <w:t>Пора,— але куди тобі!&lt;br /&gt;</w:t>
        <w:br/>
        <w:t>Усім співає однієї:&lt;br /&gt;</w:t>
        <w:br/>
        <w:t>Не вийду! І, завжди сумна,&lt;br /&gt;</w:t>
        <w:br/>
        <w:t>Все бродить по лісах вона".</w:t>
      </w:r>
    </w:p>
    <w:p>
      <w:r>
        <w:br/>
        <w:t>XXVI</w:t>
      </w:r>
    </w:p>
    <w:p>
      <w:r>
        <w:br/>
        <w:t>"Чи не закохана?" — "В кому-бо?&lt;br /&gt;</w:t>
        <w:br/>
        <w:t>Буянов — одкоша дістав.&lt;br /&gt;</w:t>
        <w:br/>
        <w:t>За Пєтушкова — теж нелюбо.&lt;br /&gt;</w:t>
        <w:br/>
        <w:t>Гусар Пихтін тут гостював;&lt;br /&gt;</w:t>
        <w:br/>
        <w:t>То ж як до неї він лицявся,&lt;br /&gt;</w:t>
        <w:br/>
        <w:t>Як, наче бісик, увивався!&lt;br /&gt;</w:t>
        <w:br/>
        <w:t>Я думала собі: ось-ось;&lt;br /&gt;</w:t>
        <w:br/>
        <w:t>Куди там! Знову розійшлось!"&lt;br /&gt;</w:t>
        <w:br/>
        <w:t>"Що ж, матінко, за чим же стало?&lt;br /&gt;</w:t>
        <w:br/>
        <w:t>В Москву, на ринок відданок!&lt;br /&gt;</w:t>
        <w:br/>
        <w:t>Там що ступи, то й женишок".&lt;br /&gt;</w:t>
        <w:br/>
        <w:t>"Ох, батечку! Прибутків мало".&lt;br /&gt;</w:t>
        <w:br/>
        <w:t>"На зиму вистачить, а там&lt;br /&gt;</w:t>
        <w:br/>
        <w:t>І я позичу радо вам".</w:t>
      </w:r>
    </w:p>
    <w:p>
      <w:r>
        <w:br/>
        <w:t>XXVII</w:t>
      </w:r>
    </w:p>
    <w:p>
      <w:r>
        <w:br/>
        <w:t>Старенькій Ларіній припала&lt;br /&gt;</w:t>
        <w:br/>
        <w:t>Розумна рада до смаку,&lt;br /&gt;</w:t>
        <w:br/>
        <w:t>І до Москви вона поклала&lt;br /&gt;</w:t>
        <w:br/>
        <w:t>На зиму повезти дочку.&lt;br /&gt;</w:t>
        <w:br/>
        <w:t>І Таня мліє від турботи.&lt;br /&gt;</w:t>
        <w:br/>
        <w:t>На осуд світської пишноти&lt;br /&gt;</w:t>
        <w:br/>
        <w:t>Провінціальний лад і стрій&lt;br /&gt;</w:t>
        <w:br/>
        <w:t>Явити дівчині сільській,&lt;br /&gt;</w:t>
        <w:br/>
        <w:t>І запізнілі вже убори,&lt;br /&gt;</w:t>
        <w:br/>
        <w:t>І запізнілий склад речей;&lt;br /&gt;</w:t>
        <w:br/>
        <w:t>Московських франтів і цірцей&lt;br /&gt;</w:t>
        <w:br/>
        <w:t>Зустріть насмішкуваті зори!..&lt;br /&gt;</w:t>
        <w:br/>
        <w:t>О страх! Ні, краще в глушині,&lt;br /&gt;</w:t>
        <w:br/>
        <w:t>В лісах промарнувати дні.</w:t>
      </w:r>
    </w:p>
    <w:p>
      <w:r>
        <w:br/>
        <w:t>XXVIII</w:t>
      </w:r>
    </w:p>
    <w:p>
      <w:r>
        <w:br/>
        <w:t>Тепер, прокинувшись зарання,&lt;br /&gt;</w:t>
        <w:br/>
        <w:t>Біжить сама-вона в поля,&lt;br /&gt;</w:t>
        <w:br/>
        <w:t>І не таїть замилування,&lt;br /&gt;</w:t>
        <w:br/>
        <w:t>І потихеньку промовля:&lt;br /&gt;</w:t>
        <w:br/>
        <w:t>"Прощайте, тіняві долини,&lt;br /&gt;</w:t>
        <w:br/>
        <w:t>І ви, знайомі верховини,&lt;br /&gt;</w:t>
        <w:br/>
        <w:t>І ви, знайомі дерева!&lt;br /&gt;</w:t>
        <w:br/>
        <w:t>Прощай, красо небес жива,&lt;br /&gt;</w:t>
        <w:br/>
        <w:t>Прощай, жива моя природо!&lt;br /&gt;</w:t>
        <w:br/>
        <w:t>Міняю тишу милих дум&lt;br /&gt;</w:t>
        <w:br/>
        <w:t>На блискотливий, марний шум!&lt;br /&gt;</w:t>
        <w:br/>
        <w:t>Прощай і ти, моя свободо!&lt;br /&gt;</w:t>
        <w:br/>
        <w:t>Куди, до чого лину я?&lt;br /&gt;</w:t>
        <w:br/>
        <w:t>Що доля вирекла моя?"</w:t>
      </w:r>
    </w:p>
    <w:p>
      <w:r>
        <w:br/>
        <w:t>XXIX</w:t>
      </w:r>
    </w:p>
    <w:p>
      <w:r>
        <w:br/>
        <w:t>Проходки довшають дедалі.&lt;br /&gt;</w:t>
        <w:br/>
        <w:t>Тепер то пагорб, то струмок,&lt;br /&gt;</w:t>
        <w:br/>
        <w:t>Раніш без погляду зосталі,&lt;br /&gt;</w:t>
        <w:br/>
        <w:t>В ній будять тихий рій думок.&lt;br /&gt;</w:t>
        <w:br/>
        <w:t>Вона, як з друзями, з братами,&lt;br /&gt;</w:t>
        <w:br/>
        <w:t>З гаями рідними, з лугами&lt;br /&gt;</w:t>
        <w:br/>
        <w:t>Приходить ніжно розмовлять.&lt;br /&gt;</w:t>
        <w:br/>
        <w:t>Та літа красні дні летять,&lt;br /&gt;</w:t>
        <w:br/>
        <w:t>І осінь злото розсипає.&lt;br /&gt;</w:t>
        <w:br/>
        <w:t>Природа трепетна, сумна,&lt;br /&gt;</w:t>
        <w:br/>
        <w:t>Неначе жертва осяйна...&lt;br /&gt;</w:t>
        <w:br/>
        <w:t>Аж північ хмари наганяє,&lt;br /&gt;</w:t>
        <w:br/>
        <w:t>Завила враз, — і от сама&lt;br /&gt;</w:t>
        <w:br/>
        <w:t>Йде чародійниця-зима.</w:t>
      </w:r>
    </w:p>
    <w:p>
      <w:r>
        <w:br/>
        <w:t>XXX</w:t>
      </w:r>
    </w:p>
    <w:p>
      <w:r>
        <w:br/>
        <w:t>Прийшла, розсипалась; жмутками&lt;br /&gt;</w:t>
        <w:br/>
        <w:t>Повисла на гіллі дубів,&lt;br /&gt;</w:t>
        <w:br/>
        <w:t>Лягла хвилястими ковдрами&lt;br /&gt;</w:t>
        <w:br/>
        <w:t>У полі, навкруги горбів;&lt;br /&gt;</w:t>
        <w:br/>
        <w:t>Зрівняла береги з рікою&lt;br /&gt;</w:t>
        <w:br/>
        <w:t>Розпушеною пеленою;&lt;br /&gt;</w:t>
        <w:br/>
        <w:t>Блищить мороз. І раді ми&lt;br /&gt;</w:t>
        <w:br/>
        <w:t>З цих жартів матінки зими.&lt;br /&gt;</w:t>
        <w:br/>
        <w:t>Не раде їй лиш серце Тані.&lt;br /&gt;</w:t>
        <w:br/>
        <w:t>Вона не йде її стрічать,&lt;br /&gt;</w:t>
        <w:br/>
        <w:t>Морозну куряву вдихать&lt;br /&gt;</w:t>
        <w:br/>
        <w:t>І першим снігом на світанні&lt;br /&gt;</w:t>
        <w:br/>
        <w:t>Обличчя, груди, плечі вмить;&lt;br /&gt;</w:t>
        <w:br/>
        <w:t>Зимова путь її страшить.</w:t>
      </w:r>
    </w:p>
    <w:p>
      <w:r>
        <w:br/>
        <w:t>XXXI</w:t>
      </w:r>
    </w:p>
    <w:p>
      <w:r>
        <w:br/>
        <w:t>Давно пора вже від'їздити,&lt;br /&gt;</w:t>
        <w:br/>
        <w:t>Минувся і останній строк;&lt;br /&gt;</w:t>
        <w:br/>
        <w:t>Вже верх новий давно прибитий&lt;br /&gt;</w:t>
        <w:br/>
        <w:t>До рідко вживаних санок.&lt;br /&gt;</w:t>
        <w:br/>
        <w:t>Обоз домашній, три кибитки,&lt;br /&gt;</w:t>
        <w:br/>
        <w:t>Везуть домашні всі пожитки,&lt;br /&gt;</w:t>
        <w:br/>
        <w:t>Каструлі, дзиґлики, скриньки,&lt;br /&gt;</w:t>
        <w:br/>
        <w:t>Гриби, варення, сінники,&lt;br /&gt;</w:t>
        <w:br/>
        <w:t>Перини та клітки з півнями,&lt;br /&gt;</w:t>
        <w:br/>
        <w:t>Горшки, миски et cetera,&lt;br /&gt;</w:t>
        <w:br/>
        <w:t>Ну, безліч різного добра.&lt;br /&gt;</w:t>
        <w:br/>
        <w:t>Зібралась челядь і сльозами&lt;br /&gt;</w:t>
        <w:br/>
        <w:t>Майбутню окропляє путь;&lt;br /&gt;</w:t>
        <w:br/>
        <w:t>От вісімнадцять шкап ведуть,</w:t>
      </w:r>
    </w:p>
    <w:p>
      <w:r>
        <w:br/>
        <w:t>XXXII</w:t>
      </w:r>
    </w:p>
    <w:p>
      <w:r>
        <w:br/>
        <w:t>В боярські сани запрягають,&lt;br /&gt;</w:t>
        <w:br/>
        <w:t>Сніданок варять кухарі,&lt;br /&gt;</w:t>
        <w:br/>
        <w:t>З верхом кибитки накладають;&lt;br /&gt;</w:t>
        <w:br/>
        <w:t>Сварки і гомін на дворі.&lt;br /&gt;</w:t>
        <w:br/>
        <w:t>На шкапі, миршавій, кудлатій,&lt;br /&gt;</w:t>
        <w:br/>
        <w:t>Сидить форейтор бородатий.&lt;br /&gt;</w:t>
        <w:br/>
        <w:t>Всі слуги збіглись до воріт&lt;br /&gt;</w:t>
        <w:br/>
        <w:t>Панів проводити у світ.&lt;br /&gt;</w:t>
        <w:br/>
        <w:t>От сіли, і під крик стокротний&lt;br /&gt;</w:t>
        <w:br/>
        <w:t>Дідівські поповзли санки.&lt;br /&gt;</w:t>
        <w:br/>
        <w:t>"Прощайте, затишні кутки!&lt;br /&gt;</w:t>
        <w:br/>
        <w:t>Прощай, притулку мій самотній!&lt;br /&gt;</w:t>
        <w:br/>
        <w:t>Чи ще побачимось колись?" —&lt;br /&gt;</w:t>
        <w:br/>
        <w:t>І сльози в Тані полились.</w:t>
      </w:r>
    </w:p>
    <w:p>
      <w:r>
        <w:br/>
        <w:t>XXXIII</w:t>
      </w:r>
    </w:p>
    <w:p>
      <w:r>
        <w:br/>
        <w:t>Коли освіті добродійній&lt;br /&gt;</w:t>
        <w:br/>
        <w:t>Ми більше відведем границь,&lt;br /&gt;</w:t>
        <w:br/>
        <w:t>То з часом (висновки надійні&lt;br /&gt;</w:t>
        <w:br/>
        <w:t>Із мудро складених таблиць —&lt;br /&gt;</w:t>
        <w:br/>
        <w:t>Літ за п'ятсот) дороги, певно,&lt;br /&gt;</w:t>
        <w:br/>
        <w:t>Налагодить Росія ревно:&lt;br /&gt;</w:t>
        <w:br/>
        <w:t>Шосейний переріже шлях&lt;br /&gt;</w:t>
        <w:br/>
        <w:t>Її в найдальших напрямках,&lt;br /&gt;</w:t>
        <w:br/>
        <w:t>Мости чавунною дугою&lt;br /&gt;</w:t>
        <w:br/>
        <w:t>Окриють вод блакитний шир,&lt;br /&gt;</w:t>
        <w:br/>
        <w:t>Розриємо підніжжя гір;&lt;br /&gt;</w:t>
        <w:br/>
        <w:t>Пройдем зухвало під водою,&lt;br /&gt;</w:t>
        <w:br/>
        <w:t>І заведе хрещений мир&lt;br /&gt;</w:t>
        <w:br/>
        <w:t>На кожній станції трактир.</w:t>
      </w:r>
    </w:p>
    <w:p>
      <w:r>
        <w:br/>
        <w:t>XXXIV</w:t>
      </w:r>
    </w:p>
    <w:p>
      <w:r>
        <w:br/>
        <w:t>Тепер нема цього нітрохи42,&lt;br /&gt;</w:t>
        <w:br/>
        <w:t>Мости занедбані гниють,&lt;br /&gt;</w:t>
        <w:br/>
        <w:t>Блощиці в станціях та блохи&lt;br /&gt;</w:t>
        <w:br/>
        <w:t>Заснути людям не дають;&lt;br /&gt;</w:t>
        <w:br/>
        <w:t>У хаті, завсігди холодній,&lt;br /&gt;</w:t>
        <w:br/>
        <w:t>Високомовний, та голодний&lt;br /&gt;</w:t>
        <w:br/>
        <w:t>На показ прейскурант висить,&lt;br /&gt;</w:t>
        <w:br/>
        <w:t>Щоб апетит лише дражнить,&lt;br /&gt;</w:t>
        <w:br/>
        <w:t>І повагом сільські циклопи&lt;br /&gt;</w:t>
        <w:br/>
        <w:t>З напівзотлілим фартухом&lt;br /&gt;</w:t>
        <w:br/>
        <w:t>Лікують руським молотком&lt;br /&gt;</w:t>
        <w:br/>
        <w:t>Легенькі вироби Європи&lt;br /&gt;</w:t>
        <w:br/>
        <w:t>І славлять бога, що завів&lt;br /&gt;</w:t>
        <w:br/>
        <w:t>Дороги з безліччю ровів.</w:t>
      </w:r>
    </w:p>
    <w:p>
      <w:r>
        <w:br/>
        <w:t>XXXV</w:t>
      </w:r>
    </w:p>
    <w:p>
      <w:r>
        <w:br/>
        <w:t>Зате в зимові дні холодні&lt;br /&gt;</w:t>
        <w:br/>
        <w:t>Їзда нам серце веселить;&lt;br /&gt;</w:t>
        <w:br/>
        <w:t>Як вірш без думки в пісні модній,&lt;br /&gt;</w:t>
        <w:br/>
        <w:t>Гладкий усюди шлях лежить.&lt;br /&gt;</w:t>
        <w:br/>
        <w:t>Моторні в нас автомедони,&lt;br /&gt;</w:t>
        <w:br/>
        <w:t>Стомити важко наших коней,&lt;br /&gt;</w:t>
        <w:br/>
        <w:t>І верстви через гори й діл&lt;br /&gt;</w:t>
        <w:br/>
        <w:t>Мелькають, ніби частокіл43.&lt;br /&gt;</w:t>
        <w:br/>
        <w:t>Та Ларіна, щоб не платити&lt;br /&gt;</w:t>
        <w:br/>
        <w:t>Прогонів, надто дорогих,&lt;br /&gt;</w:t>
        <w:br/>
        <w:t>На шкапах їхала своїх,&lt;br /&gt;</w:t>
        <w:br/>
        <w:t>І дівчина могла зажити&lt;br /&gt;</w:t>
        <w:br/>
        <w:t>Нудьги дорожньої до дна:&lt;br /&gt;</w:t>
        <w:br/>
        <w:t>Сім день промучилась вона.</w:t>
      </w:r>
    </w:p>
    <w:p>
      <w:r>
        <w:br/>
        <w:t>XXXVI</w:t>
      </w:r>
    </w:p>
    <w:p>
      <w:r>
        <w:br/>
        <w:t>Та вже близенько. Перед ними&lt;br /&gt;</w:t>
        <w:br/>
        <w:t>Білокамінної Москви,&lt;br /&gt;</w:t>
        <w:br/>
        <w:t>Як жар, хрестами золотими&lt;br /&gt;</w:t>
        <w:br/>
        <w:t>Старі поблискують церкви.&lt;br /&gt;</w:t>
        <w:br/>
        <w:t>Ах, друзі! З радістю якою&lt;br /&gt;</w:t>
        <w:br/>
        <w:t>Побачив я перед собою&lt;br /&gt;</w:t>
        <w:br/>
        <w:t>Півколо кам'яних домів,&lt;br /&gt;</w:t>
        <w:br/>
        <w:t>Церков, чертогів і садів!&lt;br /&gt;</w:t>
        <w:br/>
        <w:t>Як часто у гіркій розлуці,&lt;br /&gt;</w:t>
        <w:br/>
        <w:t>Печаль стрічаючи нову,&lt;br /&gt;</w:t>
        <w:br/>
        <w:t>Я думав потай про Москву!..&lt;br /&gt;</w:t>
        <w:br/>
        <w:t>Москва... О, скільки в цьому звуці&lt;br /&gt;</w:t>
        <w:br/>
        <w:t>Для серця руського злилось!&lt;br /&gt;</w:t>
        <w:br/>
        <w:t>О, скільки спогадів зійшлось!</w:t>
      </w:r>
    </w:p>
    <w:p>
      <w:r>
        <w:br/>
        <w:t>XXXVII</w:t>
      </w:r>
    </w:p>
    <w:p>
      <w:r>
        <w:br/>
        <w:t>Ось гай розрісся кучерявий,&lt;br /&gt;</w:t>
        <w:br/>
        <w:t>Петровський замок свій фронтон&lt;br /&gt;</w:t>
        <w:br/>
        <w:t>Над ним підносить, гідний слави.&lt;br /&gt;</w:t>
        <w:br/>
        <w:t>Даремно ждав Наполеон,&lt;br /&gt;</w:t>
        <w:br/>
        <w:t>Сп'янілий від бряжчання криці,&lt;br /&gt;</w:t>
        <w:br/>
        <w:t>Коліноклонної столиці&lt;br /&gt;</w:t>
        <w:br/>
        <w:t>З ключами древнього Кремля;&lt;br /&gt;</w:t>
        <w:br/>
        <w:t>Ні, не пішла Москва моя&lt;br /&gt;</w:t>
        <w:br/>
        <w:t>З похиленою головою.&lt;br /&gt;</w:t>
        <w:br/>
        <w:t>Не свято, не гостинний дар —&lt;br /&gt;</w:t>
        <w:br/>
        <w:t>Вона готовила пожар&lt;br /&gt;</w:t>
        <w:br/>
        <w:t>Нетерпеливому герою.&lt;br /&gt;</w:t>
        <w:br/>
        <w:t>Відсіль, забувши лік годин,&lt;br /&gt;</w:t>
        <w:br/>
        <w:t>Дивився на пожежу він.</w:t>
      </w:r>
    </w:p>
    <w:p>
      <w:r>
        <w:br/>
        <w:t>XXXVIII</w:t>
      </w:r>
    </w:p>
    <w:p>
      <w:r>
        <w:br/>
        <w:t>Прощай, старої свідку слави,&lt;br /&gt;</w:t>
        <w:br/>
        <w:t>Петровський замку. Ну! Не стій.&lt;br /&gt;</w:t>
        <w:br/>
        <w:t>Вперед! Уже стовпи застави&lt;br /&gt;</w:t>
        <w:br/>
        <w:t>Біліють; от і по Тверській&lt;br /&gt;</w:t>
        <w:br/>
        <w:t>Провінціальний повіз мчиться.&lt;br /&gt;</w:t>
        <w:br/>
        <w:t>Мелькають скрізь баби, крамниці,&lt;br /&gt;</w:t>
        <w:br/>
        <w:t>Будки, хлоп'ята, ліхтарі,&lt;br /&gt;</w:t>
        <w:br/>
        <w:t>Двірці, сади, монастирі,&lt;br /&gt;</w:t>
        <w:br/>
        <w:t>Бухарці, візники, городи,&lt;br /&gt;</w:t>
        <w:br/>
        <w:t>Купці, халупи, мужики,&lt;br /&gt;</w:t>
        <w:br/>
        <w:t>Бульвари, башти, козаки,&lt;br /&gt;</w:t>
        <w:br/>
        <w:t>Аптеки, магазини моди,&lt;br /&gt;</w:t>
        <w:br/>
        <w:t>Леви камінні при домах&lt;br /&gt;</w:t>
        <w:br/>
        <w:t>І зграї галок на хрестах.</w:t>
      </w:r>
    </w:p>
    <w:p>
      <w:r>
        <w:br/>
        <w:t>XXXIX. ХL</w:t>
      </w:r>
    </w:p>
    <w:p>
      <w:r>
        <w:br/>
        <w:t>Отож добрались до притулку,&lt;br /&gt;</w:t>
        <w:br/>
        <w:t>Проїхавши чималий світ;&lt;br /&gt;</w:t>
        <w:br/>
        <w:t>Близ Харитонія в завулку&lt;br /&gt;</w:t>
        <w:br/>
        <w:t>Звернули сани до воріт&lt;br /&gt;</w:t>
        <w:br/>
        <w:t>Старого дому. Без пишноти&lt;br /&gt;</w:t>
        <w:br/>
        <w:t>Живе тут хора на сухоти&lt;br /&gt;</w:t>
        <w:br/>
        <w:t>Московська тітка. До дверей&lt;br /&gt;</w:t>
        <w:br/>
        <w:t>Біжить, стрічаючи гостей,&lt;br /&gt;</w:t>
        <w:br/>
        <w:t>Старий слуга старої пані,&lt;br /&gt;</w:t>
        <w:br/>
        <w:t>В подертім каптані калмик.&lt;br /&gt;</w:t>
        <w:br/>
        <w:t>Лунає привітальний крик&lt;br /&gt;</w:t>
        <w:br/>
        <w:t>Княжни на ветхому дивані.&lt;br /&gt;</w:t>
        <w:br/>
        <w:t>З плачем старенькі обнялись,&lt;br /&gt;</w:t>
        <w:br/>
        <w:t>І речі бистрі полились.</w:t>
      </w:r>
    </w:p>
    <w:p>
      <w:r>
        <w:br/>
        <w:t>ХLI</w:t>
      </w:r>
    </w:p>
    <w:p>
      <w:r>
        <w:br/>
        <w:t>"Княжно, mon ange!"* — "Pachette!"** — "Аліно!"&lt;br /&gt;</w:t>
        <w:br/>
        <w:t>"Ну, хто б подумав?" — "Як давно!"&lt;br /&gt;</w:t>
        <w:br/>
        <w:t>"Надовго? Серденько! Кузино!&lt;br /&gt;</w:t>
        <w:br/>
        <w:t>Сідай — та дивно ж як воно!&lt;br /&gt;</w:t>
        <w:br/>
        <w:t>Їй-богу, сцена із романа..."&lt;br /&gt;</w:t>
        <w:br/>
        <w:t>"А це дочка моя, Татьяна".&lt;br /&gt;</w:t>
        <w:br/>
        <w:t>"Ах, і не віриться мені —&lt;br /&gt;</w:t>
        <w:br/>
        <w:t>Немов я все це бачу в сні...&lt;br /&gt;</w:t>
        <w:br/>
        <w:t>А пам'ятаєш Грандісона?"&lt;br /&gt;</w:t>
        <w:br/>
        <w:t>"Як, Грандісон?.. а, Грандісон!&lt;br /&gt;</w:t>
        <w:br/>
        <w:t>Та де ж він? Все неначе сон!"&lt;br /&gt;</w:t>
        <w:br/>
        <w:t>"В Москві, неподаль Симеона;&lt;br /&gt;</w:t>
        <w:br/>
        <w:t>Кутю таки у мене їв;&lt;br /&gt;</w:t>
        <w:br/>
        <w:t>Недавно сина він женив.</w:t>
      </w:r>
    </w:p>
    <w:p>
      <w:r>
        <w:br/>
        <w:t>----------------------&lt;br /&gt;</w:t>
        <w:br/>
        <w:t>* Мій ангеле! (франц.).— Ред.&lt;br /&gt;</w:t>
        <w:br/>
        <w:t>** Пашето! (франц.).— Ред.</w:t>
      </w:r>
    </w:p>
    <w:p>
      <w:r>
        <w:br/>
        <w:t>ХLII</w:t>
      </w:r>
    </w:p>
    <w:p>
      <w:r>
        <w:br/>
        <w:t>А той... та все пізніш розкажем...&lt;br /&gt;</w:t>
        <w:br/>
        <w:t>Гаразд? Усій її рідні&lt;br /&gt;</w:t>
        <w:br/>
        <w:t>Ми Таню завтра ж і покажем,&lt;br /&gt;</w:t>
        <w:br/>
        <w:t>Шкода, несила вже мені,-&lt;br /&gt;</w:t>
        <w:br/>
        <w:t>Ох, волочу насилу ноги!&lt;br /&gt;</w:t>
        <w:br/>
        <w:t>Та ви замучені з дороги,&lt;br /&gt;</w:t>
        <w:br/>
        <w:t>Ходімо разом одпочить,&lt;br /&gt;</w:t>
        <w:br/>
        <w:t>Зморилась... в грудях так болить...&lt;br /&gt;</w:t>
        <w:br/>
        <w:t>Нелегко нині вже й радіти,&lt;br /&gt;</w:t>
        <w:br/>
        <w:t>Отак, голубонько моя...&lt;br /&gt;</w:t>
        <w:br/>
        <w:t>Вже ні на що не здатна я...&lt;br /&gt;</w:t>
        <w:br/>
        <w:t>Старому гидко в світі жити..."&lt;br /&gt;</w:t>
        <w:br/>
        <w:t>І тут, з утомою в очах,&lt;br /&gt;</w:t>
        <w:br/>
        <w:t>Закашлялась вона в сльозах.</w:t>
      </w:r>
    </w:p>
    <w:p>
      <w:r>
        <w:br/>
        <w:t>XLIII</w:t>
      </w:r>
    </w:p>
    <w:p>
      <w:r>
        <w:br/>
        <w:t>Татьяні серце зворушила&lt;br /&gt;</w:t>
        <w:br/>
        <w:t>Ласкавість хорої; та їй&lt;br /&gt;</w:t>
        <w:br/>
        <w:t>Нова домівка все ж немила,&lt;br /&gt;</w:t>
        <w:br/>
        <w:t>Самотній мрійниці сільській.&lt;br /&gt;</w:t>
        <w:br/>
        <w:t>Під шовком ніжної запони&lt;br /&gt;</w:t>
        <w:br/>
        <w:t>Вона в солодкім сні не тоне,&lt;br /&gt;</w:t>
        <w:br/>
        <w:t>І рано-вранці передзвін,&lt;br /&gt;</w:t>
        <w:br/>
        <w:t>Предтеча трудових годин,&lt;br /&gt;</w:t>
        <w:br/>
        <w:t>Її з постелі підіймає.&lt;br /&gt;</w:t>
        <w:br/>
        <w:t>Сідає Таня край вікна.&lt;br /&gt;</w:t>
        <w:br/>
        <w:t>Поволі дніє; та вона&lt;br /&gt;</w:t>
        <w:br/>
        <w:t>Ланів дідизних не вбачає;&lt;br /&gt;</w:t>
        <w:br/>
        <w:t>Сіріють тільки крізь туман&lt;br /&gt;</w:t>
        <w:br/>
        <w:t>Конюшня, кухня та паркан.</w:t>
      </w:r>
    </w:p>
    <w:p>
      <w:r>
        <w:br/>
        <w:t>ХLIV</w:t>
      </w:r>
    </w:p>
    <w:p>
      <w:r>
        <w:br/>
        <w:t>І от від ранку аж до ночі&lt;br /&gt;</w:t>
        <w:br/>
        <w:t>Татьяну возять там і там,&lt;br /&gt;</w:t>
        <w:br/>
        <w:t>Щоб лінощі її дівочі&lt;br /&gt;</w:t>
        <w:br/>
        <w:t>Явить бабусям та дідам.&lt;br /&gt;</w:t>
        <w:br/>
        <w:t>Куди лиш повіз їх прибуде —&lt;br /&gt;</w:t>
        <w:br/>
        <w:t>Ласкаві зустрічі усюди,&lt;br /&gt;</w:t>
        <w:br/>
        <w:t>Хліб-сіль, розмова гомінка.&lt;br /&gt;</w:t>
        <w:br/>
        <w:t>"Велика Таня вже яка!&lt;br /&gt;</w:t>
        <w:br/>
        <w:t>Чи я ж давно тебе хрестила?&lt;br /&gt;</w:t>
        <w:br/>
        <w:t>— А я за уші наскубла!&lt;br /&gt;</w:t>
        <w:br/>
        <w:t>— А я медяника дала!&lt;br /&gt;</w:t>
        <w:br/>
        <w:t>— А я так на руках носила!"&lt;br /&gt;</w:t>
        <w:br/>
        <w:t>І хором сиві гомонять:&lt;br /&gt;</w:t>
        <w:br/>
        <w:t>"Ох, як же то роки летять!"</w:t>
      </w:r>
    </w:p>
    <w:p>
      <w:r>
        <w:br/>
        <w:t>ХLV</w:t>
      </w:r>
    </w:p>
    <w:p>
      <w:r>
        <w:br/>
        <w:t>Та в них не видно переміни;&lt;br /&gt;</w:t>
        <w:br/>
        <w:t>Усе в них на старий взірець:&lt;br /&gt;</w:t>
        <w:br/>
        <w:t>У тітоньки княжни Поліни&lt;br /&gt;</w:t>
        <w:br/>
        <w:t>Той самий тюлевий чепець;&lt;br /&gt;</w:t>
        <w:br/>
        <w:t>Все білиться Лукер'я Львівна,&lt;br /&gt;</w:t>
        <w:br/>
        <w:t>І бреше все Любов Петрівна,&lt;br /&gt;</w:t>
        <w:br/>
        <w:t>Іван Петрович все дурний,&lt;br /&gt;</w:t>
        <w:br/>
        <w:t>Семен Петрович все скупий,&lt;br /&gt;</w:t>
        <w:br/>
        <w:t>В Авдотьї Карпівни від шлюбу&lt;br /&gt;</w:t>
        <w:br/>
        <w:t>Той самий друг, мосьс Фінмуш,&lt;br /&gt;</w:t>
        <w:br/>
        <w:t>Той самий шпіц, той самий муж;&lt;br /&gt;</w:t>
        <w:br/>
        <w:t>А він все член ретельний клубу,&lt;br /&gt;</w:t>
        <w:br/>
        <w:t>Глухий і смирний жінчин гість,&lt;br /&gt;</w:t>
        <w:br/>
        <w:t>За двох так само п'є та їсть.</w:t>
      </w:r>
    </w:p>
    <w:p>
      <w:r>
        <w:br/>
        <w:t>ХLVI</w:t>
      </w:r>
    </w:p>
    <w:p>
      <w:r>
        <w:br/>
        <w:t>Їх дочки Таню обнімають.&lt;br /&gt;</w:t>
        <w:br/>
        <w:t>Розквітлі грації Москви&lt;br /&gt;</w:t>
        <w:br/>
        <w:t>Спочатку мовчки оглядають&lt;br /&gt;</w:t>
        <w:br/>
        <w:t>Татьяну з ніг до голови;&lt;br /&gt;</w:t>
        <w:br/>
        <w:t>Вона здається їм чудною,&lt;br /&gt;</w:t>
        <w:br/>
        <w:t>Худою надто та блідою,&lt;br /&gt;</w:t>
        <w:br/>
        <w:t>Провінціального взірця,&lt;br /&gt;</w:t>
        <w:br/>
        <w:t>А втім, гарненькою з лиця;&lt;br /&gt;</w:t>
        <w:br/>
        <w:t>Тоді, скорившися природі,&lt;br /&gt;</w:t>
        <w:br/>
        <w:t>До себе приязно ведуть,&lt;br /&gt;</w:t>
        <w:br/>
        <w:t>Цілують, серденьком зовуть,&lt;br /&gt;</w:t>
        <w:br/>
        <w:t>І роблять зачіску по моді,&lt;br /&gt;</w:t>
        <w:br/>
        <w:t>І ніжно повіряють їй&lt;br /&gt;</w:t>
        <w:br/>
        <w:t>Дівочих таємниці мрій,</w:t>
      </w:r>
    </w:p>
    <w:p>
      <w:r>
        <w:br/>
        <w:t>XLVII</w:t>
      </w:r>
    </w:p>
    <w:p>
      <w:r>
        <w:br/>
        <w:t>Секрети юного кохання,&lt;br /&gt;</w:t>
        <w:br/>
        <w:t>Надії, пустощі дрібні.&lt;br /&gt;</w:t>
        <w:br/>
        <w:t>Скрашає їхнє лепетання&lt;br /&gt;</w:t>
        <w:br/>
        <w:t>Легенька домішка брехні.&lt;br /&gt;</w:t>
        <w:br/>
        <w:t>Тоді, в одплату за довіру,&lt;br /&gt;</w:t>
        <w:br/>
        <w:t>І Таню просять душу щиру&lt;br /&gt;</w:t>
        <w:br/>
        <w:t>Одкрити без вагання їм.&lt;br /&gt;</w:t>
        <w:br/>
        <w:t>А Таня, наче в сні чуднім,&lt;br /&gt;</w:t>
        <w:br/>
        <w:t>Думками десь далеко лине,&lt;br /&gt;</w:t>
        <w:br/>
        <w:t>Не розуміє їхніх слів,&lt;br /&gt;</w:t>
        <w:br/>
        <w:t>І тайну власних почуттів,&lt;br /&gt;</w:t>
        <w:br/>
        <w:t>Страждань і щастя скарб єдиний&lt;br /&gt;</w:t>
        <w:br/>
        <w:t>У серці криючи своїм,&lt;br /&gt;</w:t>
        <w:br/>
        <w:t>Його не ділить ані з ким.</w:t>
      </w:r>
    </w:p>
    <w:p>
      <w:r>
        <w:br/>
        <w:t>ХLVІІІ</w:t>
      </w:r>
    </w:p>
    <w:p>
      <w:r>
        <w:br/>
        <w:t>Татьяна слухає в вітальні&lt;br /&gt;</w:t>
        <w:br/>
        <w:t>Гостей розмови голосні,&lt;br /&gt;</w:t>
        <w:br/>
        <w:t>Та все слова такі загальні,&lt;br /&gt;</w:t>
        <w:br/>
        <w:t>Такі утерті та нудні;&lt;br /&gt;</w:t>
        <w:br/>
        <w:t>Нема ні серця, ні уяви,&lt;br /&gt;</w:t>
        <w:br/>
        <w:t>Усе байдуже, нецікаве,&lt;br /&gt;</w:t>
        <w:br/>
        <w:t>І навіть наклепи у них&lt;br /&gt;</w:t>
        <w:br/>
        <w:t>Чуттів позбавлені живих.&lt;br /&gt;</w:t>
        <w:br/>
        <w:t>Шкода вже й розуму шукати,&lt;br /&gt;</w:t>
        <w:br/>
        <w:t>Не те що там великих дум;&lt;br /&gt;</w:t>
        <w:br/>
        <w:t>Не посміхнеться томний ум,&lt;br /&gt;</w:t>
        <w:br/>
        <w:t>Не вгріє серця й жарт крилатий.&lt;br /&gt;</w:t>
        <w:br/>
        <w:t>Бо й дурощів смішних нема&lt;br /&gt;</w:t>
        <w:br/>
        <w:t>В цім панстві, де нудьга сама!</w:t>
      </w:r>
    </w:p>
    <w:p>
      <w:r>
        <w:br/>
        <w:t>ХLIХ</w:t>
      </w:r>
    </w:p>
    <w:p>
      <w:r>
        <w:br/>
        <w:t>Архівні юнаки юрбою&lt;br /&gt;</w:t>
        <w:br/>
        <w:t>На Таню споважна зорять&lt;br /&gt;</w:t>
        <w:br/>
        <w:t>І неприхильно між собою&lt;br /&gt;</w:t>
        <w:br/>
        <w:t>Про неї стиха гомонять;&lt;br /&gt;</w:t>
        <w:br/>
        <w:t>Один якийсь блазнюк печальний&lt;br /&gt;</w:t>
        <w:br/>
        <w:t>В ній бачить образ ідеальний&lt;br /&gt;</w:t>
        <w:br/>
        <w:t>І потай в метушні людській&lt;br /&gt;</w:t>
        <w:br/>
        <w:t>Елегію складає їй.&lt;br /&gt;</w:t>
        <w:br/>
        <w:t>Якось у тітоньки нудної&lt;br /&gt;</w:t>
        <w:br/>
        <w:t>До неї Вяземський підсів&lt;br /&gt;</w:t>
        <w:br/>
        <w:t>І зацікавити зумів.&lt;br /&gt;</w:t>
        <w:br/>
        <w:t>Про ймення панночки нової,&lt;br /&gt;</w:t>
        <w:br/>
        <w:t>Свій поправляючи парик,&lt;br /&gt;</w:t>
        <w:br/>
        <w:t>Тоді питається старик.</w:t>
      </w:r>
    </w:p>
    <w:p>
      <w:r>
        <w:br/>
        <w:t>L</w:t>
      </w:r>
    </w:p>
    <w:p>
      <w:r>
        <w:br/>
        <w:t>А там, де Мельпомена виє&lt;br /&gt;</w:t>
        <w:br/>
        <w:t>Протяжним голосом своїм,&lt;br /&gt;</w:t>
        <w:br/>
        <w:t>Де плащ мішурний багрянів&lt;br /&gt;</w:t>
        <w:br/>
        <w:t>Перед збіговищем людським,&lt;br /&gt;</w:t>
        <w:br/>
        <w:t>Де тихо Талія дрімає&lt;br /&gt;</w:t>
        <w:br/>
        <w:t>І на плескання не зважає,&lt;br /&gt;</w:t>
        <w:br/>
        <w:t>Де Терпсіхорі лиш одній&lt;br /&gt;</w:t>
        <w:br/>
        <w:t>Глядач дивує молодий&lt;br /&gt;</w:t>
        <w:br/>
        <w:t>(Про це ви спомин бережете,&lt;br /&gt;</w:t>
        <w:br/>
        <w:t>Як я, панове, бережу),-&lt;br /&gt;</w:t>
        <w:br/>
        <w:t>На дівчину, усім чужу,&lt;br /&gt;</w:t>
        <w:br/>
        <w:t>Не поверталися лорнети&lt;br /&gt;</w:t>
        <w:br/>
        <w:t>Ревнивих паній і знавців&lt;br /&gt;</w:t>
        <w:br/>
        <w:t>Із лож блискучих та з рядів.</w:t>
      </w:r>
    </w:p>
    <w:p>
      <w:r>
        <w:br/>
        <w:t>LI</w:t>
      </w:r>
    </w:p>
    <w:p>
      <w:r>
        <w:br/>
        <w:t>Її привозять і в зібрання.&lt;br /&gt;</w:t>
        <w:br/>
        <w:t>Задуха, гомін, шум і сміх,&lt;br /&gt;</w:t>
        <w:br/>
        <w:t>Музики грім, свічок блищання,&lt;br /&gt;</w:t>
        <w:br/>
        <w:t>Мелькання, вихор пар легких,&lt;br /&gt;</w:t>
        <w:br/>
        <w:t>Красунь прозорчасті убори,&lt;br /&gt;</w:t>
        <w:br/>
        <w:t>Людьми ущерть залиті хори,&lt;br /&gt;</w:t>
        <w:br/>
        <w:t>Півколо панночок і дам,-&lt;br /&gt;</w:t>
        <w:br/>
        <w:t>Усе вражає очі там.&lt;br /&gt;</w:t>
        <w:br/>
        <w:t>Тут франти появляють чари —&lt;br /&gt;</w:t>
        <w:br/>
        <w:t>Своє нахабство, свій жилет&lt;br /&gt;</w:t>
        <w:br/>
        <w:t>І неуважний свій лорнет.&lt;br /&gt;</w:t>
        <w:br/>
        <w:t>Сюди відпущені гусари&lt;br /&gt;</w:t>
        <w:br/>
        <w:t>Спішать прибути, прогриміть,&lt;br /&gt;</w:t>
        <w:br/>
        <w:t>Заполонить і полетіть.</w:t>
      </w:r>
    </w:p>
    <w:p>
      <w:r>
        <w:br/>
        <w:t>LII</w:t>
      </w:r>
    </w:p>
    <w:p>
      <w:r>
        <w:br/>
        <w:t>Зірок багато єсть у ночі,&lt;br /&gt;</w:t>
        <w:br/>
        <w:t>Багата на красунь Москва,&lt;br /&gt;</w:t>
        <w:br/>
        <w:t>Але найбільше вабить очі&lt;br /&gt;</w:t>
        <w:br/>
        <w:t>Сріблиста зірка ранкова.&lt;br /&gt;</w:t>
        <w:br/>
        <w:t>Але вона, перед котрою&lt;br /&gt;</w:t>
        <w:br/>
        <w:t>Я мовкну з лірою дзвінкою,&lt;br /&gt;</w:t>
        <w:br/>
        <w:t>Зорею ранньою, ясна,&lt;br /&gt;</w:t>
        <w:br/>
        <w:t>Блищить серед красунь одна.&lt;br /&gt;</w:t>
        <w:br/>
        <w:t>Як по-небесному гордливо&lt;br /&gt;</w:t>
        <w:br/>
        <w:t>Землі торкається вона!&lt;br /&gt;</w:t>
        <w:br/>
        <w:t>Як від грудей пашить весна!&lt;br /&gt;</w:t>
        <w:br/>
        <w:t>Як очі дивляться томливо!..&lt;br /&gt;</w:t>
        <w:br/>
        <w:t>Та годі, годі; перестань:&lt;br /&gt;</w:t>
        <w:br/>
        <w:t>Ти заплатив безумству дань.</w:t>
      </w:r>
    </w:p>
    <w:p>
      <w:r>
        <w:br/>
        <w:t>LІІІ</w:t>
      </w:r>
    </w:p>
    <w:p>
      <w:r>
        <w:br/>
        <w:t>Шум, метушіння, сміх, уклони,&lt;br /&gt;</w:t>
        <w:br/>
        <w:t>Галоп, мазурка, вальс... А там,&lt;br /&gt;</w:t>
        <w:br/>
        <w:t>Між двох тіток, біля колони,&lt;br /&gt;</w:t>
        <w:br/>
        <w:t>Чужа усім людським очам,&lt;br /&gt;</w:t>
        <w:br/>
        <w:t>Татьяна дивиться й не бачить,&lt;br /&gt;</w:t>
        <w:br/>
        <w:t>Що серцю суєта ця значить!&lt;br /&gt;</w:t>
        <w:br/>
        <w:t>Їй душно тут... Вона в думках&lt;br /&gt;</w:t>
        <w:br/>
        <w:t>Перелітає по полях&lt;br /&gt;</w:t>
        <w:br/>
        <w:t>Туди, де бідні поселяни,&lt;br /&gt;</w:t>
        <w:br/>
        <w:t>Де самотинності куток,&lt;br /&gt;</w:t>
        <w:br/>
        <w:t>Де світлий котиться струмок,&lt;br /&gt;</w:t>
        <w:br/>
        <w:t>Де квіти, де її романи,&lt;br /&gt;</w:t>
        <w:br/>
        <w:t>Де в тінях липових алей&lt;br /&gt;</w:t>
        <w:br/>
        <w:t>Ввижався він у тьмі ночей.</w:t>
      </w:r>
    </w:p>
    <w:p>
      <w:r>
        <w:br/>
        <w:t>LIV</w:t>
      </w:r>
    </w:p>
    <w:p>
      <w:r>
        <w:br/>
        <w:t>Так мисль її далеко бродить:&lt;br /&gt;</w:t>
        <w:br/>
        <w:t>Забуто й світ, і пишний бал;&lt;br /&gt;</w:t>
        <w:br/>
        <w:t>Очей тим часом не відводить&lt;br /&gt;</w:t>
        <w:br/>
        <w:t>Якийсь од неї генерал.&lt;br /&gt;</w:t>
        <w:br/>
        <w:t>Лукаво тітоньки моргнули&lt;br /&gt;</w:t>
        <w:br/>
        <w:t>І ліктем Таню підштовхнули,&lt;br /&gt;</w:t>
        <w:br/>
        <w:t>І кожна прошептала їй:&lt;br /&gt;</w:t>
        <w:br/>
        <w:t>"Ліворуч подивись мерщій!"&lt;br /&gt;</w:t>
        <w:br/>
        <w:t>"Ліворуч? Де? А що там саме?"&lt;br /&gt;</w:t>
        <w:br/>
        <w:t>"Та що вже є, туди поглянь ..&lt;br /&gt;</w:t>
        <w:br/>
        <w:t>Он, недалечко тих-от пань...&lt;br /&gt;</w:t>
        <w:br/>
        <w:t>Там поруч двоє з орденами...&lt;br /&gt;</w:t>
        <w:br/>
        <w:t>Недавно увійшов він в зал..."&lt;br /&gt;</w:t>
        <w:br/>
        <w:t>"Хто — він? товстий той генерал?"</w:t>
      </w:r>
    </w:p>
    <w:p>
      <w:r>
        <w:br/>
        <w:t>LV</w:t>
      </w:r>
    </w:p>
    <w:p>
      <w:r>
        <w:br/>
        <w:t>Тут переможниці Татьяні&lt;br /&gt;</w:t>
        <w:br/>
        <w:t>Ми поздоровлення складім&lt;br /&gt;</w:t>
        <w:br/>
        <w:t>І знов ходу свою в романі&lt;br /&gt;</w:t>
        <w:br/>
        <w:t>На путь колишню повернім...&lt;br /&gt;</w:t>
        <w:br/>
        <w:t>До речі, тут сказати маю:&lt;br /&gt;</w:t>
        <w:br/>
        <w:t>Про друга юного співаю&lt;br /&gt;</w:t>
        <w:br/>
        <w:t>І дивину його химер.&lt;br /&gt;</w:t>
        <w:br/>
        <w:t>Благослови ж мене тепер,&lt;br /&gt;</w:t>
        <w:br/>
        <w:t>О музо епосу висока!&lt;br /&gt;</w:t>
        <w:br/>
        <w:t>І, з вірним посохом в руці,&lt;br /&gt;</w:t>
        <w:br/>
        <w:t>Не дай зійти на манівці.&lt;br /&gt;</w:t>
        <w:br/>
        <w:t>Доволі! Скінчена морока!&lt;br /&gt;</w:t>
        <w:br/>
        <w:t>Віддав я класицизму честь,-&lt;br /&gt;</w:t>
        <w:br/>
        <w:t>Хоч пізно трохи, заспів єсть.</w:t>
      </w:r>
    </w:p>
    <w:p>
      <w:r>
        <w:br/>
        <w:t>Глава восьма</w:t>
      </w:r>
    </w:p>
    <w:p>
      <w:r>
        <w:br/>
        <w:t>Fare thee well, and if for ever,&lt;br /&gt;</w:t>
        <w:br/>
        <w:t>Still for ever, fare thee well.&lt;br /&gt;</w:t>
        <w:br/>
        <w:t>Byron*</w:t>
      </w:r>
    </w:p>
    <w:p>
      <w:r>
        <w:br/>
        <w:t>І</w:t>
      </w:r>
    </w:p>
    <w:p>
      <w:r>
        <w:br/>
        <w:t>В ті дні, коли в садах Ліцея&lt;br /&gt;</w:t>
        <w:br/>
        <w:t>Я безтурботно розцвітав,&lt;br /&gt;</w:t>
        <w:br/>
        <w:t>Читав охоче Апулея,&lt;br /&gt;</w:t>
        <w:br/>
        <w:t>А Ціцерона не читав,&lt;br /&gt;</w:t>
        <w:br/>
        <w:t>В ті дні, при співах лебединих,&lt;br /&gt;</w:t>
        <w:br/>
        <w:t>В повитих тайною долинах,&lt;br /&gt;</w:t>
        <w:br/>
        <w:t>Край вод прозорчастих мені&lt;br /&gt;</w:t>
        <w:br/>
        <w:t>З'явилась муза навесні.&lt;br /&gt;</w:t>
        <w:br/>
        <w:t>В студентській келії проміння&lt;br /&gt;</w:t>
        <w:br/>
        <w:t>Враз засіяло: муза в ній&lt;br /&gt;</w:t>
        <w:br/>
        <w:t>Відкрила юний бенкет свій,&lt;br /&gt;</w:t>
        <w:br/>
        <w:t>Забави вславила дитинні,&lt;br /&gt;</w:t>
        <w:br/>
        <w:t>Діла славетні давнини&lt;br /&gt;</w:t>
        <w:br/>
        <w:t>І серця трепетного сни.</w:t>
      </w:r>
    </w:p>
    <w:p>
      <w:r>
        <w:br/>
        <w:t>* Прощай, і вже як назавжди, то назавжди&lt;br /&gt;</w:t>
        <w:br/>
        <w:t>прощай. Байрон (англ.)</w:t>
      </w:r>
    </w:p>
    <w:p>
      <w:r>
        <w:br/>
        <w:t>II</w:t>
      </w:r>
    </w:p>
    <w:p>
      <w:r>
        <w:br/>
        <w:t>І світ зустрів її зичливий;&lt;br /&gt;</w:t>
        <w:br/>
        <w:t>Нас перший успіх окрилив;&lt;br /&gt;</w:t>
        <w:br/>
        <w:t>Помітив нас Державін сивий&lt;br /&gt;</w:t>
        <w:br/>
        <w:t>І край труни благословив.&lt;br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</w:t>
      </w:r>
    </w:p>
    <w:p>
      <w:r>
        <w:br/>
        <w:t>III</w:t>
      </w:r>
    </w:p>
    <w:p>
      <w:r>
        <w:br/>
        <w:t>І я, закон єдиний мавши,&lt;br /&gt;</w:t>
        <w:br/>
        <w:t>Примхливу волю почуттів,&lt;br /&gt;</w:t>
        <w:br/>
        <w:t>З юрбою мислі поділявши,&lt;br /&gt;</w:t>
        <w:br/>
        <w:t>Я музу пустотливу ввів&lt;br /&gt;</w:t>
        <w:br/>
        <w:t>На бенкет, в шум сперечок вічних,&lt;br /&gt;</w:t>
        <w:br/>
        <w:t>Грозу дозорів опівнічних;&lt;br /&gt;</w:t>
        <w:br/>
        <w:t>І їм веселої пори&lt;br /&gt;</w:t>
        <w:br/>
        <w:t>Вона несла свої дари&lt;br /&gt;</w:t>
        <w:br/>
        <w:t>І, як вакханочка, сміялась,&lt;br /&gt;</w:t>
        <w:br/>
        <w:t>Гучний вела при чаші спів,&lt;br /&gt;</w:t>
        <w:br/>
        <w:t>І молодь одлетілих днів&lt;br /&gt;</w:t>
        <w:br/>
        <w:t>До неї палко залицялась,&lt;br /&gt;</w:t>
        <w:br/>
        <w:t>А я пишався, що знайшов&lt;br /&gt;</w:t>
        <w:br/>
        <w:t>Такої подруги любов.</w:t>
      </w:r>
    </w:p>
    <w:p>
      <w:r>
        <w:br/>
        <w:t>IV</w:t>
      </w:r>
    </w:p>
    <w:p>
      <w:r>
        <w:br/>
        <w:t>Та присудила доля мстива&lt;br /&gt;</w:t>
        <w:br/>
        <w:t>Мені вигнання — муза вслід.&lt;br /&gt;</w:t>
        <w:br/>
        <w:t>Не раз, було, ласкава діва,&lt;br /&gt;</w:t>
        <w:br/>
        <w:t>Німотний ділячи похід,&lt;br /&gt;</w:t>
        <w:br/>
        <w:t>Мене таємно чарувала!&lt;br /&gt;</w:t>
        <w:br/>
        <w:t>Не раз вона зо мною мчала&lt;br /&gt;</w:t>
        <w:br/>
        <w:t>Вночі, в кавказькій стороні,&lt;br /&gt;</w:t>
        <w:br/>
        <w:t>Немов Ленора, на коні!&lt;br /&gt;</w:t>
        <w:br/>
        <w:t>Не раз на берегах Тавріди&lt;br /&gt;</w:t>
        <w:br/>
        <w:t>Вона мене у тьмі нічній&lt;br /&gt;</w:t>
        <w:br/>
        <w:t>Водила слухать шум морський,&lt;br /&gt;</w:t>
        <w:br/>
        <w:t>Немовчний шепіт Нереїди,&lt;br /&gt;</w:t>
        <w:br/>
        <w:t>Глибокий, вічний шум валів,&lt;br /&gt;</w:t>
        <w:br/>
        <w:t>Прославний гімн отцю світів.</w:t>
      </w:r>
    </w:p>
    <w:p>
      <w:r>
        <w:br/>
        <w:t>V</w:t>
      </w:r>
    </w:p>
    <w:p>
      <w:r>
        <w:br/>
        <w:t>І, занедбавши гомін дальній&lt;br /&gt;</w:t>
        <w:br/>
        <w:t>Столичних бенкетів і втіх,&lt;br /&gt;</w:t>
        <w:br/>
        <w:t>В глухій Молдавії печальній&lt;br /&gt;</w:t>
        <w:br/>
        <w:t>По вбогих шатрах кочових&lt;br /&gt;</w:t>
        <w:br/>
        <w:t>Вона зо мною гостювала,&lt;br /&gt;</w:t>
        <w:br/>
        <w:t>І серед диких дика стала,&lt;br /&gt;</w:t>
        <w:br/>
        <w:t>Забула мову там богів,&lt;br /&gt;</w:t>
        <w:br/>
        <w:t>На степовий змінивши спів,&lt;br /&gt;</w:t>
        <w:br/>
        <w:t>На дивний звук чужого слова...&lt;br /&gt;</w:t>
        <w:br/>
        <w:t>Та все змінилося по тім,&lt;br /&gt;</w:t>
        <w:br/>
        <w:t>І от вона в саду моїм —&lt;br /&gt;</w:t>
        <w:br/>
        <w:t>Журлива панна повітова,&lt;br /&gt;</w:t>
        <w:br/>
        <w:t>З сумною думою в очах,&lt;br /&gt;</w:t>
        <w:br/>
        <w:t>З французьким томиком в руках.</w:t>
      </w:r>
    </w:p>
    <w:p>
      <w:r>
        <w:br/>
        <w:t>VI</w:t>
      </w:r>
    </w:p>
    <w:p>
      <w:r>
        <w:br/>
        <w:t>Тепер веду я музу вперше&lt;br /&gt;</w:t>
        <w:br/>
        <w:t>На світський раут гомінкий44;&lt;br /&gt;</w:t>
        <w:br/>
        <w:t>В ревнивім остраху завмерши,&lt;br /&gt;</w:t>
        <w:br/>
        <w:t>Дивлюсь на чар її сільський.&lt;br /&gt;</w:t>
        <w:br/>
        <w:t>Крізь ряд тісний аристократів,&lt;br /&gt;</w:t>
        <w:br/>
        <w:t>Військових франтів, дипломатів&lt;br /&gt;</w:t>
        <w:br/>
        <w:t>І гордих дам пливе вона;&lt;br /&gt;</w:t>
        <w:br/>
        <w:t>От сіла й стежить, мовчазна,&lt;br /&gt;</w:t>
        <w:br/>
        <w:t>За блискотливою юрбою,&lt;br /&gt;</w:t>
        <w:br/>
        <w:t>Мельканням суконь і речей,&lt;br /&gt;</w:t>
        <w:br/>
        <w:t>Ходою вільною гостей&lt;br /&gt;</w:t>
        <w:br/>
        <w:t>Перед хазяйкою стрункою,&lt;br /&gt;</w:t>
        <w:br/>
        <w:t>Живими рамами мужчин&lt;br /&gt;</w:t>
        <w:br/>
        <w:t>Круг дам, немов округ картин.</w:t>
      </w:r>
    </w:p>
    <w:p>
      <w:r>
        <w:br/>
        <w:t>VII</w:t>
      </w:r>
    </w:p>
    <w:p>
      <w:r>
        <w:br/>
        <w:t>Їй до вподоби лад бадьорий&lt;br /&gt;</w:t>
        <w:br/>
        <w:t>Олігархічних вільних слів,&lt;br /&gt;</w:t>
        <w:br/>
        <w:t>І холод гордощів суворий,&lt;br /&gt;</w:t>
        <w:br/>
        <w:t>І суміш років та чинів.&lt;br /&gt;</w:t>
        <w:br/>
        <w:t>Та хто ж ото в юрбі шумливій&lt;br /&gt;</w:t>
        <w:br/>
        <w:t>Стоїть, туманний, мовчазливий?&lt;br /&gt;</w:t>
        <w:br/>
        <w:t>Для всіх здається він чужим.&lt;br /&gt;</w:t>
        <w:br/>
        <w:t>Мигтять обличчя перед ним,&lt;br /&gt;</w:t>
        <w:br/>
        <w:t>Як надокучні сни щоденні.&lt;br /&gt;</w:t>
        <w:br/>
        <w:t>Чи сплін, чи самолюбства біль&lt;br /&gt;</w:t>
        <w:br/>
        <w:t>На цім обличчі? Як, відкіль?&lt;br /&gt;</w:t>
        <w:br/>
        <w:t>Хто він такий? Невже Євгеній?&lt;br /&gt;</w:t>
        <w:br/>
        <w:t>Невже це він?.. Так, справді він.&lt;br /&gt;</w:t>
        <w:br/>
        <w:t>— Давно прибув з чужих країн?</w:t>
      </w:r>
    </w:p>
    <w:p>
      <w:r>
        <w:br/>
        <w:t>VIII</w:t>
      </w:r>
    </w:p>
    <w:p>
      <w:r>
        <w:br/>
        <w:t>Той самий він, чи вгамувався?&lt;br /&gt;</w:t>
        <w:br/>
        <w:t>Чи грає й досі дивака?&lt;br /&gt;</w:t>
        <w:br/>
        <w:t>Яких іще там рис набрався?&lt;br /&gt;</w:t>
        <w:br/>
        <w:t>Чи переміна з ним яка?&lt;br /&gt;</w:t>
        <w:br/>
        <w:t>Чим нині з'явиться? Мельмотом,&lt;br /&gt;</w:t>
        <w:br/>
        <w:t>Космополітом, патріотом,&lt;br /&gt;</w:t>
        <w:br/>
        <w:t>Гарольдом, квакером, чи знов&lt;br /&gt;</w:t>
        <w:br/>
        <w:t>Ще іншу маску він знайшов,&lt;br /&gt;</w:t>
        <w:br/>
        <w:t>Чи буде так собі людина,&lt;br /&gt;</w:t>
        <w:br/>
        <w:t>Як от, приміром, ви та я?&lt;br /&gt;</w:t>
        <w:br/>
        <w:t>Принаймні думка ось моя:&lt;br /&gt;</w:t>
        <w:br/>
        <w:t>Набридла мода старовинна&lt;br /&gt;</w:t>
        <w:br/>
        <w:t>І всі ті вибрики смішні...&lt;br /&gt;</w:t>
        <w:br/>
        <w:t>— Знайомі ви? — І так, і ні.</w:t>
      </w:r>
    </w:p>
    <w:p>
      <w:r>
        <w:br/>
        <w:t>IX</w:t>
      </w:r>
    </w:p>
    <w:p>
      <w:r>
        <w:br/>
        <w:t>— Чому ж бо так ви неласкаво&lt;br /&gt;</w:t>
        <w:br/>
        <w:t>Про нього мислите, скажіть?&lt;br /&gt;</w:t>
        <w:br/>
        <w:t>Чи не тому, що без угаву&lt;br /&gt;</w:t>
        <w:br/>
        <w:t>Ми звикли все і всіх судить,&lt;br /&gt;</w:t>
        <w:br/>
        <w:t>Що сміливість душі палкої&lt;br /&gt;</w:t>
        <w:br/>
        <w:t>Для себелюбності дрібної&lt;br /&gt;</w:t>
        <w:br/>
        <w:t>Образлива або смішна,&lt;br /&gt;</w:t>
        <w:br/>
        <w:t>Що вільна думка нам страшна,&lt;br /&gt;</w:t>
        <w:br/>
        <w:t>Що надто часто ми розмови&lt;br /&gt;</w:t>
        <w:br/>
        <w:t>Ладні вважати за діла,&lt;br /&gt;</w:t>
        <w:br/>
        <w:t>Що дурість легковажна й зла,&lt;br /&gt;</w:t>
        <w:br/>
        <w:t>Що розум наш — пустоголовий&lt;br /&gt;</w:t>
        <w:br/>
        <w:t>І що нікчемність лиш одна&lt;br /&gt;</w:t>
        <w:br/>
        <w:t>По зросту нам і не чудна?</w:t>
      </w:r>
    </w:p>
    <w:p>
      <w:r>
        <w:br/>
        <w:t>X</w:t>
      </w:r>
    </w:p>
    <w:p>
      <w:r>
        <w:br/>
        <w:t>Блажен, хто в юності був юний,&lt;br /&gt;</w:t>
        <w:br/>
        <w:t>Блажен, хто в слушний час дозрів,&lt;br /&gt;</w:t>
        <w:br/>
        <w:t>Хто несподіванки фортуни&lt;br /&gt;</w:t>
        <w:br/>
        <w:t>З літами стерпіти зумів;&lt;br /&gt;</w:t>
        <w:br/>
        <w:t>Хто в сни химерні не вдавався,&lt;br /&gt;</w:t>
        <w:br/>
        <w:t>Хто з черню світською братався,&lt;br /&gt;</w:t>
        <w:br/>
        <w:t>Хто в двадцять літ бенкетував,&lt;br /&gt;</w:t>
        <w:br/>
        <w:t>А в тридцять — посаг добрий взяв;&lt;br /&gt;</w:t>
        <w:br/>
        <w:t>Хто в п'ятдесят боргів позбувся,&lt;br /&gt;</w:t>
        <w:br/>
        <w:t>Приватні й інші заплатив;&lt;br /&gt;</w:t>
        <w:br/>
        <w:t>Хто слави, грошей і чинів&lt;br /&gt;</w:t>
        <w:br/>
        <w:t>Спокійно, повагом добувся,&lt;br /&gt;</w:t>
        <w:br/>
        <w:t>Про кого казано весь вік:&lt;br /&gt;</w:t>
        <w:br/>
        <w:t>N. N. прекрасний чоловік.</w:t>
      </w:r>
    </w:p>
    <w:p>
      <w:r>
        <w:br/>
        <w:t>XI</w:t>
      </w:r>
    </w:p>
    <w:p>
      <w:r>
        <w:br/>
        <w:t>Та сумно, що, як привид милий,&lt;br /&gt;</w:t>
        <w:br/>
        <w:t>Минулась молодість ясна,&lt;br /&gt;</w:t>
        <w:br/>
        <w:t>Що ми всякчас її дурили,&lt;br /&gt;</w:t>
        <w:br/>
        <w:t>Що зрадила і нас вона;&lt;br /&gt;</w:t>
        <w:br/>
        <w:t>Що наші смілі сподівання,&lt;br /&gt;</w:t>
        <w:br/>
        <w:t>Що наші світлі поривання&lt;br /&gt;</w:t>
        <w:br/>
        <w:t>Зотліли рано, за весни,&lt;br /&gt;</w:t>
        <w:br/>
        <w:t>Мов листя мокре восени.&lt;br /&gt;</w:t>
        <w:br/>
        <w:t>Нестерпно, як перед тобою&lt;br /&gt;</w:t>
        <w:br/>
        <w:t>Самих обідів довгий ряд,&lt;br /&gt;</w:t>
        <w:br/>
        <w:t>А все життя — немов обряд,&lt;br /&gt;</w:t>
        <w:br/>
        <w:t>І ти статечно за юрбою&lt;br /&gt;</w:t>
        <w:br/>
        <w:t>Ідеш, чужий її думкам&lt;br /&gt;</w:t>
        <w:br/>
        <w:t>І дріб'язковим почуттям.</w:t>
      </w:r>
    </w:p>
    <w:p>
      <w:r>
        <w:br/>
        <w:t>XII</w:t>
      </w:r>
    </w:p>
    <w:p>
      <w:r>
        <w:br/>
        <w:t>У гаморі людського суду&lt;br /&gt;</w:t>
        <w:br/>
        <w:t>Нестерпно (річ ясна така)&lt;br /&gt;</w:t>
        <w:br/>
        <w:t>Серед розсудливого люду&lt;br /&gt;</w:t>
        <w:br/>
        <w:t>Придбати славу дивака,&lt;br /&gt;</w:t>
        <w:br/>
        <w:t>Безумця, гідного покари,&lt;br /&gt;</w:t>
        <w:br/>
        <w:t>Чи сатанічної почвари,&lt;br /&gt;</w:t>
        <w:br/>
        <w:t>Чи навіть демона мого.&lt;br /&gt;</w:t>
        <w:br/>
        <w:t>Онєгін (знов черга його),&lt;br /&gt;</w:t>
        <w:br/>
        <w:t>Убивши друга на дуелі,&lt;br /&gt;</w:t>
        <w:br/>
        <w:t>Доживши марно, без трудів&lt;br /&gt;</w:t>
        <w:br/>
        <w:t>До двадцяти шести років,&lt;br /&gt;</w:t>
        <w:br/>
        <w:t>Літа пройшовши невеселі&lt;br /&gt;</w:t>
        <w:br/>
        <w:t>Без служби, без жони, без діл,&lt;br /&gt;</w:t>
        <w:br/>
        <w:t>Не знав, де діти решту сил.</w:t>
      </w:r>
    </w:p>
    <w:p>
      <w:r>
        <w:br/>
        <w:t>XIII</w:t>
      </w:r>
    </w:p>
    <w:p>
      <w:r>
        <w:br/>
        <w:t>Заволоділа ним рухливість,&lt;br /&gt;</w:t>
        <w:br/>
        <w:t>Жага небачених країв&lt;br /&gt;</w:t>
        <w:br/>
        <w:t>(Болюча, визнаймо, властивість,&lt;br /&gt;</w:t>
        <w:br/>
        <w:t>Свідомий хрест одинаків).&lt;br /&gt;</w:t>
        <w:br/>
        <w:t>Покинув він спадкові ниви,&lt;br /&gt;</w:t>
        <w:br/>
        <w:t>Дібровний морок мовчазливий,&lt;br /&gt;</w:t>
        <w:br/>
        <w:t>Де тінь скривавлена за ним&lt;br /&gt;</w:t>
        <w:br/>
        <w:t>Ходила з присудом німим,&lt;br /&gt;</w:t>
        <w:br/>
        <w:t>І подорож почав без цілі&lt;br /&gt;</w:t>
        <w:br/>
        <w:t>В якімсь тривожнім почутті;&lt;br /&gt;</w:t>
        <w:br/>
        <w:t>Та, як і все у цім житті,&lt;br /&gt;</w:t>
        <w:br/>
        <w:t>І мандри стали вже немилі;&lt;br /&gt;</w:t>
        <w:br/>
        <w:t>Отож прибув оригінал,&lt;br /&gt;</w:t>
        <w:br/>
        <w:t>Як Чацький, з корабля на бал.</w:t>
      </w:r>
    </w:p>
    <w:p>
      <w:r>
        <w:br/>
        <w:t>XIV</w:t>
      </w:r>
    </w:p>
    <w:p>
      <w:r>
        <w:br/>
        <w:t>Нараз усі захвилювались,&lt;br /&gt;</w:t>
        <w:br/>
        <w:t>Шептання виповнило зал...&lt;br /&gt;</w:t>
        <w:br/>
        <w:t>До господині наближались&lt;br /&gt;</w:t>
        <w:br/>
        <w:t>У парі дама й генерал.&lt;br /&gt;</w:t>
        <w:br/>
        <w:t>Була вона не гомінлива,&lt;br /&gt;</w:t>
        <w:br/>
        <w:t>І не холодна, й не кваплива,&lt;br /&gt;</w:t>
        <w:br/>
        <w:t>Без гри зухвалої в очах,&lt;br /&gt;</w:t>
        <w:br/>
        <w:t>Без нарочитості в речах,&lt;br /&gt;</w:t>
        <w:br/>
        <w:t>Без тих-от витівок манірних,&lt;br /&gt;</w:t>
        <w:br/>
        <w:t>Без мавпування рис чужих...&lt;br /&gt;</w:t>
        <w:br/>
        <w:t>Вона була з-поміж усіх&lt;br /&gt;</w:t>
        <w:br/>
        <w:t>Зразком усіх чеснот добірних,&lt;br /&gt;</w:t>
        <w:br/>
        <w:t>Du comme il faut...* (Даруй, Шишков:&lt;br /&gt;</w:t>
        <w:br/>
        <w:t>Російських слів я не знайшов).</w:t>
      </w:r>
    </w:p>
    <w:p>
      <w:r>
        <w:br/>
        <w:t>* Доброго тону, доброго смаку... (франц.).</w:t>
      </w:r>
    </w:p>
    <w:p>
      <w:r>
        <w:br/>
        <w:t>XV</w:t>
      </w:r>
    </w:p>
    <w:p>
      <w:r>
        <w:br/>
        <w:t>До неї тислись дами ближче,&lt;br /&gt;</w:t>
        <w:br/>
        <w:t>Бабусі посміхались їй;&lt;br /&gt;</w:t>
        <w:br/>
        <w:t>Мужчини кланялися нижче,&lt;br /&gt;</w:t>
        <w:br/>
        <w:t>Ловили зір її ясний,&lt;br /&gt;</w:t>
        <w:br/>
        <w:t>Панни проходили тихіше,&lt;br /&gt;</w:t>
        <w:br/>
        <w:t>І задирав за всіх пишніше&lt;br /&gt;</w:t>
        <w:br/>
        <w:t>І носа, й плечі генерал,&lt;br /&gt;</w:t>
        <w:br/>
        <w:t>Що з нею увійшов на бал.&lt;br /&gt;</w:t>
        <w:br/>
        <w:t>Ніхто б не міг її назвати&lt;br /&gt;</w:t>
        <w:br/>
        <w:t>Прекрасною; а водночас&lt;br /&gt;</w:t>
        <w:br/>
        <w:t>Ніхто б не зважився із нас&lt;br /&gt;</w:t>
        <w:br/>
        <w:t>Отих прикмет у ній шукати,&lt;br /&gt;</w:t>
        <w:br/>
        <w:t>Що світський Лондон недарма&lt;br /&gt;</w:t>
        <w:br/>
        <w:t>Взиває vulgar*. (Сил нема...)</w:t>
      </w:r>
    </w:p>
    <w:p>
      <w:r>
        <w:br/>
        <w:t>------------------&lt;br /&gt;</w:t>
        <w:br/>
        <w:t>* Вульгарний (англ.)</w:t>
      </w:r>
    </w:p>
    <w:p>
      <w:r>
        <w:br/>
        <w:t>XVI</w:t>
      </w:r>
    </w:p>
    <w:p>
      <w:r>
        <w:br/>
        <w:t>Люблю я дуже це от слово,&lt;br /&gt;</w:t>
        <w:br/>
        <w:t>Та сил нема його віддать;&lt;br /&gt;</w:t>
        <w:br/>
        <w:t>У нас воно лунає ново,&lt;br /&gt;</w:t>
        <w:br/>
        <w:t>І хто зна, чи йому лунать.&lt;br /&gt;</w:t>
        <w:br/>
        <w:t>Воно б годилось в епіграму...)&lt;br /&gt;</w:t>
        <w:br/>
        <w:t>Та далі річ про нашу даму.&lt;br /&gt;</w:t>
        <w:br/>
        <w:t>В красі байдужній край стола&lt;br /&gt;</w:t>
        <w:br/>
        <w:t>Вона розмову почала&lt;br /&gt;</w:t>
        <w:br/>
        <w:t>Із Ніночкою Веронською,&lt;br /&gt;</w:t>
        <w:br/>
        <w:t>Із Клеопатрою Неви.&lt;br /&gt;</w:t>
        <w:br/>
        <w:t>Напевне, згодилися б ви,&lt;br /&gt;</w:t>
        <w:br/>
        <w:t>Що Ніна зимною красою&lt;br /&gt;</w:t>
        <w:br/>
        <w:t>Її затьмарить не могла,&lt;br /&gt;</w:t>
        <w:br/>
        <w:t>Хоч і затьмарлива була.</w:t>
      </w:r>
    </w:p>
    <w:p>
      <w:r>
        <w:br/>
        <w:t>XVII</w:t>
      </w:r>
    </w:p>
    <w:p>
      <w:r>
        <w:br/>
        <w:t>"Невже ж то,— думає Євгеній: —&lt;br /&gt;</w:t>
        <w:br/>
        <w:t>Невже вона? Та справді... Ні...&lt;br /&gt;</w:t>
        <w:br/>
        <w:t>Як! Зро?сла в тиші староденній..."&lt;br /&gt;</w:t>
        <w:br/>
        <w:t>І свій лорнет у метушні&lt;br /&gt;</w:t>
        <w:br/>
        <w:t>Він обертає знову й знову&lt;br /&gt;</w:t>
        <w:br/>
        <w:t>На ту, чию ходу і мову,&lt;br /&gt;</w:t>
        <w:br/>
        <w:t>Чиє лице немовби знав"&lt;br /&gt;</w:t>
        <w:br/>
        <w:t>"Ти б, князю, часом не сказав,&lt;br /&gt;</w:t>
        <w:br/>
        <w:t>Хто то в береті малиновім&lt;br /&gt;</w:t>
        <w:br/>
        <w:t>З послом іспанським там сидить?"&lt;br /&gt;</w:t>
        <w:br/>
        <w:t>Князь усміхнувся мимохіть;&lt;br /&gt;</w:t>
        <w:br/>
        <w:t>"Ага! Зустрітися б давно вам!&lt;br /&gt;</w:t>
        <w:br/>
        <w:t>Стривай, вас познайомлю я".&lt;br /&gt;</w:t>
        <w:br/>
        <w:t>"Та хто ж вона?" — "Жона моя".</w:t>
      </w:r>
    </w:p>
    <w:p>
      <w:r>
        <w:br/>
        <w:t>XVIII</w:t>
      </w:r>
    </w:p>
    <w:p>
      <w:r>
        <w:br/>
        <w:t>"То ти жонатий? Річ неждана!&lt;br /&gt;</w:t>
        <w:br/>
        <w:t>Давно?" — "Та близько двох років".&lt;br /&gt;</w:t>
        <w:br/>
        <w:t>"Хто жінка?" — "Ларіна".&lt;br /&gt;</w:t>
        <w:br/>
        <w:t>"Татьяна?"&lt;br /&gt;</w:t>
        <w:br/>
        <w:t>"Знайома?" — "Я в сусідстві жив".&lt;br /&gt;</w:t>
        <w:br/>
        <w:t>"О, то ходімо ж!" — Князь підходить&lt;br /&gt;</w:t>
        <w:br/>
        <w:t>І до дружини він підводить&lt;br /&gt;</w:t>
        <w:br/>
        <w:t>Під руку родича свого.&lt;br /&gt;</w:t>
        <w:br/>
        <w:t>Княгиня, вбачивши його,&lt;br /&gt;</w:t>
        <w:br/>
        <w:t>Відчула дивне хвилювання,&lt;br /&gt;</w:t>
        <w:br/>
        <w:t>Повита трепетом палким,&lt;br /&gt;</w:t>
        <w:br/>
        <w:t>Та жодним поглядом своїм&lt;br /&gt;</w:t>
        <w:br/>
        <w:t>Не виявила почування:&lt;br /&gt;</w:t>
        <w:br/>
        <w:t>Зберігся в неї рівний тон,&lt;br /&gt;</w:t>
        <w:br/>
        <w:t>Смаку хорошого закон.</w:t>
      </w:r>
    </w:p>
    <w:p>
      <w:r>
        <w:br/>
        <w:t>XIX</w:t>
      </w:r>
    </w:p>
    <w:p>
      <w:r>
        <w:br/>
        <w:t>Їй-богу, так! І не здригнулась,&lt;br /&gt;</w:t>
        <w:br/>
        <w:t>Не стала рада, ні сумна...&lt;br /&gt;</w:t>
        <w:br/>
        <w:t>Брова — і то не ворухнулась,&lt;br /&gt;</w:t>
        <w:br/>
        <w:t>Не стисла навіть уст вона.&lt;br /&gt;</w:t>
        <w:br/>
        <w:t>Було її обличчя знане,&lt;br /&gt;</w:t>
        <w:br/>
        <w:t>Але від давньої Татьяни&lt;br /&gt;</w:t>
        <w:br/>
        <w:t>Не залишилось і слідів.&lt;br /&gt;</w:t>
        <w:br/>
        <w:t>Зайти в розмову він хотів&lt;br /&gt;</w:t>
        <w:br/>
        <w:t>І — і не міг. Вона спитала,&lt;br /&gt;</w:t>
        <w:br/>
        <w:t>Чи він давно прибув, чи ні,&lt;br /&gt;</w:t>
        <w:br/>
        <w:t>Чи був у рідній стороні;&lt;br /&gt;</w:t>
        <w:br/>
        <w:t>Тоді поглянула, недбала,&lt;br /&gt;</w:t>
        <w:br/>
        <w:t>На мужа — і майнула вмить...&lt;br /&gt;</w:t>
        <w:br/>
        <w:t>Немов прикутий він стоїть.</w:t>
      </w:r>
    </w:p>
    <w:p>
      <w:r>
        <w:br/>
        <w:t>XX</w:t>
      </w:r>
    </w:p>
    <w:p>
      <w:r>
        <w:br/>
        <w:t>Невже та сама це Татьяна,&lt;br /&gt;</w:t>
        <w:br/>
        <w:t>Кому в недавні дні оті,&lt;br /&gt;</w:t>
        <w:br/>
        <w:t>В початку нашого романа,&lt;br /&gt;</w:t>
        <w:br/>
        <w:t>В глухій, далекій самоті,&lt;br /&gt;</w:t>
        <w:br/>
        <w:t>Обравши путь добролюбиву,&lt;br /&gt;</w:t>
        <w:br/>
        <w:t>Читав він проповідь зичливу,&lt;br /&gt;</w:t>
        <w:br/>
        <w:t>Та, від якої він листа&lt;br /&gt;</w:t>
        <w:br/>
        <w:t>І досі інколи чита,&lt;br /&gt;</w:t>
        <w:br/>
        <w:t>Де все одверте, все на волі,&lt;br /&gt;</w:t>
        <w:br/>
        <w:t>Та дівчинка... Чи це вві сні?..&lt;br /&gt;</w:t>
        <w:br/>
        <w:t>Та дівчинка, кого в ті дні&lt;br /&gt;</w:t>
        <w:br/>
        <w:t>Зневажив він в смиренній долі,-&lt;br /&gt;</w:t>
        <w:br/>
        <w:t>Невже вона була це з ним,&lt;br /&gt;</w:t>
        <w:br/>
        <w:t>Спокоєм дивна чарівним?</w:t>
      </w:r>
    </w:p>
    <w:p>
      <w:r>
        <w:br/>
        <w:t>XXI</w:t>
      </w:r>
    </w:p>
    <w:p>
      <w:r>
        <w:br/>
        <w:t>Він їде з рауту тісного,&lt;br /&gt;</w:t>
        <w:br/>
        <w:t>У думи вдавшися чудні.&lt;br /&gt;</w:t>
        <w:br/>
        <w:t>То сум, то мрії серце в нього&lt;br /&gt;</w:t>
        <w:br/>
        <w:t>Тривожать у спізнілім сні.&lt;br /&gt;</w:t>
        <w:br/>
        <w:t>Прокинувся; слуга приносить&lt;br /&gt;</w:t>
        <w:br/>
        <w:t>Листа: князь N. уклінно просить&lt;br /&gt;</w:t>
        <w:br/>
        <w:t>Його на вечір. "Боже мій!&lt;br /&gt;</w:t>
        <w:br/>
        <w:t>До неї! — Буду!" — і мерщій&lt;br /&gt;</w:t>
        <w:br/>
        <w:t>Він пише відповідь квапливу.&lt;br /&gt;</w:t>
        <w:br/>
        <w:t>Що з ним? Немов мана якась!&lt;br /&gt;</w:t>
        <w:br/>
        <w:t>Що за тривога полилась&lt;br /&gt;</w:t>
        <w:br/>
        <w:t>У душу зимну та ліниву?&lt;br /&gt;</w:t>
        <w:br/>
        <w:t>Досада? Гордощі? Чи знов&lt;br /&gt;</w:t>
        <w:br/>
        <w:t>Турбота юності — любов?</w:t>
      </w:r>
    </w:p>
    <w:p>
      <w:r>
        <w:br/>
        <w:t>XXII</w:t>
      </w:r>
    </w:p>
    <w:p>
      <w:r>
        <w:br/>
        <w:t>Онєгін лічить знов години&lt;br /&gt;</w:t>
        <w:br/>
        <w:t>І вечора тривожно жде.&lt;br /&gt;</w:t>
        <w:br/>
        <w:t>Та от десяту б'є; він лине,&lt;br /&gt;</w:t>
        <w:br/>
        <w:t>Летить по сходах, а не йде,&lt;br /&gt;</w:t>
        <w:br/>
        <w:t>І тихо до княгині входить;&lt;br /&gt;</w:t>
        <w:br/>
        <w:t>Татьяну він саму знаходить,&lt;br /&gt;</w:t>
        <w:br/>
        <w:t>І мовчки декілька хвилин&lt;br /&gt;</w:t>
        <w:br/>
        <w:t>Вони сидять. Німує він,&lt;br /&gt;</w:t>
        <w:br/>
        <w:t>Собі дивуючись. Похмурий,&lt;br /&gt;</w:t>
        <w:br/>
        <w:t>Ніяковий, найти слова&lt;br /&gt;</w:t>
        <w:br/>
        <w:t>Він не уміє. Голова&lt;br /&gt;</w:t>
        <w:br/>
        <w:t>Думок ховає натиск бурний.&lt;br /&gt;</w:t>
        <w:br/>
        <w:t>Уперто він зорить: вона&lt;br /&gt;</w:t>
        <w:br/>
        <w:t>Сидить спокійна і ясна.</w:t>
      </w:r>
    </w:p>
    <w:p>
      <w:r>
        <w:br/>
        <w:t>XXIII</w:t>
      </w:r>
    </w:p>
    <w:p>
      <w:r>
        <w:br/>
        <w:t>Приходить муж. Він уриває&lt;br /&gt;</w:t>
        <w:br/>
        <w:t>Цей неприємний tete-a-tete*.&lt;br /&gt;</w:t>
        <w:br/>
        <w:t>З Онєгіним він починає&lt;br /&gt;</w:t>
        <w:br/>
        <w:t>Якийсь пригадувать бенкет.&lt;br /&gt;</w:t>
        <w:br/>
        <w:t>Вони сміються. Входять гості.&lt;br /&gt;</w:t>
        <w:br/>
        <w:t>От сіль їдка тонкої злості&lt;br /&gt;</w:t>
        <w:br/>
        <w:t>Розмову приправляє їм.&lt;br /&gt;</w:t>
        <w:br/>
        <w:t>У тому гомоні легкім&lt;br /&gt;</w:t>
        <w:br/>
        <w:t>Не почувалось ошуканства,&lt;br /&gt;</w:t>
        <w:br/>
        <w:t>З манірним і пустим лицем,&lt;br /&gt;</w:t>
        <w:br/>
        <w:t>Торкалися поважних тем,&lt;br /&gt;</w:t>
        <w:br/>
        <w:t>Без вічних істин, без педантства,&lt;br /&gt;</w:t>
        <w:br/>
        <w:t>І вільність не здавалась там&lt;br /&gt;</w:t>
        <w:br/>
        <w:t>Страшною нічиїм ушам.</w:t>
      </w:r>
    </w:p>
    <w:p>
      <w:r>
        <w:br/>
        <w:t>--------------------&lt;br /&gt;</w:t>
        <w:br/>
        <w:t>* Розмова сам на сам (франц.)</w:t>
      </w:r>
    </w:p>
    <w:p>
      <w:r>
        <w:br/>
        <w:t>XXIV</w:t>
      </w:r>
    </w:p>
    <w:p>
      <w:r>
        <w:br/>
        <w:t>Тут був, одначе, цвіт столиці,&lt;br /&gt;</w:t>
        <w:br/>
        <w:t>І знать, і модності зразки,&lt;br /&gt;</w:t>
        <w:br/>
        <w:t>І кілька дурнів, як годиться,&lt;br /&gt;</w:t>
        <w:br/>
        <w:t>І всюдисущі диваки;&lt;br /&gt;</w:t>
        <w:br/>
        <w:t>Були там досить літні дами&lt;br /&gt;</w:t>
        <w:br/>
        <w:t>В чіпцях, із пишними квітками;&lt;br /&gt;</w:t>
        <w:br/>
        <w:t>Панянок декілька було.&lt;br /&gt;</w:t>
        <w:br/>
        <w:t>Що гордо хмурили чоло;&lt;br /&gt;</w:t>
        <w:br/>
        <w:t>Тут був посол, що з розумінням&lt;br /&gt;</w:t>
        <w:br/>
        <w:t>Про речі говорив значні;&lt;br /&gt;</w:t>
        <w:br/>
        <w:t>Був у пахучій сивині&lt;br /&gt;</w:t>
        <w:br/>
        <w:t>Старик, що в дусі старовиннім&lt;br /&gt;</w:t>
        <w:br/>
        <w:t>Дотепно й тонко жартував.&lt;br /&gt;</w:t>
        <w:br/>
        <w:t>Наш вік од цього вже відстав.</w:t>
      </w:r>
    </w:p>
    <w:p>
      <w:r>
        <w:br/>
        <w:t>XXV</w:t>
      </w:r>
    </w:p>
    <w:p>
      <w:r>
        <w:br/>
        <w:t>Був епіграм збирач завзятий,&lt;br /&gt;</w:t>
        <w:br/>
        <w:t>Сердитий на усе й на всіх:&lt;br /&gt;</w:t>
        <w:br/>
        <w:t>На те, що чай холоднуватий,&lt;br /&gt;</w:t>
        <w:br/>
        <w:t>На дамські зачіски, на сміх,&lt;br /&gt;</w:t>
        <w:br/>
        <w:t>На згадку про роман туманний,&lt;br /&gt;</w:t>
        <w:br/>
        <w:t>На вензель, двом сестрицям даний,&lt;br /&gt;</w:t>
        <w:br/>
        <w:t>На зміст журналів, на війну,&lt;br /&gt;</w:t>
        <w:br/>
        <w:t>На сніг і на свою жону.&lt;br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</w:t>
      </w:r>
    </w:p>
    <w:p>
      <w:r>
        <w:br/>
        <w:t>XXVI</w:t>
      </w:r>
    </w:p>
    <w:p>
      <w:r>
        <w:br/>
        <w:t>Тут був Проласов, між знайомих&lt;br /&gt;</w:t>
        <w:br/>
        <w:t>Низької підлості взірець,&lt;br /&gt;</w:t>
        <w:br/>
        <w:t>Що притупив по всіх альбомах,&lt;br /&gt;</w:t>
        <w:br/>
        <w:t>St.-Priest, тонкий твій олівець;&lt;br /&gt;</w:t>
        <w:br/>
        <w:t>В дверях стояв диктатор бальний,&lt;br /&gt;</w:t>
        <w:br/>
        <w:t>Немов малюночок журнальний,&lt;br /&gt;</w:t>
        <w:br/>
        <w:t>Рум'яний вербний херувим,&lt;br /&gt;</w:t>
        <w:br/>
        <w:t>З лицем недвижним і німим,&lt;br /&gt;</w:t>
        <w:br/>
        <w:t>І, геть засушений крохмалем,&lt;br /&gt;</w:t>
        <w:br/>
        <w:t>Чужих країв нахабний птах&lt;br /&gt;</w:t>
        <w:br/>
        <w:t>Будив усмішку на устах&lt;br /&gt;</w:t>
        <w:br/>
        <w:t>Величним рухом, надто дбалим,-&lt;br /&gt;</w:t>
        <w:br/>
        <w:t>І всі, ззирнувшися, йому&lt;br /&gt;</w:t>
        <w:br/>
        <w:t>Оцінку склали тим німу.</w:t>
      </w:r>
    </w:p>
    <w:p>
      <w:r>
        <w:br/>
        <w:t>XXVII</w:t>
      </w:r>
    </w:p>
    <w:p>
      <w:r>
        <w:br/>
        <w:t>Але Онєгіна манила&lt;br /&gt;</w:t>
        <w:br/>
        <w:t>Татьяна вечір весь одна,&lt;br /&gt;</w:t>
        <w:br/>
        <w:t>Не давня дівчинка несміла,&lt;br /&gt;</w:t>
        <w:br/>
        <w:t>На вдачу проста і сумна,&lt;br /&gt;</w:t>
        <w:br/>
        <w:t>А можновладна ця княгиня,&lt;br /&gt;</w:t>
        <w:br/>
        <w:t>А неприступна ця богиня&lt;br /&gt;</w:t>
        <w:br/>
        <w:t>Пишновеличної Неви.&lt;br /&gt;</w:t>
        <w:br/>
        <w:t>О люди! Всі на вдачу ви,&lt;br /&gt;</w:t>
        <w:br/>
        <w:t>Як ваша прабабуся Єва:&lt;br /&gt;</w:t>
        <w:br/>
        <w:t>Що дане вам — не вабить вас;&lt;br /&gt;</w:t>
        <w:br/>
        <w:t>Лукавий змій зове всякчас&lt;br /&gt;</w:t>
        <w:br/>
        <w:t>До забороненого древа:&lt;br /&gt;</w:t>
        <w:br/>
        <w:t>Вам яблук звідти подавай,&lt;br /&gt;</w:t>
        <w:br/>
        <w:t>Без цього вам і рай — не рай.</w:t>
      </w:r>
    </w:p>
    <w:p>
      <w:r>
        <w:br/>
        <w:t>XXVIII</w:t>
      </w:r>
    </w:p>
    <w:p>
      <w:r>
        <w:br/>
        <w:t>Як відмінилася Татьяна!&lt;br /&gt;</w:t>
        <w:br/>
        <w:t>Як твердо в роль свою ввійшла!&lt;br /&gt;</w:t>
        <w:br/>
        <w:t>Як надокучливого сана&lt;br /&gt;</w:t>
        <w:br/>
        <w:t>Манери скоро прийняла!&lt;br /&gt;</w:t>
        <w:br/>
        <w:t>Хто б упізнав дівчатко миле&lt;br /&gt;</w:t>
        <w:br/>
        <w:t>У гордій цій, свідомій сили.&lt;br /&gt;</w:t>
        <w:br/>
        <w:t>Законодавиці балів?&lt;br /&gt;</w:t>
        <w:br/>
        <w:t>І він-бо серце їй палив!&lt;br /&gt;</w:t>
        <w:br/>
        <w:t>Вона про нього в пітьмі ночі,&lt;br /&gt;</w:t>
        <w:br/>
        <w:t>Коли не прилітав Морфей,&lt;br /&gt;</w:t>
        <w:br/>
        <w:t>Гадала потай від людей,&lt;br /&gt;</w:t>
        <w:br/>
        <w:t>На місяць томні звівши очі,&lt;br /&gt;</w:t>
        <w:br/>
        <w:t>І марила, що вдвох підуть&lt;br /&gt;</w:t>
        <w:br/>
        <w:t>Вони верстати скромну путь!</w:t>
      </w:r>
    </w:p>
    <w:p>
      <w:r>
        <w:br/>
        <w:t>XXIX</w:t>
      </w:r>
    </w:p>
    <w:p>
      <w:r>
        <w:br/>
        <w:t>Коханню кожен вік, підвладний;&lt;br /&gt;</w:t>
        <w:br/>
        <w:t>Але незайманим серцям&lt;br /&gt;</w:t>
        <w:br/>
        <w:t>Воно живлюще і відрадне,&lt;br /&gt;</w:t>
        <w:br/>
        <w:t>Як буря весняним полям:&lt;br /&gt;</w:t>
        <w:br/>
        <w:t>Дощами пристрасті їх миють,&lt;br /&gt;</w:t>
        <w:br/>
        <w:t>Вони оживлюються, спіють —&lt;br /&gt;</w:t>
        <w:br/>
        <w:t>І подих зрошує живий&lt;br /&gt;</w:t>
        <w:br/>
        <w:t>І цвіт, і овоч золотий.&lt;br /&gt;</w:t>
        <w:br/>
        <w:t>Та в віці пізньому, безплоднім,&lt;br /&gt;</w:t>
        <w:br/>
        <w:t>На повороті наших літ&lt;br /&gt;</w:t>
        <w:br/>
        <w:t>Любов кладе мертвотний слід:&lt;br /&gt;</w:t>
        <w:br/>
        <w:t>Так осінь повівом холодним&lt;br /&gt;</w:t>
        <w:br/>
        <w:t>В болото обертає луг&lt;br /&gt;</w:t>
        <w:br/>
        <w:t>І оголяє ліс навкруг.</w:t>
      </w:r>
    </w:p>
    <w:p>
      <w:r>
        <w:br/>
        <w:t>XXX</w:t>
      </w:r>
    </w:p>
    <w:p>
      <w:r>
        <w:br/>
        <w:t>Шкода й казати: наш Євгеній&lt;br /&gt;</w:t>
        <w:br/>
        <w:t>Татьяну любить, як дитя;&lt;br /&gt;</w:t>
        <w:br/>
        <w:t>В тривозі й ревності шаленій&lt;br /&gt;</w:t>
        <w:br/>
        <w:t>Він їй присвячує життя.&lt;br /&gt;</w:t>
        <w:br/>
        <w:t>Забувши розум, він щоранку&lt;br /&gt;</w:t>
        <w:br/>
        <w:t>Вбігає до скляного ґанку,&lt;br /&gt;</w:t>
        <w:br/>
        <w:t>Іде під накриттям склепінь;&lt;br /&gt;</w:t>
        <w:br/>
        <w:t>За нею всюди він, як тінь;&lt;br /&gt;</w:t>
        <w:br/>
        <w:t>Щасливий він, коли пухнатий&lt;br /&gt;</w:t>
        <w:br/>
        <w:t>Боа накине на плече,&lt;br /&gt;</w:t>
        <w:br/>
        <w:t>Руки діткнеться гаряче,&lt;br /&gt;</w:t>
        <w:br/>
        <w:t>Хустинку встигне їй подати&lt;br /&gt;</w:t>
        <w:br/>
        <w:t>Чи владним порухом очей&lt;br /&gt;</w:t>
        <w:br/>
        <w:t>Розсуне пишний полк ліврей.</w:t>
      </w:r>
    </w:p>
    <w:p>
      <w:r>
        <w:br/>
        <w:t>XXXI</w:t>
      </w:r>
    </w:p>
    <w:p>
      <w:r>
        <w:br/>
        <w:t>Вона його не помічає,&lt;br /&gt;</w:t>
        <w:br/>
        <w:t>Хоч би розпався він у прах.&lt;br /&gt;</w:t>
        <w:br/>
        <w:t>Спокійно вдома зустрічає,&lt;br /&gt;</w:t>
        <w:br/>
        <w:t>Слів зо три скаже у гостях,&lt;br /&gt;</w:t>
        <w:br/>
        <w:t>Уклоном часом тільки стріне,&lt;br /&gt;</w:t>
        <w:br/>
        <w:t>Не поговорить і хвилини:&lt;br /&gt;</w:t>
        <w:br/>
        <w:t>Кокетства в ній нема й сліда —&lt;br /&gt;</w:t>
        <w:br/>
        <w:t>Так вищий світ заповіда.&lt;br /&gt;</w:t>
        <w:br/>
        <w:t>Онєгін бліднуть починає,-&lt;br /&gt;</w:t>
        <w:br/>
        <w:t>Їй чи не видно, чи не жаль;&lt;br /&gt;</w:t>
        <w:br/>
        <w:t>Уже йому тяжка печаль,&lt;br /&gt;</w:t>
        <w:br/>
        <w:t>Либонь, сухоти навіває.&lt;br /&gt;</w:t>
        <w:br/>
        <w:t>Всі шлють його до лікарів,&lt;br /&gt;</w:t>
        <w:br/>
        <w:t>А ті — на води з цих країв.</w:t>
      </w:r>
    </w:p>
    <w:p>
      <w:r>
        <w:br/>
        <w:t>XXXII</w:t>
      </w:r>
    </w:p>
    <w:p>
      <w:r>
        <w:br/>
        <w:t>А він не їде; він зарані&lt;br /&gt;</w:t>
        <w:br/>
        <w:t>Ладен до прадідів писать,&lt;br /&gt;</w:t>
        <w:br/>
        <w:t>Що буде скоро; а Татьяні&lt;br /&gt;</w:t>
        <w:br/>
        <w:t>Хоч би там що (така їх стать);&lt;br /&gt;</w:t>
        <w:br/>
        <w:t>А він упертий, не здається,&lt;br /&gt;</w:t>
        <w:br/>
        <w:t>Іще надія в серці б'ється;&lt;br /&gt;</w:t>
        <w:br/>
        <w:t>Хоча недужий він, рука&lt;br /&gt;</w:t>
        <w:br/>
        <w:t>Перо за дужих двох стиска,&lt;br /&gt;</w:t>
        <w:br/>
        <w:t>Любовне пишучи визнання.&lt;br /&gt;</w:t>
        <w:br/>
        <w:t>Хоч у листах не без причин&lt;br /&gt;</w:t>
        <w:br/>
        <w:t>Користі мало бачив він,&lt;br /&gt;</w:t>
        <w:br/>
        <w:t>Та, видно, стерпіти страждання&lt;br /&gt;</w:t>
        <w:br/>
        <w:t>Євгеній більше сил не мав.&lt;br /&gt;</w:t>
        <w:br/>
        <w:t>От що княгині він писав.</w:t>
      </w:r>
    </w:p>
    <w:p>
      <w:r>
        <w:br/>
        <w:t>Лист Онєгіна до Татьяни</w:t>
      </w:r>
    </w:p>
    <w:p>
      <w:r>
        <w:br/>
        <w:t>Я знаю все: образить вас&lt;br /&gt;</w:t>
        <w:br/>
        <w:t>Моя печальна таємниця.&lt;br /&gt;</w:t>
        <w:br/>
        <w:t>Яким презирством загориться&lt;br /&gt;</w:t>
        <w:br/>
        <w:t>Ваш погляд, гордий повсякчас!&lt;br /&gt;</w:t>
        <w:br/>
        <w:t>Чого я хочу? І для чого&lt;br /&gt;</w:t>
        <w:br/>
        <w:t>Відкрию душу вам свою?&lt;br /&gt;</w:t>
        <w:br/>
        <w:t>Для сміху, може, ще й лихого,&lt;br /&gt;</w:t>
        <w:br/>
        <w:t>Я тільки привід подаю!</w:t>
      </w:r>
    </w:p>
    <w:p>
      <w:r>
        <w:br/>
        <w:t>Випадком вас колись зустрівши,&lt;br /&gt;</w:t>
        <w:br/>
        <w:t>В вас іскру ніжності вловивши,&lt;br /&gt;</w:t>
        <w:br/>
        <w:t>Я їй повірити не смів:&lt;br /&gt;</w:t>
        <w:br/>
        <w:t>Не дав зростати звичці любій;&lt;br /&gt;</w:t>
        <w:br/>
        <w:t>Свою набридлу волю в шлюбі&lt;br /&gt;</w:t>
        <w:br/>
        <w:t>Я втратити не захотів.&lt;br /&gt;</w:t>
        <w:br/>
        <w:t>Іще одно нас розлучило...&lt;br /&gt;</w:t>
        <w:br/>
        <w:t>Нещасна жертва, Ленський впав...&lt;br /&gt;</w:t>
        <w:br/>
        <w:t>І все, що серце полюбило,&lt;br /&gt;</w:t>
        <w:br/>
        <w:t>Від серця геть я відірвав;&lt;br /&gt;</w:t>
        <w:br/>
        <w:t>Чужий усім, на самотині&lt;br /&gt;</w:t>
        <w:br/>
        <w:t>Я думав: воля й супокій&lt;br /&gt;</w:t>
        <w:br/>
        <w:t>Замінять щастя. Боже мій!&lt;br /&gt;</w:t>
        <w:br/>
        <w:t>Як помиливсь, як мучусь нині!</w:t>
      </w:r>
    </w:p>
    <w:p>
      <w:r>
        <w:br/>
        <w:t>Ні, бачити щохвилі вас,&lt;br /&gt;</w:t>
        <w:br/>
        <w:t>Ходити вслід, як тінь незрима,&lt;br /&gt;</w:t>
        <w:br/>
        <w:t>Ваш усміх, погляд повсякчас&lt;br /&gt;</w:t>
        <w:br/>
        <w:t>Ловить жадібними очима,&lt;br /&gt;</w:t>
        <w:br/>
        <w:t>Ваш голос чути, розуміть&lt;br /&gt;</w:t>
        <w:br/>
        <w:t>Усю довершеність безкраю,&lt;br /&gt;</w:t>
        <w:br/>
        <w:t>У муках перед вами мліть,&lt;br /&gt;</w:t>
        <w:br/>
        <w:t>Блідніти й гаснуть... о мій раю!</w:t>
      </w:r>
    </w:p>
    <w:p>
      <w:r>
        <w:br/>
        <w:t>Та не для мене це: щомить&lt;br /&gt;</w:t>
        <w:br/>
        <w:t>Слідкую марно я за вами;&lt;br /&gt;</w:t>
        <w:br/>
        <w:t>Життя іде, життя летить,&lt;br /&gt;</w:t>
        <w:br/>
        <w:t>А я розтрачую без тями&lt;br /&gt;</w:t>
        <w:br/>
        <w:t>Від долі визначені дні.&lt;br /&gt;</w:t>
        <w:br/>
        <w:t>Вони вже й так тяжкі мені.&lt;br /&gt;</w:t>
        <w:br/>
        <w:t>Я знаю: довго не страждати,&lt;br /&gt;</w:t>
        <w:br/>
        <w:t>Земна кінчиться путь моя,&lt;br /&gt;</w:t>
        <w:br/>
        <w:t>Та мушу вранці певність мати,&lt;br /&gt;</w:t>
        <w:br/>
        <w:t>Що вас удень зустріну я...</w:t>
      </w:r>
    </w:p>
    <w:p>
      <w:r>
        <w:br/>
        <w:t>Боюсь: в мольбі моїй смиренній&lt;br /&gt;</w:t>
        <w:br/>
        <w:t>Побачить ваш суворий зір&lt;br /&gt;</w:t>
        <w:br/>
        <w:t>Підступні хитрощі мерзенні —&lt;br /&gt;</w:t>
        <w:br/>
        <w:t>І чую гнівний ваш докір.&lt;br /&gt;</w:t>
        <w:br/>
        <w:t>Коли б ви знали, як жахливо&lt;br /&gt;</w:t>
        <w:br/>
        <w:t>Таїти пристрасну любов,&lt;br /&gt;</w:t>
        <w:br/>
        <w:t>Палать — і розумом гнівливо&lt;br /&gt;</w:t>
        <w:br/>
        <w:t>Бентежну гамувати кров;&lt;br /&gt;</w:t>
        <w:br/>
        <w:t>Хотіть коліна вам обняти&lt;br /&gt;</w:t>
        <w:br/>
        <w:t>І, припадаючи до ніг,&lt;br /&gt;</w:t>
        <w:br/>
        <w:t>Мольби, признання виливати,&lt;br /&gt;</w:t>
        <w:br/>
        <w:t>Все, все, що висловити б міг,-&lt;br /&gt;</w:t>
        <w:br/>
        <w:t>А навіч холодом жорстоким&lt;br /&gt;</w:t>
        <w:br/>
        <w:t>І мову, й погляд повивать,&lt;br /&gt;</w:t>
        <w:br/>
        <w:t>Спокійно з вами розмовлять,&lt;br /&gt;</w:t>
        <w:br/>
        <w:t>Дивитися веселим оком!..</w:t>
      </w:r>
    </w:p>
    <w:p>
      <w:r>
        <w:br/>
        <w:t>Та годі вже: з собою сам&lt;br /&gt;</w:t>
        <w:br/>
        <w:t>Не встою більше в боротьбі я;&lt;br /&gt;</w:t>
        <w:br/>
        <w:t>Нехай мана — моя надія,&lt;br /&gt;</w:t>
        <w:br/>
        <w:t>Та віддаюсь на волю вам.</w:t>
      </w:r>
    </w:p>
    <w:p>
      <w:r>
        <w:br/>
        <w:t>XXXIII</w:t>
      </w:r>
    </w:p>
    <w:p>
      <w:r>
        <w:br/>
        <w:t>Вона мовчить. Послання друге,&lt;br /&gt;</w:t>
        <w:br/>
        <w:t>Послання третє — все дарма,&lt;br /&gt;</w:t>
        <w:br/>
        <w:t>Вона мовчить. Він, повен туги,&lt;br /&gt;</w:t>
        <w:br/>
        <w:t>В зібрання їде. Там сама&lt;br /&gt;</w:t>
        <w:br/>
        <w:t>Вона назустріч. Загадкова,&lt;br /&gt;</w:t>
        <w:br/>
        <w:t>Не промовляє ані слова.&lt;br /&gt;</w:t>
        <w:br/>
        <w:t>У! холодом яким страшним&lt;br /&gt;</w:t>
        <w:br/>
        <w:t>Ця постать віє перед ним!&lt;br /&gt;</w:t>
        <w:br/>
        <w:t>Мов заніміли, мов камінні,&lt;br /&gt;</w:t>
        <w:br/>
        <w:t>Її погордливі уста!&lt;br /&gt;</w:t>
        <w:br/>
        <w:t>Євгеній поглядом чита:&lt;br /&gt;</w:t>
        <w:br/>
        <w:t>Де жалощі, зніяковіння?&lt;br /&gt;</w:t>
        <w:br/>
        <w:t>Де сльози? Їх нема й слідів!&lt;br /&gt;</w:t>
        <w:br/>
        <w:t>На цім обличчі тільки гнів...</w:t>
      </w:r>
    </w:p>
    <w:p>
      <w:r>
        <w:br/>
        <w:t>XXXIV</w:t>
      </w:r>
    </w:p>
    <w:p>
      <w:r>
        <w:br/>
        <w:t>Та, може, острах потаємний,&lt;br /&gt;</w:t>
        <w:br/>
        <w:t>Щоб світ і муж не догадав&lt;br /&gt;</w:t>
        <w:br/>
        <w:t>Про той дівочий пал даремний,&lt;br /&gt;</w:t>
        <w:br/>
        <w:t>Про все, що лиш Онєгін знав...&lt;br /&gt;</w:t>
        <w:br/>
        <w:t>Надій нема! Він од'їжджає,&lt;br /&gt;</w:t>
        <w:br/>
        <w:t>Своє безумство проклинає,-&lt;br /&gt;</w:t>
        <w:br/>
        <w:t>І хоче знову, як колись,&lt;br /&gt;</w:t>
        <w:br/>
        <w:t>Життя шумливого зректись,&lt;br /&gt;</w:t>
        <w:br/>
        <w:t>І в кабінеті мовчазному&lt;br /&gt;</w:t>
        <w:br/>
        <w:t>Згадав він, як нудьга за ним&lt;br /&gt;</w:t>
        <w:br/>
        <w:t>Гонилась привидом грізним&lt;br /&gt;</w:t>
        <w:br/>
        <w:t>У світі шумному й пустому,&lt;br /&gt;</w:t>
        <w:br/>
        <w:t>За комір, бідного, взяла&lt;br /&gt;</w:t>
        <w:br/>
        <w:t>І в темний закут затягла.</w:t>
      </w:r>
    </w:p>
    <w:p>
      <w:r>
        <w:br/>
        <w:t>XXXV</w:t>
      </w:r>
    </w:p>
    <w:p>
      <w:r>
        <w:br/>
        <w:t>Він оддає без перебору&lt;br /&gt;</w:t>
        <w:br/>
        <w:t>Увагу Гіббону, Руссо,&lt;br /&gt;</w:t>
        <w:br/>
        <w:t>Манзоні, Гердеру, Шамфору,&lt;br /&gt;</w:t>
        <w:br/>
        <w:t>Madame de Stael, Біша, Тіссо,&lt;br /&gt;</w:t>
        <w:br/>
        <w:t>Скептичного читає Беля,&lt;br /&gt;</w:t>
        <w:br/>
        <w:t>Читає твори Фонтенеля,&lt;br /&gt;</w:t>
        <w:br/>
        <w:t>Читає й наших мудреців,&lt;br /&gt;</w:t>
        <w:br/>
        <w:t>Усе приймаючи без слів:&lt;br /&gt;</w:t>
        <w:br/>
        <w:t>І альманахи, і журнали,&lt;br /&gt;</w:t>
        <w:br/>
        <w:t>Що мудро вміють нас повчать,&lt;br /&gt;</w:t>
        <w:br/>
        <w:t>Де так тепер мене корять&lt;br /&gt;</w:t>
        <w:br/>
        <w:t>І де високі мадригали&lt;br /&gt;</w:t>
        <w:br/>
        <w:t>Стрічав недавно я собі:&lt;br /&gt;</w:t>
        <w:br/>
        <w:t>E sempre bene*, далебі.</w:t>
      </w:r>
    </w:p>
    <w:p>
      <w:r>
        <w:br/>
        <w:t>-----------------------&lt;br /&gt;</w:t>
        <w:br/>
        <w:t>* І що ж, чудово (італ.)</w:t>
      </w:r>
    </w:p>
    <w:p>
      <w:r>
        <w:br/>
        <w:t>XXXVI</w:t>
      </w:r>
    </w:p>
    <w:p>
      <w:r>
        <w:br/>
        <w:t>І що ж? Очима він читає,&lt;br /&gt;</w:t>
        <w:br/>
        <w:t>А думи линуть геть відтіль;&lt;br /&gt;</w:t>
        <w:br/>
        <w:t>Самотню душу огортав&lt;br /&gt;</w:t>
        <w:br/>
        <w:t>Солодких марев ніжний біль.&lt;br /&gt;</w:t>
        <w:br/>
        <w:t>Поміж рядками ненароком&lt;br /&gt;</w:t>
        <w:br/>
        <w:t>Духовним він читає оком&lt;br /&gt;</w:t>
        <w:br/>
        <w:t>Рядки незримі. Тільки їм&lt;br /&gt;</w:t>
        <w:br/>
        <w:t>Дається він єством усім.&lt;br /&gt;</w:t>
        <w:br/>
        <w:t>То нерозгадані подання&lt;br /&gt;</w:t>
        <w:br/>
        <w:t>Затьмареної давнини,&lt;br /&gt;</w:t>
        <w:br/>
        <w:t>Чудні, незрозумілі сни,&lt;br /&gt;</w:t>
        <w:br/>
        <w:t>Погрози темні, віщування,&lt;br /&gt;</w:t>
        <w:br/>
        <w:t>Чи казки таємничий зміст,&lt;br /&gt;</w:t>
        <w:br/>
        <w:t>Чи діви молодої лист.</w:t>
      </w:r>
    </w:p>
    <w:p>
      <w:r>
        <w:br/>
        <w:t>XXXVII</w:t>
      </w:r>
    </w:p>
    <w:p>
      <w:r>
        <w:br/>
        <w:t>І от поволі западає&lt;br /&gt;</w:t>
        <w:br/>
        <w:t>Він у бездумний тихий сон,&lt;br /&gt;</w:t>
        <w:br/>
        <w:t>Уява перед ним метає&lt;br /&gt;</w:t>
        <w:br/>
        <w:t>Свій різнобарвний фараон*.&lt;br /&gt;</w:t>
        <w:br/>
        <w:t>То бачить він: юнак знайомий&lt;br /&gt;</w:t>
        <w:br/>
        <w:t>Лежить в заметі нерухомий,&lt;br /&gt;</w:t>
        <w:br/>
        <w:t>Немов заснув оце тепер,&lt;br /&gt;</w:t>
        <w:br/>
        <w:t>І чути голос: що ж? умер!&lt;br /&gt;</w:t>
        <w:br/>
        <w:t>То бачить ворогів отруйних,&lt;br /&gt;</w:t>
        <w:br/>
        <w:t>Наклепників, тхорів лихих,&lt;br /&gt;</w:t>
        <w:br/>
        <w:t>І коло зрадниць молодих,&lt;br /&gt;</w:t>
        <w:br/>
        <w:t>І лиця давніх друзів буйних,&lt;br /&gt;</w:t>
        <w:br/>
        <w:t>То дім сільський — і край вікна&lt;br /&gt;</w:t>
        <w:br/>
        <w:t>Сидить вона... і все вона!..</w:t>
      </w:r>
    </w:p>
    <w:p>
      <w:r>
        <w:br/>
        <w:t>---------------------&lt;br /&gt;</w:t>
        <w:br/>
        <w:t>* Фараон — гра в карти</w:t>
      </w:r>
    </w:p>
    <w:p>
      <w:r>
        <w:br/>
        <w:t>XXXVIII</w:t>
      </w:r>
    </w:p>
    <w:p>
      <w:r>
        <w:br/>
        <w:t>Він так оддався цим тенетам,&lt;br /&gt;</w:t>
        <w:br/>
        <w:t>Що мало в безум не запав&lt;br /&gt;</w:t>
        <w:br/>
        <w:t>Чи навіть не зробивсь поетом...&lt;br /&gt;</w:t>
        <w:br/>
        <w:t>Ото б то нас обдарував!&lt;br /&gt;</w:t>
        <w:br/>
        <w:t>А справді: жертва магнетизму,&lt;br /&gt;</w:t>
        <w:br/>
        <w:t>Російських віршів механізму&lt;br /&gt;</w:t>
        <w:br/>
        <w:t>Він ледве не осяг в ті дні&lt;br /&gt;</w:t>
        <w:br/>
        <w:t>На диво дивнеє мені.&lt;br /&gt;</w:t>
        <w:br/>
        <w:t>Скидавсь він сильно на поета,&lt;br /&gt;</w:t>
        <w:br/>
        <w:t>Як при каміні сам один&lt;br /&gt;</w:t>
        <w:br/>
        <w:t>Курникав idol mio* він&lt;br /&gt;</w:t>
        <w:br/>
        <w:t>Або солодке Benedetta**,&lt;br /&gt;</w:t>
        <w:br/>
        <w:t>І в полум'я, мов крізь туман,&lt;br /&gt;</w:t>
        <w:br/>
        <w:t>Ронив пантофлю чи роман.</w:t>
      </w:r>
    </w:p>
    <w:p>
      <w:r>
        <w:br/>
        <w:t>--------------------&lt;br /&gt;</w:t>
        <w:br/>
        <w:t>* Мій кумир (італ.).&lt;br /&gt;</w:t>
        <w:br/>
        <w:t>** Благословенна (італ).</w:t>
      </w:r>
    </w:p>
    <w:p>
      <w:r>
        <w:br/>
        <w:t>XXXIX</w:t>
      </w:r>
    </w:p>
    <w:p>
      <w:r>
        <w:br/>
        <w:t>Дні мчались; голубливим летом&lt;br /&gt;</w:t>
        <w:br/>
        <w:t>Тепло лилося крізь етер;&lt;br /&gt;</w:t>
        <w:br/>
        <w:t>І не зробився він поетом,&lt;br /&gt;</w:t>
        <w:br/>
        <w:t>Не збожеволів, не помер.&lt;br /&gt;</w:t>
        <w:br/>
        <w:t>Весна живить його; уперше,&lt;br /&gt;</w:t>
        <w:br/>
        <w:t>Покої замкнені відперши,&lt;br /&gt;</w:t>
        <w:br/>
        <w:t>Де зимував він, як бабак,&lt;br /&gt;</w:t>
        <w:br/>
        <w:t>Зрадівши з весняних ознак,&lt;br /&gt;</w:t>
        <w:br/>
        <w:t>Він ранком ясним виїжджає&lt;br /&gt;</w:t>
        <w:br/>
        <w:t>Прудкими кіньми на Неву.&lt;br /&gt;</w:t>
        <w:br/>
        <w:t>Кору стемнілу льодову&lt;br /&gt;</w:t>
        <w:br/>
        <w:t>Золотить сонце; струмінь грав&lt;br /&gt;</w:t>
        <w:br/>
        <w:t>Із-під забруднених снігів.&lt;br /&gt;</w:t>
        <w:br/>
        <w:t>Куди ж бо їхати велів</w:t>
      </w:r>
    </w:p>
    <w:p>
      <w:r>
        <w:br/>
        <w:t>XL</w:t>
      </w:r>
    </w:p>
    <w:p>
      <w:r>
        <w:br/>
        <w:t>Онєгін мій? Це діло знане,&lt;br /&gt;</w:t>
        <w:br/>
        <w:t>Ви угадали; справді так:&lt;br /&gt;</w:t>
        <w:br/>
        <w:t>До неї знову, до Татьяни,&lt;br /&gt;</w:t>
        <w:br/>
        <w:t>Наш непоправний мчить дивак.&lt;br /&gt;</w:t>
        <w:br/>
        <w:t>Ввіходить, на мерця похожий.&lt;br /&gt;</w:t>
        <w:br/>
        <w:t>Немає ні душі в прихожій.&lt;br /&gt;</w:t>
        <w:br/>
        <w:t>Він далі, двері відчинив&lt;br /&gt;</w:t>
        <w:br/>
        <w:t>Одні і другі. Що ж уздрів,&lt;br /&gt;</w:t>
        <w:br/>
        <w:t>Що сильно так його вражає?&lt;br /&gt;</w:t>
        <w:br/>
        <w:t>Княгиня перед ним одна,&lt;br /&gt;</w:t>
        <w:br/>
        <w:t>Сидить неприбрана, сумна,&lt;br /&gt;</w:t>
        <w:br/>
        <w:t>Листа задумано читає,&lt;br /&gt;</w:t>
        <w:br/>
        <w:t>І по лицю її стіка&lt;br /&gt;</w:t>
        <w:br/>
        <w:t>Гарячих, тихих сліз ріка.</w:t>
      </w:r>
    </w:p>
    <w:p>
      <w:r>
        <w:br/>
        <w:t>XLI</w:t>
      </w:r>
    </w:p>
    <w:p>
      <w:r>
        <w:br/>
        <w:t>Хто б сліз її на самотині&lt;br /&gt;</w:t>
        <w:br/>
        <w:t>В цю бистру мить не розгадав!&lt;br /&gt;</w:t>
        <w:br/>
        <w:t>Хто б Тані бідної в княгині,&lt;br /&gt;</w:t>
        <w:br/>
        <w:t>Смутної Тані не пізнав!&lt;br /&gt;</w:t>
        <w:br/>
        <w:t>Німий од каяття й тривоги,&lt;br /&gt;</w:t>
        <w:br/>
        <w:t>Упав Онєгін їй у ноги;&lt;br /&gt;</w:t>
        <w:br/>
        <w:t>Вона здригнулась і мовчить.&lt;br /&gt;</w:t>
        <w:br/>
        <w:t>І на Онєгіна зорить&lt;br /&gt;</w:t>
        <w:br/>
        <w:t>Без дивування і без гніву.&lt;br /&gt;</w:t>
        <w:br/>
        <w:t>Його пригаслий, тьмяний зір,&lt;br /&gt;</w:t>
        <w:br/>
        <w:t>Благання і німий докір&lt;br /&gt;</w:t>
        <w:br/>
        <w:t>Вона збагнула. Просту діву,&lt;br /&gt;</w:t>
        <w:br/>
        <w:t>Із серцем, повним давніх мрій,&lt;br /&gt;</w:t>
        <w:br/>
        <w:t>Скорбота воскресила в ній.</w:t>
      </w:r>
    </w:p>
    <w:p>
      <w:r>
        <w:br/>
        <w:t>ХLІІ</w:t>
      </w:r>
    </w:p>
    <w:p>
      <w:r>
        <w:br/>
        <w:t>Вона йому не каже встати,&lt;br /&gt;</w:t>
        <w:br/>
        <w:t>Очей не відведе своїх,&lt;br /&gt;</w:t>
        <w:br/>
        <w:t>Холодну руку відірвати&lt;br /&gt;</w:t>
        <w:br/>
        <w:t>Від уст не важиться палких...&lt;br /&gt;</w:t>
        <w:br/>
        <w:t>Куди вона душею лине?&lt;br /&gt;</w:t>
        <w:br/>
        <w:t>В мовчанні йдуть тяжкі хвилини&lt;br /&gt;</w:t>
        <w:br/>
        <w:t>І Таня стиха почала:&lt;br /&gt;</w:t>
        <w:br/>
        <w:t>"Доволі, встаньте. Мить зайшла&lt;br /&gt;</w:t>
        <w:br/>
        <w:t>Сказати все нелицемірно.&lt;br /&gt;</w:t>
        <w:br/>
        <w:t>Чи впам'ятку, Онєгін, вам,&lt;br /&gt;</w:t>
        <w:br/>
        <w:t>Як ми в алеї сам на сам&lt;br /&gt;</w:t>
        <w:br/>
        <w:t>Зустрілися, і так покірно&lt;br /&gt;</w:t>
        <w:br/>
        <w:t>Ваш осуд вислухала я?&lt;br /&gt;</w:t>
        <w:br/>
        <w:t>Настала ж і черга моя.</w:t>
      </w:r>
    </w:p>
    <w:p>
      <w:r>
        <w:br/>
        <w:t>ХLIIІ</w:t>
      </w:r>
    </w:p>
    <w:p>
      <w:r>
        <w:br/>
        <w:t>Була молодша я в ту пору,&lt;br /&gt;</w:t>
        <w:br/>
        <w:t>Здається, краща я була,&lt;br /&gt;</w:t>
        <w:br/>
        <w:t>Любила вас — та, крім докору,&lt;br /&gt;</w:t>
        <w:br/>
        <w:t>Що в серці вашому знайшла?&lt;br /&gt;</w:t>
        <w:br/>
        <w:t>Як говорили ви зо мною?&lt;br /&gt;</w:t>
        <w:br/>
        <w:t>Вам не була вже новиною&lt;br /&gt;</w:t>
        <w:br/>
        <w:t>Наївна дівчинки любов?&lt;br /&gt;</w:t>
        <w:br/>
        <w:t>І нині — боже! — стигне кров,&lt;br /&gt;</w:t>
        <w:br/>
        <w:t>Згадавши проповідь холодну&lt;br /&gt;</w:t>
        <w:br/>
        <w:t>І погляд зимний... Але вас&lt;br /&gt;</w:t>
        <w:br/>
        <w:t>Я не виную: ви в той час&lt;br /&gt;</w:t>
        <w:br/>
        <w:t>Поводилися благородно,&lt;br /&gt;</w:t>
        <w:br/>
        <w:t>Як справжній чесний чоловік:&lt;br /&gt;</w:t>
        <w:br/>
        <w:t>За це я вдячна вам повік...</w:t>
      </w:r>
    </w:p>
    <w:p>
      <w:r>
        <w:br/>
        <w:t>ХLІV</w:t>
      </w:r>
    </w:p>
    <w:p>
      <w:r>
        <w:br/>
        <w:t>Тоді — чи правда ж? — у пустині,&lt;br /&gt;</w:t>
        <w:br/>
        <w:t>Вам, вихованцеві Москви,&lt;br /&gt;</w:t>
        <w:br/>
        <w:t>Була не люба я... Та нині&lt;br /&gt;</w:t>
        <w:br/>
        <w:t>Чому так одмінились ви?&lt;br /&gt;</w:t>
        <w:br/>
        <w:t>Чому впадаєте за мною?&lt;br /&gt;</w:t>
        <w:br/>
        <w:t>Чи не тому, що між юрбою&lt;br /&gt;</w:t>
        <w:br/>
        <w:t>Ношу уславлене ім'я,&lt;br /&gt;</w:t>
        <w:br/>
        <w:t>Що княжий титул маю я?&lt;br /&gt;</w:t>
        <w:br/>
        <w:t>Що муж скалічений у бої,&lt;br /&gt;</w:t>
        <w:br/>
        <w:t>Що нас за те цінує двір?&lt;br /&gt;</w:t>
        <w:br/>
        <w:t>Тому, що людський поговір,&lt;br /&gt;</w:t>
        <w:br/>
        <w:t>Моєю втішений ганьбою,&lt;br /&gt;</w:t>
        <w:br/>
        <w:t>Вам славу міг би голосну&lt;br /&gt;</w:t>
        <w:br/>
        <w:t>Створити легко в мить одну?</w:t>
      </w:r>
    </w:p>
    <w:p>
      <w:r>
        <w:br/>
        <w:t>ХLV</w:t>
      </w:r>
    </w:p>
    <w:p>
      <w:r>
        <w:br/>
        <w:t>Я плачу... Як своєї Тані&lt;br /&gt;</w:t>
        <w:br/>
        <w:t>По цей ви не забули час,&lt;br /&gt;</w:t>
        <w:br/>
        <w:t>То вірте: краще б дорікання&lt;br /&gt;</w:t>
        <w:br/>
        <w:t>Тепер я прийняла від вас,&lt;br /&gt;</w:t>
        <w:br/>
        <w:t>Ніж порив пристрасті шалений,&lt;br /&gt;</w:t>
        <w:br/>
        <w:t>Такий образливий для мене,&lt;br /&gt;</w:t>
        <w:br/>
        <w:t>Ці сльози, ці палкі листи...&lt;br /&gt;</w:t>
        <w:br/>
        <w:t>Колись у грудях берегти&lt;br /&gt;</w:t>
        <w:br/>
        <w:t>Хоч теплий жаль могли ви потай&lt;br /&gt;</w:t>
        <w:br/>
        <w:t>До мрій невинних, молодих...&lt;br /&gt;</w:t>
        <w:br/>
        <w:t>А нині — що до ніг моїх&lt;br /&gt;</w:t>
        <w:br/>
        <w:t>Вас привело? Яка дрібнота!&lt;br /&gt;</w:t>
        <w:br/>
        <w:t>Як з вашим серцем і умом&lt;br /&gt;</w:t>
        <w:br/>
        <w:t>Буть почувань дрібних рабом?</w:t>
      </w:r>
    </w:p>
    <w:p>
      <w:r>
        <w:br/>
        <w:t>ХLVІ</w:t>
      </w:r>
    </w:p>
    <w:p>
      <w:r>
        <w:br/>
        <w:t>Весь пишний цвіт моєї долі,&lt;br /&gt;</w:t>
        <w:br/>
        <w:t>Життя гучного марний грім,&lt;br /&gt;</w:t>
        <w:br/>
        <w:t>Мій успіх у високім колі,&lt;br /&gt;</w:t>
        <w:br/>
        <w:t>Багаті учти, модний дім,-&lt;br /&gt;</w:t>
        <w:br/>
        <w:t>Що в них? Віддать могла б я радо&lt;br /&gt;</w:t>
        <w:br/>
        <w:t>Нікчемну розкіш маскараду,&lt;br /&gt;</w:t>
        <w:br/>
        <w:t>Увесь цей блиск, і шум, і чад&lt;br /&gt;</w:t>
        <w:br/>
        <w:t>За кілька книг, за дикий сад,&lt;br /&gt;</w:t>
        <w:br/>
        <w:t>За тишу закутка сільського,&lt;br /&gt;</w:t>
        <w:br/>
        <w:t>За ті місця, де стріла вас&lt;br /&gt;</w:t>
        <w:br/>
        <w:t>Я в юності своєї час,&lt;br /&gt;</w:t>
        <w:br/>
        <w:t>За цвинтар, де піднісся вбого&lt;br /&gt;</w:t>
        <w:br/>
        <w:t>Дубовий хрест між верховіть:&lt;br /&gt;</w:t>
        <w:br/>
        <w:t>Моя там няня бідна спить...</w:t>
      </w:r>
    </w:p>
    <w:p>
      <w:r>
        <w:br/>
        <w:t>ХLVII</w:t>
      </w:r>
    </w:p>
    <w:p>
      <w:r>
        <w:br/>
        <w:t>А щастя видилось безмежне&lt;br /&gt;</w:t>
        <w:br/>
        <w:t>Так близько!.. Та любов моя&lt;br /&gt;</w:t>
        <w:br/>
        <w:t>Розбилася. Необережний&lt;br /&gt;</w:t>
        <w:br/>
        <w:t>Зробила, може, вчинок я:&lt;br /&gt;</w:t>
        <w:br/>
        <w:t>Мене в тужливому риданні&lt;br /&gt;</w:t>
        <w:br/>
        <w:t>Благала мати; бідній Тані&lt;br /&gt;</w:t>
        <w:br/>
        <w:t>Були однакі всі шляхи.&lt;br /&gt;</w:t>
        <w:br/>
        <w:t>Я вийшла заміж. Без пихи&lt;br /&gt;</w:t>
        <w:br/>
        <w:t>Я вас прошу мене лишити.&lt;br /&gt;</w:t>
        <w:br/>
        <w:t>Я знаю: в вашім серці єсть&lt;br /&gt;</w:t>
        <w:br/>
        <w:t>І гордість, і справдешня честь.&lt;br /&gt;</w:t>
        <w:br/>
        <w:t>Я вас люблю (пощо таїти?),&lt;br /&gt;</w:t>
        <w:br/>
        <w:t>Та з ким я стала до вінця —&lt;br /&gt;</w:t>
        <w:br/>
        <w:t>Зостанусь вірна до кінця".</w:t>
      </w:r>
    </w:p>
    <w:p>
      <w:r>
        <w:br/>
        <w:t>ХLVIII</w:t>
      </w:r>
    </w:p>
    <w:p>
      <w:r>
        <w:br/>
        <w:t>Вона пішла. Євгеній хмурний&lt;br /&gt;</w:t>
        <w:br/>
        <w:t>Стоїть, немов ударив грім;&lt;br /&gt;</w:t>
        <w:br/>
        <w:t>Якої муки порив бурний&lt;br /&gt;</w:t>
        <w:br/>
        <w:t>Він в серці відчува своїм!&lt;br /&gt;</w:t>
        <w:br/>
        <w:t>Та враз остроги задзвеніли,&lt;br /&gt;</w:t>
        <w:br/>
        <w:t>І в час, Онєгіну немилий,&lt;br /&gt;</w:t>
        <w:br/>
        <w:t>Татьяни чоловік ввійшов.&lt;br /&gt;</w:t>
        <w:br/>
        <w:t>Тепер, читачу любий, знов&lt;br /&gt;</w:t>
        <w:br/>
        <w:t>З моїм героєм розлучімось&lt;br /&gt;</w:t>
        <w:br/>
        <w:t>Надовго... ба й навік... із ним&lt;br /&gt;</w:t>
        <w:br/>
        <w:t>Доволі ми шляхом одним&lt;br /&gt;</w:t>
        <w:br/>
        <w:t>Бродили в світі. Обіймімось,&lt;br /&gt;</w:t>
        <w:br/>
        <w:t>На берег вийшовши. Ура!&lt;br /&gt;</w:t>
        <w:br/>
        <w:t>Давно (чи правда ж бо?) пора!</w:t>
      </w:r>
    </w:p>
    <w:p>
      <w:r>
        <w:br/>
        <w:t>ХLIХ</w:t>
      </w:r>
    </w:p>
    <w:p>
      <w:r>
        <w:br/>
        <w:t>Хоч друг, хоч ворог ти, читачу,&lt;br /&gt;</w:t>
        <w:br/>
        <w:t>Та приязно розстатись нам&lt;br /&gt;</w:t>
        <w:br/>
        <w:t>Я зовсім перепон не бачу.&lt;br /&gt;</w:t>
        <w:br/>
        <w:t>Прощай. Хоч би з яким чуттям&lt;br /&gt;</w:t>
        <w:br/>
        <w:t>Шукав у строфах цих недбалих&lt;br /&gt;</w:t>
        <w:br/>
        <w:t>Ти шуму років одбуялих,&lt;br /&gt;</w:t>
        <w:br/>
        <w:t>А чи спочинку від трудів,&lt;br /&gt;</w:t>
        <w:br/>
        <w:t>Малюнків жвавих, гострих слів,&lt;br /&gt;</w:t>
        <w:br/>
        <w:t>Чи лиш помилок граматичних —&lt;br /&gt;</w:t>
        <w:br/>
        <w:t>Дай боже, щоб у книзі цій&lt;br /&gt;</w:t>
        <w:br/>
        <w:t>Для втіхи любої, для мрій,&lt;br /&gt;</w:t>
        <w:br/>
        <w:t>Для серця, для боїв критичних&lt;br /&gt;</w:t>
        <w:br/>
        <w:t>Ти хоч би крихту міг найти.&lt;br /&gt;</w:t>
        <w:br/>
        <w:t>Прощай. Прийшли ми до мети.</w:t>
      </w:r>
    </w:p>
    <w:p>
      <w:r>
        <w:br/>
        <w:t>L</w:t>
      </w:r>
    </w:p>
    <w:p>
      <w:r>
        <w:br/>
        <w:t>Прощай, мій вірний ідеале,&lt;br /&gt;</w:t>
        <w:br/>
        <w:t>І ти, супутнику чудний,&lt;br /&gt;</w:t>
        <w:br/>
        <w:t>І ти прощай, натхнення стале&lt;br /&gt;</w:t>
        <w:br/>
        <w:t>Труда малого. Чар живий,&lt;br /&gt;</w:t>
        <w:br/>
        <w:t>Поету щастя принесли ви:&lt;br /&gt;</w:t>
        <w:br/>
        <w:t>Забув я з вами світ бурхливий,&lt;br /&gt;</w:t>
        <w:br/>
        <w:t>До милих серцем говорив.&lt;br /&gt;</w:t>
        <w:br/>
        <w:t>Багато проминуло днів,&lt;br /&gt;</w:t>
        <w:br/>
        <w:t>Відколи молода Татьяна&lt;br /&gt;</w:t>
        <w:br/>
        <w:t>І мій герой у тьмянім сні&lt;br /&gt;</w:t>
        <w:br/>
        <w:t>Враз появилися мені,-&lt;br /&gt;</w:t>
        <w:br/>
        <w:t>І вільноплинного романа&lt;br /&gt;</w:t>
        <w:br/>
        <w:t>Іще не ясно бачив даль&lt;br /&gt;</w:t>
        <w:br/>
        <w:t>Я крізь магічний свій кришталь.</w:t>
      </w:r>
    </w:p>
    <w:p>
      <w:r>
        <w:br/>
        <w:t>LІ</w:t>
      </w:r>
    </w:p>
    <w:p>
      <w:r>
        <w:br/>
        <w:t>А ті, кому я вечорами&lt;br /&gt;</w:t>
        <w:br/>
        <w:t>Початок повісті читав,-&lt;br /&gt;</w:t>
        <w:br/>
        <w:t>Одних нема, а ті не з нами,&lt;br /&gt;</w:t>
        <w:br/>
        <w:t>Як Саді те давно сказав.&lt;br /&gt;</w:t>
        <w:br/>
        <w:t>Без них портрет дорисував я&lt;br /&gt;</w:t>
        <w:br/>
        <w:t>З Онєгіна. А та, що взяв я&lt;br /&gt;</w:t>
        <w:br/>
        <w:t>Татьяні молодій за взір...&lt;br /&gt;</w:t>
        <w:br/>
        <w:t>О, скільки втрат було з тих пір!&lt;br /&gt;</w:t>
        <w:br/>
        <w:t>Блажен, хто міг лишити рано&lt;br /&gt;</w:t>
        <w:br/>
        <w:t>Бенке?ти юності, до дна&lt;br /&gt;</w:t>
        <w:br/>
        <w:t>Її не випивши вина,&lt;br /&gt;</w:t>
        <w:br/>
        <w:t>Хто не скінчив її романа&lt;br /&gt;</w:t>
        <w:br/>
        <w:t>І враз умів розстаться з ним,&lt;br /&gt;</w:t>
        <w:br/>
        <w:t>Як я з Онєгіним моїм.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Євгеній Онєгін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