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Єдина воля володіє світом...</w:t>
      </w:r>
    </w:p>
    <w:p>
      <w:r>
        <w:br/>
        <w:t xml:space="preserve"> Єдина воля володіє світом,&lt;br /&gt;</w:t>
        <w:br/>
        <w:t>Веде в майбутнє нас єдиний шлях,&lt;br /&gt;</w:t>
        <w:br/>
        <w:t>Ми умремо з єдиним заповітом&lt;br /&gt;</w:t>
        <w:br/>
        <w:t>В непереможних і міцних серцях.</w:t>
      </w:r>
    </w:p>
    <w:p>
      <w:r>
        <w:br/>
        <w:t>Врятує вроду і себе людина,&lt;br /&gt;</w:t>
        <w:br/>
        <w:t>Життя зросте над попелом руїн, —&lt;br /&gt;</w:t>
        <w:br/>
        <w:t>Велика мрія, мудра і єдина,&lt;br /&gt;</w:t>
        <w:br/>
        <w:t>Недаром дзвонить у всесвітній дзвін.</w:t>
      </w:r>
    </w:p>
    <w:p>
      <w:r>
        <w:br/>
        <w:t>Віки летять, а в неозорім морі&lt;br /&gt;</w:t>
        <w:br/>
        <w:t>Єдине сонце для землі горить,&lt;br /&gt;</w:t>
        <w:br/>
        <w:t>І всі колись з'єднаються в просторі —&lt;br /&gt;</w:t>
        <w:br/>
        <w:t>Людина, звір, і квітка, і блакить.</w:t>
      </w:r>
    </w:p>
    <w:p>
      <w:r>
        <w:br/>
        <w:t>ЗЕМЛЯ І ВІТЕР. Київ,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Єдина воля володіє світом...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