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Єдина книга</w:t>
      </w:r>
    </w:p>
    <w:p>
      <w:r>
        <w:br/>
        <w:t xml:space="preserve"> Велемир Хлєбников&lt;br /&gt;</w:t>
        <w:br/>
        <w:t>Єдина книга</w:t>
      </w:r>
    </w:p>
    <w:p>
      <w:r>
        <w:br/>
        <w:t>Перекладач: Володимир Підпалий&lt;br /&gt;</w:t>
        <w:br/>
        <w:t>Джерело: З газети: "Літературна Україна" від 20 жовтня 2005 р.</w:t>
      </w:r>
    </w:p>
    <w:p>
      <w:r>
        <w:br/>
        <w:t>Я бачив, що чорні Веди,&lt;br /&gt;</w:t>
        <w:br/>
        <w:t>Коран і Євангеліє&lt;br /&gt;</w:t>
        <w:br/>
        <w:t>І на дошках шовку&lt;br /&gt;</w:t>
        <w:br/>
        <w:t>Книги моголів,&lt;br /&gt;</w:t>
        <w:br/>
        <w:t>Самі із тліні степів,&lt;br /&gt;</w:t>
        <w:br/>
        <w:t>Із кізяка запашного,&lt;br /&gt;</w:t>
        <w:br/>
        <w:t>Як все це роблять&lt;br /&gt;</w:t>
        <w:br/>
        <w:t>Калмички вдосвіта —&lt;br /&gt;</w:t>
        <w:br/>
        <w:t>Розвели вогнище&lt;br /&gt;</w:t>
        <w:br/>
        <w:t>І самі лягли на нього.&lt;br /&gt;</w:t>
        <w:br/>
        <w:t>Вдови лілейні в хмарі диму зникали,&lt;br /&gt;</w:t>
        <w:br/>
        <w:t>Щоб наблизити час&lt;br /&gt;</w:t>
        <w:br/>
        <w:t>Книзі єдиній,&lt;br /&gt;</w:t>
        <w:br/>
        <w:t>Сторінками якої великі моря,&lt;br /&gt;</w:t>
        <w:br/>
        <w:t>Що тремтять, мов крила синіх метеликів,&lt;br /&gt;</w:t>
        <w:br/>
        <w:t>А шовкова стьожка — закладинка,&lt;br /&gt;</w:t>
        <w:br/>
        <w:t>Де свій погляд читач зупинить.&lt;br /&gt;</w:t>
        <w:br/>
        <w:t>Ріки великі, наче синій потік:&lt;br /&gt;</w:t>
        <w:br/>
        <w:t>Волга, де Разіну вночі співають,&lt;br /&gt;</w:t>
        <w:br/>
        <w:t>Жовтий Ніл, де моляться до сонця,&lt;br /&gt;</w:t>
        <w:br/>
        <w:t>Янцзекіянг із густою бурдою людей,&lt;br /&gt;</w:t>
        <w:br/>
        <w:t>І ти, Міссісіпі, де янки&lt;br /&gt;</w:t>
        <w:br/>
        <w:t>Із зоряним небом на штанях&lt;br /&gt;</w:t>
        <w:br/>
        <w:t>Закутують в зорі стегна,&lt;br /&gt;</w:t>
        <w:br/>
        <w:t>І Ганг, де простий люд — розуму праліс,&lt;br /&gt;</w:t>
        <w:br/>
        <w:t>І Дунай, де білі у білому люди&lt;br /&gt;</w:t>
        <w:br/>
        <w:t>В білих сорочках стоять над водою,&lt;br /&gt;</w:t>
        <w:br/>
        <w:t>І Замбезі, де люди чобіт чорніші,&lt;br /&gt;</w:t>
        <w:br/>
        <w:t>І швидка Об, де різблять Бога&lt;br /&gt;</w:t>
        <w:br/>
        <w:t>І ставлять у кут очима,&lt;br /&gt;</w:t>
        <w:br/>
        <w:t>Коли чимось жирним ласують,&lt;br /&gt;</w:t>
        <w:br/>
        <w:t>І Темза, де сіра нудьга.&lt;br /&gt;</w:t>
        <w:br/>
        <w:t>Рід уселюдський — книги читач.&lt;br /&gt;</w:t>
        <w:br/>
        <w:t>На палітурці ж — напис Творця,&lt;br /&gt;</w:t>
        <w:br/>
        <w:t>Ймення мов, письмена голубі.&lt;br /&gt;</w:t>
        <w:br/>
        <w:t>О, ти недбало читаєш,&lt;br /&gt;</w:t>
        <w:br/>
        <w:t>Уваги замало,&lt;br /&gt;</w:t>
        <w:br/>
        <w:t>Надто дозвільний, а погляд ледачий,&lt;br /&gt;</w:t>
        <w:br/>
        <w:t>Наче Закони уроки Божого&lt;br /&gt;</w:t>
        <w:br/>
        <w:t>Ці перевали у горах й великі моря.&lt;br /&gt;</w:t>
        <w:br/>
        <w:t>Книгу оцю Єдину&lt;br /&gt;</w:t>
        <w:br/>
        <w:t>Швидше, ніж треба, ти дочитаєш.&lt;br /&gt;</w:t>
        <w:br/>
        <w:t>Між сторінок цих стрибає кит,&lt;br /&gt;</w:t>
        <w:br/>
        <w:t>Орел, облітаючи кут сторінки,&lt;br /&gt;</w:t>
        <w:br/>
        <w:t>Сідає на хвилі сиві, на груди морів,&lt;br /&gt;</w:t>
        <w:br/>
        <w:t>Щоб відпочити на ложі орлана.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Єдина книга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