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різні ватри. Є ватрИ...</w:t>
      </w:r>
    </w:p>
    <w:p>
      <w:r>
        <w:br/>
        <w:t xml:space="preserve"> Є різні ватри. Є ватрИ,&lt;br /&gt;</w:t>
        <w:br/>
        <w:t>що з довгими прийшли ночами.&lt;br /&gt;</w:t>
        <w:br/>
        <w:t>Горять в снігах під небесами&lt;br /&gt;</w:t>
        <w:br/>
        <w:t>на голому джубрі гори,&lt;br /&gt;</w:t>
        <w:br/>
        <w:t>горять немов між нами.</w:t>
      </w:r>
    </w:p>
    <w:p>
      <w:r>
        <w:br/>
        <w:t>Ти —</w:t>
      </w:r>
    </w:p>
    <w:p>
      <w:r>
        <w:br/>
        <w:t>по той бік полум'я.</w:t>
      </w:r>
    </w:p>
    <w:p>
      <w:r>
        <w:br/>
        <w:t>Несила</w:t>
      </w:r>
    </w:p>
    <w:p>
      <w:r>
        <w:br/>
        <w:t>очей від нього відвести.&lt;br /&gt;</w:t>
        <w:br/>
        <w:t>Мене ти забуваєш, мила,&lt;br /&gt;</w:t>
        <w:br/>
        <w:t>бо думаєш лише про те,&lt;br /&gt;</w:t>
        <w:br/>
        <w:t>про що це вогнище захоче.&lt;br /&gt;</w:t>
        <w:br/>
        <w:t>І тільки не заплющуй очі,&lt;br /&gt;</w:t>
        <w:br/>
        <w:t>допоки виє і мете.</w:t>
      </w:r>
    </w:p>
    <w:p>
      <w:r>
        <w:br/>
        <w:t>Є різні ватри. Йду до тих,&lt;br /&gt;</w:t>
        <w:br/>
        <w:t>що відпадали нам весною,&lt;br /&gt;</w:t>
        <w:br/>
        <w:t>і не між мною і тобою,&lt;br /&gt;</w:t>
        <w:br/>
        <w:t>а скрізь, де камінь над водою&lt;br /&gt;</w:t>
        <w:br/>
        <w:t>і ми — у водах молодих.</w:t>
      </w:r>
    </w:p>
    <w:p>
      <w:r>
        <w:br/>
        <w:t>Є різні. Є, що до зорі&lt;br /&gt;</w:t>
        <w:br/>
        <w:t>любилися, вони до рана&lt;br /&gt;</w:t>
        <w:br/>
        <w:t>померли —</w:t>
      </w:r>
    </w:p>
    <w:p>
      <w:r>
        <w:br/>
        <w:t>то ватри на Йвана,</w:t>
      </w:r>
    </w:p>
    <w:p>
      <w:r>
        <w:br/>
        <w:t>а не під снігом на горі.</w:t>
      </w:r>
    </w:p>
    <w:p>
      <w:r>
        <w:br/>
        <w:t>Є різні. А були й такі,&lt;br /&gt;</w:t>
        <w:br/>
        <w:t>які не мали б відпадати.</w:t>
      </w:r>
    </w:p>
    <w:p>
      <w:r>
        <w:br/>
        <w:t>Та не твоя вина.</w:t>
      </w:r>
    </w:p>
    <w:p>
      <w:r>
        <w:br/>
        <w:t>Знайшла ти</w:t>
      </w:r>
    </w:p>
    <w:p>
      <w:r>
        <w:br/>
        <w:t>моє обличчя в темноті.</w:t>
      </w:r>
    </w:p>
    <w:p>
      <w:r>
        <w:br/>
        <w:t>Є різні. В них свої права&lt;br /&gt;</w:t>
        <w:br/>
        <w:t>на серце стомлене й скажене.&lt;br /&gt;</w:t>
        <w:br/>
        <w:t>Лиш мама щоб була жива.&lt;br /&gt;</w:t>
        <w:br/>
        <w:t>Вона ще молиться за мене.</w:t>
      </w:r>
    </w:p>
    <w:p>
      <w:r>
        <w:br/>
        <w:t>Є різні ватри. Але я&lt;br /&gt;</w:t>
        <w:br/>
        <w:t>люблю осінні, вечорові,&lt;br /&gt;</w:t>
        <w:br/>
        <w:t>коли шарпнеться голос крові&lt;br /&gt;</w:t>
        <w:br/>
        <w:t>в багатті мудрім, як змія.</w:t>
      </w:r>
    </w:p>
    <w:p>
      <w:r>
        <w:br/>
        <w:t>…На Спаса,</w:t>
      </w:r>
    </w:p>
    <w:p>
      <w:r>
        <w:br/>
        <w:t>вдосвіта,</w:t>
      </w:r>
    </w:p>
    <w:p>
      <w:r>
        <w:br/>
        <w:t>в димах</w:t>
      </w:r>
    </w:p>
    <w:p>
      <w:r>
        <w:br/>
        <w:t>навколо церкви й серця свічі&lt;br /&gt;</w:t>
        <w:br/>
        <w:t>горіли.</w:t>
      </w:r>
    </w:p>
    <w:p>
      <w:r>
        <w:br/>
        <w:t>Ти і в цім сторіччі</w:t>
      </w:r>
    </w:p>
    <w:p>
      <w:r>
        <w:br/>
        <w:t>пройшла —</w:t>
      </w:r>
    </w:p>
    <w:p>
      <w:r>
        <w:br/>
        <w:t>немов по тих свічках.</w:t>
      </w:r>
    </w:p>
    <w:p>
      <w:r>
        <w:br/>
        <w:t>А в ці осінні вечори&lt;br /&gt;</w:t>
        <w:br/>
        <w:t>заносиш до комор молОка,&lt;br /&gt;</w:t>
        <w:br/>
        <w:t>де скине шкіру тьма стоока,&lt;br /&gt;</w:t>
        <w:br/>
        <w:t>бо вже горять мої ватрИ.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різні ватри. Є ватрИ...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