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Йду я полем-лугом</w:t>
      </w:r>
    </w:p>
    <w:p>
      <w:r>
        <w:br/>
        <w:t xml:space="preserve"> Сонячні зайчата бавляться в кущах,&lt;br /&gt;</w:t>
        <w:br/>
        <w:t>І від тих зайчаток миготить в очах.&lt;br /&gt;</w:t>
        <w:br/>
        <w:t>Гомонять билинки, теплі та живі...&lt;br /&gt;</w:t>
        <w:br/>
        <w:t>Йду я полем-лугом по розмай-траві.&lt;br /&gt;</w:t>
        <w:br/>
        <w:t>А мене стрічає жайворонка спів,&lt;br /&gt;</w:t>
        <w:br/>
        <w:t>А мені ромашки тільки кив та кив...&lt;br /&gt;</w:t>
        <w:br/>
        <w:t>Росонька іскриста впала на зело.&lt;br /&gt;</w:t>
        <w:br/>
        <w:t>Три доріжки різно в'ються за село,&lt;br /&gt;</w:t>
        <w:br/>
        <w:t>І мене гуляти кличе далина...&lt;br /&gt;</w:t>
        <w:br/>
        <w:t>Ой, яка ж то гарна рідна сторона!</w:t>
      </w:r>
    </w:p>
    <w:p>
      <w:r>
        <w:br/>
        <w:t>Ген колгоспна нива. їй немає меж,&lt;br /&gt;</w:t>
        <w:br/>
        <w:t>Їдеш — не об'їдеш, оком не сягнеш:&lt;br /&gt;</w:t>
        <w:br/>
        <w:t>Аж до виднокраю йде вона звідціль.&lt;br /&gt;</w:t>
        <w:br/>
        <w:t>Скоро-скоро жниво розпочне артіль...&lt;br /&gt;</w:t>
        <w:br/>
        <w:t>Мають в небі крильми степові орли,&lt;br /&gt;</w:t>
        <w:br/>
        <w:t>Соняхи до сонця голови звели;&lt;br /&gt;</w:t>
        <w:br/>
        <w:t>Золотисте просо тягнеться у вись,&lt;br /&gt;</w:t>
        <w:br/>
        <w:t>Кавуни та дині зав'язком взялись,&lt;br /&gt;</w:t>
        <w:br/>
        <w:t>І шумить колоссям буйна ярина...&lt;br /&gt;</w:t>
        <w:br/>
        <w:t>Ой, яка ж то гарна рідна сторона!..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Йду я полем-лугом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