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Ярмарок</w:t>
      </w:r>
    </w:p>
    <w:p>
      <w:r>
        <w:br/>
        <w:t xml:space="preserve"> &lt;p&gt;Пробудився зайчик, чує — хурчать мотори, шурхотять колеса, їдуть, їдуть "Жигулі" й "Запорожці", "Волги" й "Москвичі"...</w:t>
      </w:r>
    </w:p>
    <w:p>
      <w:r>
        <w:br/>
        <w:t>— Звідки вас стільки?</w:t>
      </w:r>
    </w:p>
    <w:p>
      <w:r>
        <w:br/>
        <w:t>— З Самбора!</w:t>
      </w:r>
    </w:p>
    <w:p>
      <w:r>
        <w:br/>
        <w:t>— Зі Снятина!</w:t>
      </w:r>
    </w:p>
    <w:p>
      <w:r>
        <w:br/>
        <w:t>— З Хотина й Новоселиці!</w:t>
      </w:r>
    </w:p>
    <w:p>
      <w:r>
        <w:br/>
        <w:t>— А куди ви?</w:t>
      </w:r>
    </w:p>
    <w:p>
      <w:r>
        <w:br/>
        <w:t>— У Косів, на ярмарок!</w:t>
      </w:r>
    </w:p>
    <w:p>
      <w:r>
        <w:br/>
        <w:t>Узбіччям між кущами квапиться лисиця з найстаршою дочкою Лискою.</w:t>
      </w:r>
    </w:p>
    <w:p>
      <w:r>
        <w:br/>
        <w:t>— І ви на ярмарок?</w:t>
      </w:r>
    </w:p>
    <w:p>
      <w:r>
        <w:br/>
        <w:t>— Туди ж! На людей подивитись, себе показати.</w:t>
      </w:r>
    </w:p>
    <w:p>
      <w:r>
        <w:br/>
        <w:t>— І Лиско з лючинської кичери казав, що там буде,— додає молоденька Лиска, а сама ніяковіє, аж руденька мордочка стає ще рудішою.</w:t>
      </w:r>
    </w:p>
    <w:p>
      <w:r>
        <w:br/>
        <w:t>Туп-туп, гуп-гуп, іде ведмідь.</w:t>
      </w:r>
    </w:p>
    <w:p>
      <w:r>
        <w:br/>
        <w:t>— Люблю ярмарки,— каже.— А мед ще дужче!</w:t>
      </w:r>
    </w:p>
    <w:p>
      <w:r>
        <w:br/>
        <w:t>Хрустить хмиз, шелестить трава — спішить їжачок.</w:t>
      </w:r>
    </w:p>
    <w:p>
      <w:r>
        <w:br/>
        <w:t>— Може, щось трапиться купити — потрібне і не дуже дороге?</w:t>
      </w:r>
    </w:p>
    <w:p>
      <w:r>
        <w:br/>
        <w:t>Їдуть автобуси, мчать мотоцикли, торохтить віз, а на возі гладкі спинки, п’ятачки рожеві, хвостики кільцем: куві! кві!</w:t>
      </w:r>
    </w:p>
    <w:p>
      <w:r>
        <w:br/>
        <w:t>— Ну коли вже поросята зібралися на ярмарок, то я теж у лісі не залишуся! — сказав зайчик і поплигав до Косова.</w:t>
      </w:r>
    </w:p>
    <w:p>
      <w:r>
        <w:br/>
        <w:t>А на ярмарку! Чого тільки нема! Понурих облич нема — бо всім весело. Злості, сварок-лайок нема — бо хто б купляв їх? Зате сміху, жартів, торгування, вихваляння — вихваляти ж таки є що!</w:t>
      </w:r>
    </w:p>
    <w:p>
      <w:r>
        <w:br/>
        <w:t>— Писанки! Гуцульські писанки! Гляньте — як сонечка!</w:t>
      </w:r>
    </w:p>
    <w:p>
      <w:r>
        <w:br/>
        <w:t>— Купіть килим! З нього в хаті цілу зиму пахнутиме полониною.</w:t>
      </w:r>
    </w:p>
    <w:p>
      <w:r>
        <w:br/>
        <w:t>— Кому полотна? Росою моченого, сонцем вибіленого? На сорочки красеням та вродливицям — їм якраз до лиця!</w:t>
      </w:r>
    </w:p>
    <w:p>
      <w:r>
        <w:br/>
        <w:t>— Ліжники!</w:t>
      </w:r>
    </w:p>
    <w:p>
      <w:r>
        <w:br/>
        <w:t>— Хустки!</w:t>
      </w:r>
    </w:p>
    <w:p>
      <w:r>
        <w:br/>
        <w:t>— Намиста!</w:t>
      </w:r>
    </w:p>
    <w:p>
      <w:r>
        <w:br/>
        <w:t>— Беріть віночки білі! На весілля...</w:t>
      </w:r>
    </w:p>
    <w:p>
      <w:r>
        <w:br/>
        <w:t>Лиска дивиться-видивляється:</w:t>
      </w:r>
    </w:p>
    <w:p>
      <w:r>
        <w:br/>
        <w:t>— Ой мамо! Що за віночки! Мені б такий...</w:t>
      </w:r>
    </w:p>
    <w:p>
      <w:r>
        <w:br/>
        <w:t>А ярмарок гуде, цвіте!</w:t>
      </w:r>
    </w:p>
    <w:p>
      <w:r>
        <w:br/>
        <w:t>— Продаю тарелі різьблені!</w:t>
      </w:r>
    </w:p>
    <w:p>
      <w:r>
        <w:br/>
        <w:t>— Полив’яні глечики!</w:t>
      </w:r>
    </w:p>
    <w:p>
      <w:r>
        <w:br/>
        <w:t>Задумався зайчик: що б і собі продати? "А продам-но страх! У мене його багато".</w:t>
      </w:r>
    </w:p>
    <w:p>
      <w:r>
        <w:br/>
        <w:t>Озирнувся навкруги та й плиг до сивого чоловіка:</w:t>
      </w:r>
    </w:p>
    <w:p>
      <w:r>
        <w:br/>
        <w:t>— Купіть, дядьку, страху!</w:t>
      </w:r>
    </w:p>
    <w:p>
      <w:r>
        <w:br/>
        <w:t>— Ну й ну! Не для того я в війну страх і смерть долав, аби тепер чого-небудь боятися. Шукай, малий, другого покупця.</w:t>
      </w:r>
    </w:p>
    <w:p>
      <w:r>
        <w:br/>
        <w:t>Пострибав зайчик далі. Коли йде жіночка невеличка, а з нею чоловік — справжній богатир.</w:t>
      </w:r>
    </w:p>
    <w:p>
      <w:r>
        <w:br/>
        <w:t>— Тітонько,— кличе зайчик.— Купіть страху!</w:t>
      </w:r>
    </w:p>
    <w:p>
      <w:r>
        <w:br/>
        <w:t>— Страху? Кого ж мені боятися?</w:t>
      </w:r>
    </w:p>
    <w:p>
      <w:r>
        <w:br/>
        <w:t>— Та... може, його? — кивнув зайчик на богатиря.</w:t>
      </w:r>
    </w:p>
    <w:p>
      <w:r>
        <w:br/>
        <w:t>— Ти чуєш, Петре? — сплеснула руками тітонька.</w:t>
      </w:r>
    </w:p>
    <w:p>
      <w:r>
        <w:br/>
        <w:t>— Чую,— сказав богатир.</w:t>
      </w:r>
    </w:p>
    <w:p>
      <w:r>
        <w:br/>
        <w:t>— Ану гони цього продавця!</w:t>
      </w:r>
    </w:p>
    <w:p>
      <w:r>
        <w:br/>
        <w:t>— Киш, куций! — мовив богатир.</w:t>
      </w:r>
    </w:p>
    <w:p>
      <w:r>
        <w:br/>
        <w:t>— Тепер ходімо вишиванки подивимось.</w:t>
      </w:r>
    </w:p>
    <w:p>
      <w:r>
        <w:br/>
        <w:t>— Ходімо,— погодився богатир.</w:t>
      </w:r>
    </w:p>
    <w:p>
      <w:r>
        <w:br/>
        <w:t>Ніхто страху не бере... Дивиться заєць — стоїть дівчинка в рожевому платтячку, з мамою за руку. Торкнув її за ліктик, а вона — ой! — і сховалася за мамину спідницю. Тоді визирнуло оченя — кругле, наполохане:</w:t>
      </w:r>
    </w:p>
    <w:p>
      <w:r>
        <w:br/>
        <w:t>— Що ти за звір, сірий та вухатий? Часом не вовк?</w:t>
      </w:r>
    </w:p>
    <w:p>
      <w:r>
        <w:br/>
        <w:t>— Ні, я зайчик.</w:t>
      </w:r>
    </w:p>
    <w:p>
      <w:r>
        <w:br/>
        <w:t>— А я Катруся...</w:t>
      </w:r>
    </w:p>
    <w:p>
      <w:r>
        <w:br/>
        <w:t>— Катрусю, тобі страху не треба?</w:t>
      </w:r>
    </w:p>
    <w:p>
      <w:r>
        <w:br/>
        <w:t>— В мене й свого забагато...</w:t>
      </w:r>
    </w:p>
    <w:p>
      <w:r>
        <w:br/>
        <w:t>Лихо та й годі з таким торгуванням. Сів зайчик, заплакав.</w:t>
      </w:r>
    </w:p>
    <w:p>
      <w:r>
        <w:br/>
        <w:t>— Агов, побігайчику! Чого плачеш? — питає в малого дід Микола.</w:t>
      </w:r>
    </w:p>
    <w:p>
      <w:r>
        <w:br/>
        <w:t>— В мене стра-аху ніхто не бере...</w:t>
      </w:r>
    </w:p>
    <w:p>
      <w:r>
        <w:br/>
        <w:t>— І нехай! В лісі він тобі самому знадобиться.</w:t>
      </w:r>
    </w:p>
    <w:p>
      <w:r>
        <w:br/>
        <w:t>— Еге, а за-а що я гостинчика куплю?</w:t>
      </w:r>
    </w:p>
    <w:p>
      <w:r>
        <w:br/>
        <w:t>— От таке! Чуєте, люди? Зайчикові гостинчика нема за що купити!</w:t>
      </w:r>
    </w:p>
    <w:p>
      <w:r>
        <w:br/>
        <w:t>Як почули про це жінки та дівчата, дідусі й бабусі, тати й мами, ще й їх діти, як почали зайчика пригощати! Принесли калачів, медівників, бубликів в’язку, горіхів торбинку, а пиріжків — з сиром, з маком, з капустою!</w:t>
      </w:r>
    </w:p>
    <w:p>
      <w:r>
        <w:br/>
        <w:t>— Та я всього й не донесу! — радіє зайчик.</w:t>
      </w:r>
    </w:p>
    <w:p>
      <w:r>
        <w:br/>
        <w:t>А сонечко вже за полудень хилиться, пора додому.</w:t>
      </w:r>
    </w:p>
    <w:p>
      <w:r>
        <w:br/>
        <w:t>Туп-туп, гуп-гуп, іде ведмідь, несе бочку меду.</w:t>
      </w:r>
    </w:p>
    <w:p>
      <w:r>
        <w:br/>
        <w:t>— Люблю,— каже,— ярмарки! А ще мед смерековий,— ось він, голубчик, у бочечці!</w:t>
      </w:r>
    </w:p>
    <w:p>
      <w:r>
        <w:br/>
        <w:t>Йде лисиця, на лапці корзина, а в корзині півники на паличках. Жовті, зелені, ще й червоні, як вогонь. Буде і їй, і лисові, і малим лисенятам. А в Лиски, в дочки, рясна спідничка, кольорові стрічки, калинові коралі, і до всього на додачу новеньке люстерко — його їй Лиско з лючинської кичери подарував!</w:t>
      </w:r>
    </w:p>
    <w:p>
      <w:r>
        <w:br/>
        <w:t>Біжить їжак.</w:t>
      </w:r>
    </w:p>
    <w:p>
      <w:r>
        <w:br/>
        <w:t>— Оце,— каже,— нитки несу. Дома жінка і чотири дочки, голки свої, нитки матимуть,— хай вишивають рушники.</w:t>
      </w:r>
    </w:p>
    <w:p>
      <w:r>
        <w:br/>
        <w:t>Дорогою — автобуси, мотоцикли, ще й віз торохтить колесами. Їде дід Микола,— поросят продав, тепер везе бочку соснову. Баба в ній наквасить капусти, буде до пиріжків, до вареників, на капусняк та й так до картоплі.</w:t>
      </w:r>
    </w:p>
    <w:p>
      <w:r>
        <w:br/>
        <w:t>Їде Катруся — з новим свищиком. Я-ак свисне в нього — всі страховища повтікають, і не буде чого боятися.</w:t>
      </w:r>
    </w:p>
    <w:p>
      <w:r>
        <w:br/>
        <w:t>А край дороги сидить зайчик:</w:t>
      </w:r>
    </w:p>
    <w:p>
      <w:r>
        <w:br/>
        <w:t>— Люди добрі! Чи є у вас дочки та синочки?</w:t>
      </w:r>
    </w:p>
    <w:p>
      <w:r>
        <w:br/>
        <w:t>— Є дочки, є й синочки.</w:t>
      </w:r>
    </w:p>
    <w:p>
      <w:r>
        <w:br/>
        <w:t>— Нате для них по пиріжку.</w:t>
      </w:r>
    </w:p>
    <w:p>
      <w:r>
        <w:br/>
        <w:t>Скажете, від зайця! А то, їй-бо, не донесу...</w:t>
      </w:r>
    </w:p>
    <w:p>
      <w:r>
        <w:br/>
        <w:t>Хилиться сонечко нижче та нижче. Стих гомін, погасли барви.</w:t>
      </w:r>
    </w:p>
    <w:p>
      <w:r>
        <w:br/>
        <w:t>На добраніч, косівський майдане!</w:t>
      </w:r>
    </w:p>
    <w:p>
      <w:r>
        <w:br/>
        <w:t>До наступного ярмарку!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Ярмарок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